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CF04E" w14:textId="77777777" w:rsidR="00593AB9" w:rsidRDefault="00593AB9">
      <w:pPr>
        <w:autoSpaceDE w:val="0"/>
        <w:autoSpaceDN w:val="0"/>
        <w:spacing w:after="78" w:line="220" w:lineRule="exact"/>
      </w:pPr>
    </w:p>
    <w:p w14:paraId="4BEBBA40" w14:textId="339FFE42" w:rsidR="00593AB9" w:rsidRDefault="007A2850" w:rsidP="008D51A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51A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 w14:paraId="1BE9E5EC" w14:textId="77777777" w:rsidR="008D51A4" w:rsidRPr="008D51A4" w:rsidRDefault="008D51A4" w:rsidP="008D51A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E4EDE42" w14:textId="4CBF8BB3" w:rsidR="00062007" w:rsidRDefault="007A2850" w:rsidP="008D51A4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51A4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Татарстан</w:t>
      </w:r>
    </w:p>
    <w:p w14:paraId="6B5F311C" w14:textId="77777777" w:rsidR="008D51A4" w:rsidRPr="008D51A4" w:rsidRDefault="008D51A4" w:rsidP="008D51A4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1365D19" w14:textId="3DEBEC45" w:rsidR="00593AB9" w:rsidRDefault="007A2850" w:rsidP="008D51A4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51A4">
        <w:rPr>
          <w:rFonts w:ascii="Times New Roman" w:hAnsi="Times New Roman" w:cs="Times New Roman"/>
          <w:sz w:val="24"/>
          <w:szCs w:val="24"/>
          <w:lang w:val="ru-RU"/>
        </w:rPr>
        <w:t>МУ "Отдел образования исполнительного комитета Спасского муниципального района"</w:t>
      </w:r>
    </w:p>
    <w:p w14:paraId="1ED3D887" w14:textId="77777777" w:rsidR="008D51A4" w:rsidRPr="008D51A4" w:rsidRDefault="008D51A4" w:rsidP="008D51A4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9E56AF" w14:textId="40267521" w:rsidR="00593AB9" w:rsidRDefault="00062007" w:rsidP="008D51A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D51A4">
        <w:rPr>
          <w:rFonts w:ascii="Times New Roman" w:hAnsi="Times New Roman" w:cs="Times New Roman"/>
          <w:sz w:val="24"/>
          <w:szCs w:val="24"/>
        </w:rPr>
        <w:t>МБОУ «БСОШ № 2»</w:t>
      </w:r>
    </w:p>
    <w:p w14:paraId="1E6854C6" w14:textId="77777777" w:rsidR="008D51A4" w:rsidRPr="008D51A4" w:rsidRDefault="008D51A4" w:rsidP="008D51A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3220"/>
        <w:gridCol w:w="3440"/>
      </w:tblGrid>
      <w:tr w:rsidR="00593AB9" w14:paraId="694A0305" w14:textId="77777777" w:rsidTr="00757A0B">
        <w:trPr>
          <w:trHeight w:hRule="exact" w:val="274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0E703FCF" w14:textId="77777777" w:rsidR="00593AB9" w:rsidRDefault="007A2850" w:rsidP="008D51A4">
            <w:pPr>
              <w:autoSpaceDE w:val="0"/>
              <w:autoSpaceDN w:val="0"/>
              <w:spacing w:before="48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034C9F93" w14:textId="77777777" w:rsidR="00593AB9" w:rsidRDefault="007A2850">
            <w:pPr>
              <w:autoSpaceDE w:val="0"/>
              <w:autoSpaceDN w:val="0"/>
              <w:spacing w:before="4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2D9286CC" w14:textId="77777777" w:rsidR="00593AB9" w:rsidRDefault="007A2850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593AB9" w14:paraId="6E67026B" w14:textId="77777777" w:rsidTr="00757A0B">
        <w:trPr>
          <w:trHeight w:hRule="exact" w:val="2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5762CF86" w14:textId="77777777" w:rsidR="00593AB9" w:rsidRPr="00062007" w:rsidRDefault="007A2850" w:rsidP="008D51A4">
            <w:pPr>
              <w:autoSpaceDE w:val="0"/>
              <w:autoSpaceDN w:val="0"/>
              <w:spacing w:after="0" w:line="230" w:lineRule="auto"/>
              <w:ind w:left="14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на заседании МО </w:t>
            </w:r>
            <w:r w:rsidRPr="0006200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учителей начальных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04C0396D" w14:textId="77777777" w:rsidR="00593AB9" w:rsidRDefault="007A2850">
            <w:pPr>
              <w:autoSpaceDE w:val="0"/>
              <w:autoSpaceDN w:val="0"/>
              <w:spacing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МС школы 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5D67B3BB" w14:textId="776CFD60" w:rsidR="00593AB9" w:rsidRDefault="007A2850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593AB9" w14:paraId="710D44EF" w14:textId="77777777" w:rsidTr="00757A0B">
        <w:trPr>
          <w:trHeight w:hRule="exact" w:val="4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00D4BBE2" w14:textId="77777777" w:rsidR="00593AB9" w:rsidRDefault="007A2850" w:rsidP="008D51A4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классов</w:t>
            </w:r>
          </w:p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14:paraId="7C388E10" w14:textId="77777777" w:rsidR="00593AB9" w:rsidRDefault="007A2850">
            <w:pPr>
              <w:autoSpaceDE w:val="0"/>
              <w:autoSpaceDN w:val="0"/>
              <w:spacing w:before="19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______________Черкасова Е.А.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14:paraId="20AEE82A" w14:textId="77777777" w:rsidR="00593AB9" w:rsidRDefault="007A2850">
            <w:pPr>
              <w:autoSpaceDE w:val="0"/>
              <w:autoSpaceDN w:val="0"/>
              <w:spacing w:before="19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______________Борюшкина Л.В.</w:t>
            </w:r>
          </w:p>
        </w:tc>
      </w:tr>
      <w:tr w:rsidR="00593AB9" w14:paraId="5699551C" w14:textId="77777777" w:rsidTr="00757A0B">
        <w:trPr>
          <w:trHeight w:hRule="exact" w:val="116"/>
        </w:trPr>
        <w:tc>
          <w:tcPr>
            <w:tcW w:w="3422" w:type="dxa"/>
            <w:vMerge w:val="restart"/>
            <w:tcMar>
              <w:left w:w="0" w:type="dxa"/>
              <w:right w:w="0" w:type="dxa"/>
            </w:tcMar>
          </w:tcPr>
          <w:p w14:paraId="251A6F13" w14:textId="77777777" w:rsidR="00593AB9" w:rsidRDefault="007A2850" w:rsidP="008D51A4">
            <w:pPr>
              <w:autoSpaceDE w:val="0"/>
              <w:autoSpaceDN w:val="0"/>
              <w:spacing w:before="2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______________Егорова О.Н.</w:t>
            </w:r>
          </w:p>
        </w:tc>
        <w:tc>
          <w:tcPr>
            <w:tcW w:w="3424" w:type="dxa"/>
            <w:vMerge/>
          </w:tcPr>
          <w:p w14:paraId="0223F543" w14:textId="77777777" w:rsidR="00593AB9" w:rsidRDefault="00593AB9"/>
        </w:tc>
        <w:tc>
          <w:tcPr>
            <w:tcW w:w="3424" w:type="dxa"/>
            <w:vMerge/>
          </w:tcPr>
          <w:p w14:paraId="3884B826" w14:textId="77777777" w:rsidR="00593AB9" w:rsidRDefault="00593AB9"/>
        </w:tc>
      </w:tr>
      <w:tr w:rsidR="00593AB9" w14:paraId="38670412" w14:textId="77777777" w:rsidTr="00757A0B">
        <w:trPr>
          <w:trHeight w:hRule="exact" w:val="304"/>
        </w:trPr>
        <w:tc>
          <w:tcPr>
            <w:tcW w:w="3424" w:type="dxa"/>
            <w:vMerge/>
          </w:tcPr>
          <w:p w14:paraId="5362F2B4" w14:textId="77777777" w:rsidR="00593AB9" w:rsidRDefault="00593AB9" w:rsidP="008D51A4">
            <w:pPr>
              <w:ind w:left="142"/>
            </w:pP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1605D3F0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78A04AEB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593AB9" w14:paraId="7D58E1CE" w14:textId="77777777" w:rsidTr="00757A0B">
        <w:trPr>
          <w:trHeight w:hRule="exact" w:val="3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6313F330" w14:textId="77777777" w:rsidR="00593AB9" w:rsidRDefault="007A2850" w:rsidP="008D51A4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14:paraId="0F6571AD" w14:textId="2437611D" w:rsidR="00593AB9" w:rsidRDefault="007A2850">
            <w:pPr>
              <w:autoSpaceDE w:val="0"/>
              <w:autoSpaceDN w:val="0"/>
              <w:spacing w:before="194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</w:t>
            </w:r>
            <w:r w:rsidR="008D51A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2022 г.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14:paraId="41C6A947" w14:textId="6E542612" w:rsidR="00593AB9" w:rsidRDefault="007A2850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8D51A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</w:t>
            </w:r>
            <w:r w:rsidR="008D51A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  <w:tr w:rsidR="00593AB9" w14:paraId="33B1ABCA" w14:textId="77777777" w:rsidTr="00757A0B">
        <w:trPr>
          <w:trHeight w:hRule="exact" w:val="384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55DB93F2" w14:textId="50986648" w:rsidR="00593AB9" w:rsidRDefault="007A2850" w:rsidP="008D51A4">
            <w:pPr>
              <w:autoSpaceDE w:val="0"/>
              <w:autoSpaceDN w:val="0"/>
              <w:spacing w:before="98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</w:t>
            </w:r>
            <w:r w:rsidR="008D51A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424" w:type="dxa"/>
            <w:vMerge/>
          </w:tcPr>
          <w:p w14:paraId="63C78B58" w14:textId="77777777" w:rsidR="00593AB9" w:rsidRDefault="00593AB9"/>
        </w:tc>
        <w:tc>
          <w:tcPr>
            <w:tcW w:w="3424" w:type="dxa"/>
            <w:vMerge/>
          </w:tcPr>
          <w:p w14:paraId="7939A667" w14:textId="77777777" w:rsidR="00593AB9" w:rsidRDefault="00593AB9"/>
        </w:tc>
      </w:tr>
    </w:tbl>
    <w:p w14:paraId="1C87C152" w14:textId="77777777" w:rsidR="00B078A8" w:rsidRPr="00B078A8" w:rsidRDefault="007A2850" w:rsidP="00B078A8">
      <w:pPr>
        <w:autoSpaceDE w:val="0"/>
        <w:autoSpaceDN w:val="0"/>
        <w:spacing w:before="978" w:after="0" w:line="230" w:lineRule="auto"/>
        <w:ind w:left="2160" w:right="363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  <w:r w:rsidR="00B078A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B078A8" w:rsidRPr="00B078A8"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</w:p>
    <w:p w14:paraId="348E3F9C" w14:textId="77777777" w:rsidR="00593AB9" w:rsidRDefault="007A2850">
      <w:pPr>
        <w:autoSpaceDE w:val="0"/>
        <w:autoSpaceDN w:val="0"/>
        <w:spacing w:before="70" w:after="0" w:line="230" w:lineRule="auto"/>
        <w:ind w:right="440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3044785)</w:t>
      </w:r>
    </w:p>
    <w:p w14:paraId="502B0156" w14:textId="77777777" w:rsidR="00593AB9" w:rsidRDefault="007A2850">
      <w:pPr>
        <w:autoSpaceDE w:val="0"/>
        <w:autoSpaceDN w:val="0"/>
        <w:spacing w:before="166" w:after="0" w:line="230" w:lineRule="auto"/>
        <w:ind w:right="400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1CDF2CE4" w14:textId="77777777" w:rsidR="00593AB9" w:rsidRDefault="007A2850">
      <w:pPr>
        <w:autoSpaceDE w:val="0"/>
        <w:autoSpaceDN w:val="0"/>
        <w:spacing w:before="70" w:after="0" w:line="230" w:lineRule="auto"/>
        <w:ind w:right="4230"/>
        <w:jc w:val="right"/>
      </w:pP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14:paraId="38C9E8D7" w14:textId="456614D1" w:rsidR="00593AB9" w:rsidRDefault="007A2850">
      <w:pPr>
        <w:autoSpaceDE w:val="0"/>
        <w:autoSpaceDN w:val="0"/>
        <w:spacing w:before="670" w:after="0" w:line="230" w:lineRule="auto"/>
        <w:ind w:right="266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</w:t>
      </w:r>
      <w:r w:rsidR="00495378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>
        <w:rPr>
          <w:rFonts w:ascii="Times New Roman" w:eastAsia="Times New Roman" w:hAnsi="Times New Roman"/>
          <w:color w:val="000000"/>
          <w:sz w:val="24"/>
        </w:rPr>
        <w:t xml:space="preserve"> класс</w:t>
      </w:r>
      <w:r w:rsidR="00495378">
        <w:rPr>
          <w:rFonts w:ascii="Times New Roman" w:eastAsia="Times New Roman" w:hAnsi="Times New Roman"/>
          <w:color w:val="000000"/>
          <w:sz w:val="24"/>
          <w:lang w:val="ru-RU"/>
        </w:rPr>
        <w:t>ов</w:t>
      </w:r>
      <w:r>
        <w:rPr>
          <w:rFonts w:ascii="Times New Roman" w:eastAsia="Times New Roman" w:hAnsi="Times New Roman"/>
          <w:color w:val="000000"/>
          <w:sz w:val="24"/>
        </w:rPr>
        <w:t xml:space="preserve"> начального общего образования</w:t>
      </w:r>
    </w:p>
    <w:p w14:paraId="3DF13B86" w14:textId="7839777B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FA9968E" w14:textId="38019C94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0E0AF2F" w14:textId="36AD7A9D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8459906" w14:textId="610C59AA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1D8AA79" w14:textId="6010A405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9713944" w14:textId="07AEE3A9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B608AE8" w14:textId="21BDCF2F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09C1FCF1" w14:textId="72116C3C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1722CF7" w14:textId="3433BA40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5E596B2" w14:textId="77777777" w:rsidR="00495378" w:rsidRDefault="00495378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1861B480" w14:textId="77565B07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46EF1527" w14:textId="5D0B4B83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155CD255" w14:textId="24FDD661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3916165D" w14:textId="1F64C06F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77372336" w14:textId="194EB3FF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7B5C0E55" w14:textId="77777777" w:rsidR="008D51A4" w:rsidRDefault="008D51A4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51E3685E" w14:textId="1C27C0FB" w:rsidR="00062007" w:rsidRDefault="00062007" w:rsidP="00062007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70E084F0" w14:textId="77777777" w:rsidR="00062007" w:rsidRDefault="00062007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1E9029F9" w14:textId="77777777" w:rsidR="00062007" w:rsidRDefault="00062007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112857D5" w14:textId="2EC8A24A" w:rsidR="00593AB9" w:rsidRDefault="007A2850">
      <w:pPr>
        <w:autoSpaceDE w:val="0"/>
        <w:autoSpaceDN w:val="0"/>
        <w:spacing w:after="0" w:line="230" w:lineRule="auto"/>
        <w:ind w:right="3828"/>
        <w:jc w:val="right"/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</w:rPr>
        <w:t>Болгар 2022</w:t>
      </w:r>
    </w:p>
    <w:p w14:paraId="53BE32E3" w14:textId="77777777" w:rsidR="00593AB9" w:rsidRDefault="00593AB9">
      <w:pPr>
        <w:sectPr w:rsidR="00593AB9" w:rsidSect="00062007">
          <w:headerReference w:type="default" r:id="rId8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titlePg/>
          <w:docGrid w:linePitch="360"/>
        </w:sectPr>
      </w:pPr>
    </w:p>
    <w:p w14:paraId="68B730FD" w14:textId="578EEC48" w:rsidR="00593AB9" w:rsidRDefault="007A2850" w:rsidP="008D51A4">
      <w:pPr>
        <w:pStyle w:val="ae"/>
        <w:numPr>
          <w:ilvl w:val="0"/>
          <w:numId w:val="16"/>
        </w:numPr>
        <w:autoSpaceDE w:val="0"/>
        <w:autoSpaceDN w:val="0"/>
        <w:spacing w:after="0" w:line="240" w:lineRule="auto"/>
      </w:pPr>
      <w:r w:rsidRPr="008D51A4"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14:paraId="6A840BD7" w14:textId="54914762" w:rsidR="008D51A4" w:rsidRPr="008D51A4" w:rsidRDefault="008D51A4" w:rsidP="008D51A4">
      <w:pPr>
        <w:autoSpaceDE w:val="0"/>
        <w:autoSpaceDN w:val="0"/>
        <w:spacing w:before="346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1. ОБЩАЯ ХАРАКТЕРИСТИКА УЧЕБНОГО ПРЕДМЕТА «</w:t>
      </w:r>
      <w:bookmarkStart w:id="1" w:name="_Hlk116590128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МАТЕМАТИКА</w:t>
      </w:r>
      <w:bookmarkEnd w:id="1"/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</w:t>
      </w:r>
    </w:p>
    <w:p w14:paraId="56DF5205" w14:textId="7A1DF66F" w:rsidR="00593AB9" w:rsidRPr="00062007" w:rsidRDefault="007A2850" w:rsidP="008D51A4">
      <w:pPr>
        <w:autoSpaceDE w:val="0"/>
        <w:autoSpaceDN w:val="0"/>
        <w:spacing w:before="346" w:after="0" w:line="240" w:lineRule="auto"/>
        <w:ind w:firstLine="7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предмету «Математика» для обучающихся 1 класса составлена на основе Требований к результатам освоения основной образовательной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14:paraId="505A6A2C" w14:textId="77777777" w:rsidR="00593AB9" w:rsidRPr="00062007" w:rsidRDefault="007A2850" w:rsidP="008D51A4">
      <w:pPr>
        <w:autoSpaceDE w:val="0"/>
        <w:autoSpaceDN w:val="0"/>
        <w:spacing w:before="190" w:after="0" w:line="240" w:lineRule="auto"/>
        <w:ind w:firstLine="7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адшего школьника.</w:t>
      </w:r>
    </w:p>
    <w:p w14:paraId="37A80A74" w14:textId="77777777" w:rsidR="00593AB9" w:rsidRPr="00062007" w:rsidRDefault="007A2850" w:rsidP="00E53F2B">
      <w:pPr>
        <w:autoSpaceDE w:val="0"/>
        <w:autoSpaceDN w:val="0"/>
        <w:spacing w:before="70" w:after="0" w:line="240" w:lineRule="auto"/>
        <w:ind w:right="144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ни.</w:t>
      </w:r>
    </w:p>
    <w:p w14:paraId="30415901" w14:textId="1389FA5E" w:rsidR="008D51A4" w:rsidRPr="008D51A4" w:rsidRDefault="008D51A4" w:rsidP="008D51A4">
      <w:pPr>
        <w:tabs>
          <w:tab w:val="left" w:pos="180"/>
        </w:tabs>
        <w:autoSpaceDE w:val="0"/>
        <w:autoSpaceDN w:val="0"/>
        <w:spacing w:before="192" w:after="0" w:line="240" w:lineRule="auto"/>
        <w:ind w:right="1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2.ЦЕЛИ ИЗУЧЕНИЯ УЧЕБНОГО ПРЕДМЕТА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МАТЕМАТИКА</w:t>
      </w:r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</w:t>
      </w:r>
    </w:p>
    <w:p w14:paraId="44A5D045" w14:textId="05E4A958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192" w:after="0" w:line="240" w:lineRule="auto"/>
        <w:ind w:right="144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14:paraId="2833AF86" w14:textId="77777777" w:rsidR="00593AB9" w:rsidRPr="00062007" w:rsidRDefault="007A2850" w:rsidP="00E53F2B">
      <w:pPr>
        <w:autoSpaceDE w:val="0"/>
        <w:autoSpaceDN w:val="0"/>
        <w:spacing w:before="178" w:after="0" w:line="240" w:lineRule="auto"/>
        <w:ind w:left="420" w:right="288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с алгоритмами выполнения арифметических действий. </w:t>
      </w:r>
    </w:p>
    <w:p w14:paraId="61E173F4" w14:textId="77777777" w:rsidR="00593AB9" w:rsidRPr="00062007" w:rsidRDefault="007A2850" w:rsidP="00E53F2B">
      <w:pPr>
        <w:autoSpaceDE w:val="0"/>
        <w:autoSpaceDN w:val="0"/>
        <w:spacing w:before="190" w:after="0" w:line="240" w:lineRule="auto"/>
        <w:ind w:left="420" w:right="144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нии и применении математических отношений («часть-целое»,«больше-меньше», «равно-неравно», «порядок»), смысла арифметических действий,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14:paraId="212A5466" w14:textId="77777777" w:rsidR="00593AB9" w:rsidRPr="00062007" w:rsidRDefault="007A2850" w:rsidP="00E53F2B">
      <w:pPr>
        <w:autoSpaceDE w:val="0"/>
        <w:autoSpaceDN w:val="0"/>
        <w:spacing w:before="190" w:after="0" w:line="240" w:lineRule="auto"/>
        <w:ind w:left="420" w:right="144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в, оснований для упорядочения, вариантов и др.). </w:t>
      </w:r>
    </w:p>
    <w:p w14:paraId="6FF49116" w14:textId="77777777" w:rsidR="00593AB9" w:rsidRPr="00062007" w:rsidRDefault="007A2850" w:rsidP="00E53F2B">
      <w:pPr>
        <w:autoSpaceDE w:val="0"/>
        <w:autoSpaceDN w:val="0"/>
        <w:spacing w:before="190" w:after="0" w:line="240" w:lineRule="auto"/>
        <w:ind w:left="420" w:right="144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умственному труду; важнейших качеств интеллектуальной деятельности: теоретического и пространственного мышления, воображения,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математической речи, ориентировки в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14:paraId="146EF680" w14:textId="52D412C9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300" w:after="0" w:line="240" w:lineRule="auto"/>
        <w:ind w:right="720"/>
        <w:jc w:val="both"/>
        <w:rPr>
          <w:lang w:val="ru-RU"/>
        </w:rPr>
      </w:pPr>
      <w:r w:rsidRPr="00062007">
        <w:rPr>
          <w:lang w:val="ru-RU"/>
        </w:rPr>
        <w:tab/>
      </w:r>
      <w:r w:rsidR="008D51A4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коррелирующие со становлением личности младшего школьника:</w:t>
      </w:r>
    </w:p>
    <w:p w14:paraId="7FF34990" w14:textId="77777777" w:rsidR="00593AB9" w:rsidRPr="00062007" w:rsidRDefault="007A2850" w:rsidP="00E53F2B">
      <w:pPr>
        <w:autoSpaceDE w:val="0"/>
        <w:autoSpaceDN w:val="0"/>
        <w:spacing w:before="178" w:after="0" w:line="240" w:lineRule="auto"/>
        <w:ind w:left="4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ия событий, протяжённость по времени, образование целого из частей, изменение формы, размера и т.д.); </w:t>
      </w:r>
    </w:p>
    <w:p w14:paraId="335A1AF1" w14:textId="77777777" w:rsidR="00593AB9" w:rsidRPr="00062007" w:rsidRDefault="007A2850" w:rsidP="00E53F2B">
      <w:pPr>
        <w:autoSpaceDE w:val="0"/>
        <w:autoSpaceDN w:val="0"/>
        <w:spacing w:before="190" w:after="0" w:line="240" w:lineRule="auto"/>
        <w:ind w:left="420" w:right="7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14:paraId="0DE1A2D1" w14:textId="7318FBB6" w:rsidR="00593AB9" w:rsidRPr="00062007" w:rsidRDefault="007A2850" w:rsidP="00E53F2B">
      <w:pPr>
        <w:autoSpaceDE w:val="0"/>
        <w:autoSpaceDN w:val="0"/>
        <w:spacing w:before="190" w:after="0" w:line="240" w:lineRule="auto"/>
        <w:ind w:left="4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14:paraId="242FDBF5" w14:textId="77777777" w:rsidR="00593AB9" w:rsidRPr="00062007" w:rsidRDefault="007A2850" w:rsidP="00E53F2B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14:paraId="5B160A0A" w14:textId="77777777" w:rsidR="00593AB9" w:rsidRPr="00062007" w:rsidRDefault="007A2850" w:rsidP="008D51A4">
      <w:pPr>
        <w:autoSpaceDE w:val="0"/>
        <w:autoSpaceDN w:val="0"/>
        <w:spacing w:before="178" w:after="0" w:line="240" w:lineRule="auto"/>
        <w:ind w:firstLine="4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Младшие школьники проявля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14:paraId="778BF8C5" w14:textId="77777777" w:rsidR="00593AB9" w:rsidRPr="00062007" w:rsidRDefault="007A2850" w:rsidP="008D51A4">
      <w:pPr>
        <w:autoSpaceDE w:val="0"/>
        <w:autoSpaceDN w:val="0"/>
        <w:spacing w:before="70" w:after="0" w:line="240" w:lineRule="auto"/>
        <w:ind w:firstLine="420"/>
        <w:jc w:val="both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математические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14:paraId="0813138D" w14:textId="0229B37A" w:rsidR="008D51A4" w:rsidRPr="008D51A4" w:rsidRDefault="008D51A4" w:rsidP="008D51A4">
      <w:pPr>
        <w:autoSpaceDE w:val="0"/>
        <w:autoSpaceDN w:val="0"/>
        <w:spacing w:before="19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3.МЕСТО УЧЕБНОГО ПРЕДМЕТА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МАТЕМАТИКА</w:t>
      </w:r>
      <w:r w:rsidRPr="008D5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 В УЧЕБНОМ ПЛАНЕ</w:t>
      </w:r>
      <w:r w:rsidRPr="008D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9442D9E" w14:textId="703C5866" w:rsidR="00495378" w:rsidRPr="00495378" w:rsidRDefault="00495378" w:rsidP="00495378">
      <w:pPr>
        <w:autoSpaceDE w:val="0"/>
        <w:autoSpaceDN w:val="0"/>
        <w:spacing w:before="190" w:after="0" w:line="240" w:lineRule="auto"/>
        <w:ind w:left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95378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1 – 4  классах отводится 4 часа в неделю, всего 540 часов: в 1 классе -132 часа,  во 2 классе -  136 часов, в 3 классе - 136 часов, в 4 классе- 136 часов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130913A2" w14:textId="77777777" w:rsidR="00062007" w:rsidRPr="00062007" w:rsidRDefault="00062007" w:rsidP="00E53F2B">
      <w:pPr>
        <w:autoSpaceDE w:val="0"/>
        <w:autoSpaceDN w:val="0"/>
        <w:spacing w:before="190" w:after="0" w:line="240" w:lineRule="auto"/>
        <w:ind w:left="180"/>
        <w:jc w:val="both"/>
        <w:rPr>
          <w:lang w:val="ru-RU"/>
        </w:rPr>
      </w:pPr>
    </w:p>
    <w:p w14:paraId="2FBCB33A" w14:textId="018D1ABB" w:rsidR="008C73A4" w:rsidRDefault="008D51A4" w:rsidP="00E53F2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bookmarkStart w:id="2" w:name="_Hlk115713904"/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4. </w:t>
      </w:r>
      <w:r w:rsidR="008C73A4" w:rsidRPr="008C73A4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УЧЕТ ПРОГРАММЫ ВОСПИТАНИЯ В ОБРАЗОВАТЕЛЬНОМ ПРОЦЕССЕ</w:t>
      </w:r>
    </w:p>
    <w:bookmarkEnd w:id="2"/>
    <w:p w14:paraId="13470BCA" w14:textId="279BFF34" w:rsidR="008C73A4" w:rsidRDefault="008C73A4" w:rsidP="00E53F2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7F0F3DD9" w14:textId="77777777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Целью школьного филологического образования является формирование у обучающегося целостной языковой картины.</w:t>
      </w:r>
    </w:p>
    <w:p w14:paraId="06C49EC1" w14:textId="1B44C5DB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Изучение предметной области «</w:t>
      </w:r>
      <w:bookmarkStart w:id="3" w:name="_Hlk115712154"/>
      <w:r>
        <w:rPr>
          <w:rFonts w:ascii="Times New Roman" w:eastAsia="Calibri" w:hAnsi="Times New Roman" w:cs="Times New Roman"/>
          <w:sz w:val="24"/>
          <w:szCs w:val="24"/>
          <w:lang w:val="ru-RU"/>
        </w:rPr>
        <w:t>Математика и информатика</w:t>
      </w:r>
      <w:bookmarkEnd w:id="3"/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» основано на межпредметных связях с предметами: «Обществознание», «География», «История»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и др.</w:t>
      </w:r>
    </w:p>
    <w:p w14:paraId="400AFB66" w14:textId="20016D8D" w:rsid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Воспитательный потенциал предметной области «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Математика и информатика</w:t>
      </w: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» в образовательной организации реализуется через:</w:t>
      </w:r>
    </w:p>
    <w:p w14:paraId="5CD23D32" w14:textId="77777777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Гражданско-патриотическое воспитание:</w:t>
      </w:r>
    </w:p>
    <w:p w14:paraId="08828A39" w14:textId="77777777" w:rsidR="008C73A4" w:rsidRPr="008C73A4" w:rsidRDefault="008C73A4" w:rsidP="00E53F2B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Знающий и   любящий свою малую родину, свой край, имеющий   представление о Родине — России, её территории, расположении.</w:t>
      </w:r>
    </w:p>
    <w:p w14:paraId="12FD6522" w14:textId="77777777" w:rsidR="008C73A4" w:rsidRPr="008C73A4" w:rsidRDefault="008C73A4" w:rsidP="00E53F2B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1E1D7437" w14:textId="77777777" w:rsidR="008C73A4" w:rsidRPr="008C73A4" w:rsidRDefault="008C73A4" w:rsidP="00E53F2B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14:paraId="6B00118F" w14:textId="77777777" w:rsidR="008C73A4" w:rsidRPr="008C73A4" w:rsidRDefault="008C73A4" w:rsidP="00E53F2B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7CAE81E6" w14:textId="77777777" w:rsidR="008C73A4" w:rsidRPr="008C73A4" w:rsidRDefault="008C73A4" w:rsidP="00E53F2B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14:paraId="4DBA4492" w14:textId="77777777" w:rsidR="008C73A4" w:rsidRPr="008C73A4" w:rsidRDefault="008C73A4" w:rsidP="00E53F2B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bCs/>
          <w:sz w:val="24"/>
          <w:szCs w:val="24"/>
          <w:lang w:val="ru-RU"/>
        </w:rPr>
        <w:lastRenderedPageBreak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7DE58427" w14:textId="77777777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Духовно-нравственное воспитание:</w:t>
      </w:r>
    </w:p>
    <w:p w14:paraId="690BDAAE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14:paraId="06D131A3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Сознающий ценность каждой человеческой жизни, признающий индивидуальность и достоинство каждого человека.</w:t>
      </w:r>
    </w:p>
    <w:p w14:paraId="2269E753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14:paraId="53DC1BF7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3E29B124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607D86D2" w14:textId="77777777" w:rsidR="008C73A4" w:rsidRPr="008C73A4" w:rsidRDefault="008C73A4" w:rsidP="00E53F2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7810AD0A" w14:textId="77777777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Ценности научного познания:</w:t>
      </w:r>
    </w:p>
    <w:p w14:paraId="32CB5205" w14:textId="48AA4717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14:paraId="3D16472F" w14:textId="012D390E" w:rsidR="008C73A4" w:rsidRP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14:paraId="71D475DD" w14:textId="51614BBF" w:rsidR="008C73A4" w:rsidRDefault="008C73A4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8C73A4">
        <w:rPr>
          <w:rFonts w:ascii="Times New Roman" w:eastAsia="Calibri" w:hAnsi="Times New Roman" w:cs="Times New Roman"/>
          <w:sz w:val="24"/>
          <w:szCs w:val="24"/>
          <w:lang w:val="ru-RU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14:paraId="16A20AB1" w14:textId="77777777" w:rsidR="00843017" w:rsidRPr="006F7B31" w:rsidRDefault="00843017" w:rsidP="00843017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Урочная деятельность</w:t>
      </w:r>
    </w:p>
    <w:p w14:paraId="6180EDC2" w14:textId="77777777" w:rsidR="00843017" w:rsidRPr="006F7B31" w:rsidRDefault="00843017" w:rsidP="00843017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14:paraId="2A2E13EE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установление субъект-субъектных отношений в процессе учебной деятельности через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14:paraId="44BF4CE1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14:paraId="79F52F26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14:paraId="4E1EB5B9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побуждение обучающихся соблюдать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правила внутреннего распорядка,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14:paraId="0B2E49DC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9D433A0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lastRenderedPageBreak/>
        <w:t>инициирование и поддержку исследовательской деятельности обучающихся в форме индивидуальных и групповых проектов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;</w:t>
      </w:r>
    </w:p>
    <w:p w14:paraId="2CCD252B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включение учителями в рабочие программы по всем учебным предметам, курсам, </w:t>
      </w:r>
      <w:r w:rsidRPr="006F7B31">
        <w:rPr>
          <w:rFonts w:ascii="Times New Roman" w:hAnsi="Times New Roman" w:cs="Times New Roman"/>
          <w:sz w:val="24"/>
          <w:szCs w:val="24"/>
          <w:u w:val="single"/>
          <w:lang w:val="ru-RU"/>
        </w:rPr>
        <w:t>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14:paraId="5517A442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7055651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2CD08D6" w14:textId="77777777" w:rsidR="00843017" w:rsidRPr="006F7B31" w:rsidRDefault="00843017" w:rsidP="00843017">
      <w:pPr>
        <w:numPr>
          <w:ilvl w:val="0"/>
          <w:numId w:val="13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3ED8E869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14:paraId="2258E8ED" w14:textId="77777777" w:rsidR="00843017" w:rsidRPr="006F7B31" w:rsidRDefault="00843017" w:rsidP="00843017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Реализация воспитательного потенциала основных школьных дел предусматривает</w:t>
      </w:r>
      <w:r w:rsidRPr="006F7B3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14:paraId="47EC8B56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14:paraId="58AA47C5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14:paraId="17902F21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</w:p>
    <w:p w14:paraId="116CC14F" w14:textId="77777777" w:rsidR="00843017" w:rsidRPr="006F7B31" w:rsidRDefault="00843017" w:rsidP="00843017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14:paraId="1440AFA5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14:paraId="109F0C69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14:paraId="40ABC5DA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14:paraId="18D20E65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«Школьные медиа против деструктивных сообществ», «Россия – моя история» и др.</w:t>
      </w:r>
    </w:p>
    <w:p w14:paraId="4D7EF622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слава!», фестиваль талантов, выставки рисунков и фотографий, оформление тематических экспозиций и др. </w:t>
      </w:r>
    </w:p>
    <w:p w14:paraId="1AB54E18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</w:p>
    <w:p w14:paraId="3881BD18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64401B68" w14:textId="77777777" w:rsidR="00843017" w:rsidRPr="006F7B31" w:rsidRDefault="00843017" w:rsidP="00843017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14:paraId="1CA3B30F" w14:textId="77777777" w:rsidR="00843017" w:rsidRPr="008C73A4" w:rsidRDefault="00843017" w:rsidP="00E53F2B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69A37EC" w14:textId="77777777" w:rsidR="008C73A4" w:rsidRDefault="008C73A4" w:rsidP="00E53F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D58D5FA" w14:textId="1A3A5EB5" w:rsidR="00593AB9" w:rsidRPr="008D51A4" w:rsidRDefault="007A2850" w:rsidP="008D51A4">
      <w:pPr>
        <w:pStyle w:val="ae"/>
        <w:numPr>
          <w:ilvl w:val="0"/>
          <w:numId w:val="16"/>
        </w:numPr>
        <w:autoSpaceDE w:val="0"/>
        <w:autoSpaceDN w:val="0"/>
        <w:spacing w:after="0" w:line="240" w:lineRule="auto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5415D7CD" w14:textId="56184022" w:rsidR="00593AB9" w:rsidRDefault="007A2850" w:rsidP="008D51A4">
      <w:pPr>
        <w:autoSpaceDE w:val="0"/>
        <w:autoSpaceDN w:val="0"/>
        <w:spacing w:before="346" w:after="0" w:line="240" w:lineRule="auto"/>
        <w:ind w:right="144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Основное содержание обучения в программе представлено разделами: «Числа и величины»,</w:t>
      </w:r>
      <w:r w:rsid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«Арифметические действия», «Текстовые задачи», «Пространственные отношения и геометрические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фигуры», «Математическая информация».</w:t>
      </w:r>
    </w:p>
    <w:p w14:paraId="7B613496" w14:textId="5BA88DC7" w:rsidR="00495378" w:rsidRPr="00495378" w:rsidRDefault="00495378" w:rsidP="00495378">
      <w:pPr>
        <w:autoSpaceDE w:val="0"/>
        <w:autoSpaceDN w:val="0"/>
        <w:spacing w:before="346" w:after="0" w:line="240" w:lineRule="auto"/>
        <w:ind w:right="144"/>
        <w:rPr>
          <w:b/>
          <w:bCs/>
          <w:lang w:val="ru-RU"/>
        </w:rPr>
      </w:pPr>
      <w:r w:rsidRPr="00495378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1 класс</w:t>
      </w:r>
    </w:p>
    <w:p w14:paraId="6504A751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062007">
        <w:rPr>
          <w:lang w:val="ru-RU"/>
        </w:rPr>
        <w:br/>
      </w: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7E93B214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Числа в пределах 20: чтение,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запись, сравнение.  Однозначные и двузначные числа. Увеличение (уменьшение) числа на несколько единиц.</w:t>
      </w:r>
    </w:p>
    <w:p w14:paraId="03239970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72" w:after="0" w:line="240" w:lineRule="auto"/>
        <w:ind w:right="432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14:paraId="07C20E05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190" w:after="0" w:line="240" w:lineRule="auto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062007">
        <w:rPr>
          <w:lang w:val="ru-RU"/>
        </w:rPr>
        <w:br/>
      </w: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ределах 20. Названия компонентов действий, результатов действий сложения, вычитания. Вычитание как действие, обратное сложению.</w:t>
      </w:r>
    </w:p>
    <w:p w14:paraId="3AA08F5D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190" w:after="0" w:line="240" w:lineRule="auto"/>
        <w:ind w:right="288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062007">
        <w:rPr>
          <w:lang w:val="ru-RU"/>
        </w:rPr>
        <w:br/>
      </w: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искомой величиной в текстовой задаче. Решение задач в одно действие.</w:t>
      </w:r>
    </w:p>
    <w:p w14:paraId="3CA8C070" w14:textId="77777777" w:rsidR="00593AB9" w:rsidRPr="00062007" w:rsidRDefault="007A2850" w:rsidP="00E53F2B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rPr>
          <w:lang w:val="ru-RU"/>
        </w:rPr>
      </w:pP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062007">
        <w:rPr>
          <w:lang w:val="ru-RU"/>
        </w:rPr>
        <w:br/>
      </w:r>
      <w:r w:rsidRPr="00062007">
        <w:rPr>
          <w:lang w:val="ru-RU"/>
        </w:rPr>
        <w:tab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ошений.</w:t>
      </w:r>
    </w:p>
    <w:p w14:paraId="30EB5531" w14:textId="77777777" w:rsidR="00593AB9" w:rsidRPr="00062007" w:rsidRDefault="007A2850" w:rsidP="00E53F2B">
      <w:pPr>
        <w:autoSpaceDE w:val="0"/>
        <w:autoSpaceDN w:val="0"/>
        <w:spacing w:before="70" w:after="0" w:line="240" w:lineRule="auto"/>
        <w:ind w:firstLine="180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14:paraId="4F2FFDBC" w14:textId="229C0FF2" w:rsidR="00593AB9" w:rsidRPr="00601EC5" w:rsidRDefault="00495378" w:rsidP="0049537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</w:t>
      </w:r>
      <w:r w:rsidRPr="00495378">
        <w:rPr>
          <w:rFonts w:ascii="Times New Roman" w:hAnsi="Times New Roman" w:cs="Times New Roman"/>
          <w:b/>
          <w:lang w:val="ru-RU"/>
        </w:rPr>
        <w:t xml:space="preserve">Математическая информация </w:t>
      </w:r>
      <w:r w:rsidRPr="00495378">
        <w:rPr>
          <w:rFonts w:ascii="Times New Roman" w:hAnsi="Times New Roman" w:cs="Times New Roman"/>
          <w:lang w:val="ru-RU"/>
        </w:rPr>
        <w:br/>
      </w:r>
      <w:r w:rsidRPr="00062007">
        <w:rPr>
          <w:lang w:val="ru-RU"/>
        </w:rPr>
        <w:tab/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14:paraId="7F25F35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Закономерность в ряду заданных объектов: её обнаружение, продолжение ряда.</w:t>
      </w:r>
    </w:p>
    <w:p w14:paraId="6DF4DC2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Верные (истинные) и неверные (ложные) предло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жения, составленные относительно заданного набора математических объектов.</w:t>
      </w:r>
    </w:p>
    <w:p w14:paraId="65AE5061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(значениями данных величин).</w:t>
      </w:r>
    </w:p>
    <w:p w14:paraId="6B4E8A7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ab/>
        <w:t>Двух-трёхшаговые инструкции, связанные с вычислением, измерением длины, изображением геометрической фигуры.</w:t>
      </w:r>
    </w:p>
    <w:p w14:paraId="3F226F97" w14:textId="77777777" w:rsidR="00593AB9" w:rsidRPr="00062007" w:rsidRDefault="007A2850" w:rsidP="00E53F2B">
      <w:pPr>
        <w:autoSpaceDE w:val="0"/>
        <w:autoSpaceDN w:val="0"/>
        <w:spacing w:before="190" w:after="0" w:line="240" w:lineRule="auto"/>
        <w:ind w:left="180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14:paraId="271FB99E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Универсальные познавательные учебные действия:</w:t>
      </w:r>
    </w:p>
    <w:p w14:paraId="07209A00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наблюдать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математические объекты (числа, величины) в окружающем мире; </w:t>
      </w:r>
    </w:p>
    <w:p w14:paraId="08C09CF0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обнаруживать общее и различное в записи арифметических действий; </w:t>
      </w:r>
    </w:p>
    <w:p w14:paraId="605159BC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понимать назначение и необходимость использования величин в жизни; </w:t>
      </w:r>
    </w:p>
    <w:p w14:paraId="2BEC6421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наблюдать действие измерительных приборов; </w:t>
      </w:r>
    </w:p>
    <w:p w14:paraId="269CF39E" w14:textId="08413A28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сравн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ивать два объекта, два числа; распределять объекты на группы по заданному</w:t>
      </w:r>
    </w:p>
    <w:p w14:paraId="7F606B3D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основанию; </w:t>
      </w:r>
    </w:p>
    <w:p w14:paraId="2BCD3129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</w:p>
    <w:p w14:paraId="781CE6C3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вести порядковый и количественный счет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(соблюдать последовательность).</w:t>
      </w:r>
    </w:p>
    <w:p w14:paraId="38AF8A9A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Работа с информацией:</w:t>
      </w:r>
    </w:p>
    <w:p w14:paraId="717C1A3E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</w:p>
    <w:p w14:paraId="1E7751AA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читать таблицу, извлекать информацию, представленную в табл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ичной форме.</w:t>
      </w:r>
    </w:p>
    <w:p w14:paraId="2C5A14C8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Универсальные коммуникативные учебные действия:</w:t>
      </w:r>
    </w:p>
    <w:p w14:paraId="47EC6A73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характеризовать (описывать) число, геометрическую фигуру, последовательность из</w:t>
      </w:r>
    </w:p>
    <w:p w14:paraId="7BBA552E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нескольких чисел, записанных по порядку; </w:t>
      </w:r>
    </w:p>
    <w:p w14:paraId="2DA542CB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комментировать ход сравнения двух объектов; описывать своими словам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и сюжетную ситуацию и математическое отношение, представленное в задаче; </w:t>
      </w:r>
    </w:p>
    <w:p w14:paraId="2FFBB6EB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</w:p>
    <w:p w14:paraId="040C1AA3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строить предложения относительно заданного набора объектов.</w:t>
      </w:r>
    </w:p>
    <w:p w14:paraId="164981AB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Универсальные регулятивн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ые учебные действия:</w:t>
      </w:r>
    </w:p>
    <w:p w14:paraId="52393EE3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принимать учебную задачу, удерживать её в процессе деятельности;</w:t>
      </w:r>
    </w:p>
    <w:p w14:paraId="5E481F85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действовать в соответствии с предложенным образцом, инструкцией; </w:t>
      </w:r>
    </w:p>
    <w:p w14:paraId="6BD4F105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проявлять интерес к проверке результатов решения учебной задачи, с помощью учителя</w:t>
      </w:r>
      <w:r w:rsidR="00601E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причину возникшей ошибки и трудности; </w:t>
      </w:r>
    </w:p>
    <w:p w14:paraId="59CC73DF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проверять правильность вычисления с помощью другого приёма выполнения действия.</w:t>
      </w:r>
    </w:p>
    <w:p w14:paraId="4DFB2A1B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Совместная деятельность:</w:t>
      </w:r>
    </w:p>
    <w:p w14:paraId="11472879" w14:textId="77777777" w:rsid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участвовать в парной работе с математическим материалом; </w:t>
      </w:r>
    </w:p>
    <w:p w14:paraId="26BF2073" w14:textId="77860136" w:rsidR="00593AB9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выполнять правила совместной де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ятельности: договариваться, считаться с мнением партнёра, спокойно и мирно разрешать конфликты.</w:t>
      </w:r>
    </w:p>
    <w:p w14:paraId="6AE9757E" w14:textId="194D4CCD" w:rsidR="00495378" w:rsidRDefault="00495378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8808D9" w14:textId="44AD4273" w:rsidR="00495378" w:rsidRDefault="00495378" w:rsidP="00601EC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 класс</w:t>
      </w:r>
    </w:p>
    <w:p w14:paraId="5D700351" w14:textId="77777777" w:rsidR="00495378" w:rsidRPr="00623C28" w:rsidRDefault="00495378" w:rsidP="00495378">
      <w:pPr>
        <w:autoSpaceDE w:val="0"/>
        <w:autoSpaceDN w:val="0"/>
        <w:spacing w:before="262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величины</w:t>
      </w:r>
    </w:p>
    <w:p w14:paraId="2D3C1145" w14:textId="77777777" w:rsidR="00495378" w:rsidRPr="00623C28" w:rsidRDefault="00495378" w:rsidP="00495378">
      <w:pPr>
        <w:tabs>
          <w:tab w:val="left" w:pos="180"/>
        </w:tabs>
        <w:autoSpaceDE w:val="0"/>
        <w:autoSpaceDN w:val="0"/>
        <w:spacing w:before="118" w:after="0" w:line="262" w:lineRule="auto"/>
        <w:ind w:right="144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14:paraId="746F4B8C" w14:textId="77777777" w:rsidR="00495378" w:rsidRPr="00623C28" w:rsidRDefault="00495378" w:rsidP="00495378">
      <w:pPr>
        <w:autoSpaceDE w:val="0"/>
        <w:autoSpaceDN w:val="0"/>
        <w:spacing w:before="70" w:after="0" w:line="271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Величины: сравнение по массе (еди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ница массы — кило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грамм); измерение длины (единицы длины— метр, дециметр, сантиметр, миллиметр), врем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ени (единицы времени — час, ми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нута)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Соотношение между единицами величины (в пределах 100), его применение для решения практических задач</w:t>
      </w:r>
    </w:p>
    <w:p w14:paraId="6CB21EA3" w14:textId="77777777" w:rsidR="00495378" w:rsidRPr="00623C28" w:rsidRDefault="00495378" w:rsidP="00495378">
      <w:pPr>
        <w:autoSpaceDE w:val="0"/>
        <w:autoSpaceDN w:val="0"/>
        <w:spacing w:before="264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Арифметические действия</w:t>
      </w:r>
    </w:p>
    <w:p w14:paraId="084E38E5" w14:textId="77777777" w:rsidR="00495378" w:rsidRPr="00623C28" w:rsidRDefault="00495378" w:rsidP="00495378">
      <w:pPr>
        <w:tabs>
          <w:tab w:val="left" w:pos="180"/>
        </w:tabs>
        <w:autoSpaceDE w:val="0"/>
        <w:autoSpaceDN w:val="0"/>
        <w:spacing w:before="118" w:after="0" w:line="281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 </w:t>
      </w:r>
      <w:r w:rsidRPr="00623C28">
        <w:rPr>
          <w:lang w:val="ru-RU"/>
        </w:rPr>
        <w:tab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14:paraId="3BE96F66" w14:textId="77777777" w:rsidR="00495378" w:rsidRPr="00623C28" w:rsidRDefault="00495378" w:rsidP="00495378">
      <w:pPr>
        <w:autoSpaceDE w:val="0"/>
        <w:autoSpaceDN w:val="0"/>
        <w:spacing w:before="70" w:after="0" w:line="271" w:lineRule="auto"/>
        <w:ind w:right="43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14:paraId="05637D77" w14:textId="77777777" w:rsidR="00495378" w:rsidRPr="00623C28" w:rsidRDefault="00495378" w:rsidP="00495378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Неизвестный компонент действия сложения, действия вычитания; его нахождение.</w:t>
      </w:r>
    </w:p>
    <w:p w14:paraId="54D0F6CD" w14:textId="77777777" w:rsidR="00495378" w:rsidRPr="00623C28" w:rsidRDefault="00495378" w:rsidP="00495378">
      <w:pPr>
        <w:autoSpaceDE w:val="0"/>
        <w:autoSpaceDN w:val="0"/>
        <w:spacing w:before="70" w:after="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14:paraId="6F98F5A1" w14:textId="77777777" w:rsidR="00495378" w:rsidRPr="00623C28" w:rsidRDefault="00495378" w:rsidP="00495378">
      <w:pPr>
        <w:autoSpaceDE w:val="0"/>
        <w:autoSpaceDN w:val="0"/>
        <w:spacing w:before="262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Текстовые задачи</w:t>
      </w:r>
    </w:p>
    <w:p w14:paraId="5A14158D" w14:textId="77777777" w:rsidR="00495378" w:rsidRPr="00623C28" w:rsidRDefault="00495378" w:rsidP="00495378">
      <w:pPr>
        <w:autoSpaceDE w:val="0"/>
        <w:autoSpaceDN w:val="0"/>
        <w:spacing w:before="118" w:after="0" w:line="283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14:paraId="4F8BA9FF" w14:textId="77777777" w:rsidR="00495378" w:rsidRPr="00623C28" w:rsidRDefault="00495378" w:rsidP="00495378">
      <w:pPr>
        <w:autoSpaceDE w:val="0"/>
        <w:autoSpaceDN w:val="0"/>
        <w:spacing w:before="262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Пространственные отношения и геометрические фигуры</w:t>
      </w:r>
    </w:p>
    <w:p w14:paraId="3C058B6E" w14:textId="77777777" w:rsidR="00495378" w:rsidRPr="00623C28" w:rsidRDefault="00495378" w:rsidP="00495378">
      <w:pPr>
        <w:autoSpaceDE w:val="0"/>
        <w:autoSpaceDN w:val="0"/>
        <w:spacing w:before="118" w:after="0" w:line="281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14:paraId="3BC2D51A" w14:textId="77777777" w:rsidR="00495378" w:rsidRPr="00623C28" w:rsidRDefault="00495378" w:rsidP="00495378">
      <w:pPr>
        <w:autoSpaceDE w:val="0"/>
        <w:autoSpaceDN w:val="0"/>
        <w:spacing w:before="262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Математическая информация</w:t>
      </w:r>
    </w:p>
    <w:p w14:paraId="45DB0C52" w14:textId="0E870FA0" w:rsidR="00495378" w:rsidRDefault="00495378" w:rsidP="00495378">
      <w:pPr>
        <w:pStyle w:val="a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Нахождение, фо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рмулирование одного-двух общих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  признаку.     Закономерность в ряду чисел, геометрических фигур, объектов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повседневной  жизни. Верные (истинные) и нев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ерные (ложные) утверждения, со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держащие количественные, пространственные отношения,  зависи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мости между числами/величинами.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14:paraId="6E6F2FE2" w14:textId="33CAB4C1" w:rsidR="00495378" w:rsidRDefault="00495378" w:rsidP="00495378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352DF8" w14:textId="6B88E1D9" w:rsidR="00EF08F7" w:rsidRPr="00623C28" w:rsidRDefault="00EF08F7" w:rsidP="00EF08F7">
      <w:pPr>
        <w:autoSpaceDE w:val="0"/>
        <w:autoSpaceDN w:val="0"/>
        <w:spacing w:before="264" w:after="0" w:line="230" w:lineRule="auto"/>
        <w:rPr>
          <w:lang w:val="ru-RU"/>
        </w:rPr>
      </w:pPr>
      <w:r w:rsidRPr="00623C28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14:paraId="5D315524" w14:textId="77777777" w:rsidR="00EF08F7" w:rsidRPr="00623C28" w:rsidRDefault="00EF08F7" w:rsidP="00EF08F7">
      <w:pPr>
        <w:autoSpaceDE w:val="0"/>
        <w:autoSpaceDN w:val="0"/>
        <w:spacing w:before="168" w:after="0" w:line="230" w:lineRule="auto"/>
        <w:ind w:left="18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14:paraId="489C1BF2" w14:textId="77777777" w:rsidR="00EF08F7" w:rsidRPr="00623C28" w:rsidRDefault="00EF08F7" w:rsidP="00EF08F7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отношения (часть-целое, больше-меньше) в окружающем мире; </w:t>
      </w:r>
    </w:p>
    <w:p w14:paraId="27E8F2E6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420" w:right="129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назначение и использовать простейшие измерительные приборы (сантиметровая лента, весы); </w:t>
      </w:r>
    </w:p>
    <w:p w14:paraId="2EBB2F2F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группы объектов (чисел, величин, геометрических фигур) по самостоятельно выбранному основанию; </w:t>
      </w:r>
    </w:p>
    <w:p w14:paraId="5E0DD871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распределять (классифицировать) объекты (числа,  величины, геометрические фигуры, текстовые задачи в одно действие) на группы; </w:t>
      </w:r>
    </w:p>
    <w:p w14:paraId="543553FF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14:paraId="1CE43B86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420" w:right="1008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порядок выполнения действий в числовом выражении, содержащем действия  сложения  и  вычитания (со скобками/без скобок); </w:t>
      </w:r>
    </w:p>
    <w:p w14:paraId="7ACC4E01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соответствие между математическим выражением и его текстовым описанием; </w:t>
      </w:r>
    </w:p>
    <w:p w14:paraId="0AD983C3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подбирать примеры, подтверждающие суждение, вывод, ответ.</w:t>
      </w:r>
    </w:p>
    <w:p w14:paraId="55A08C02" w14:textId="77777777" w:rsidR="00EF08F7" w:rsidRPr="00623C28" w:rsidRDefault="00EF08F7" w:rsidP="00EF08F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14:paraId="0B27FD19" w14:textId="77777777" w:rsidR="00EF08F7" w:rsidRPr="00623C28" w:rsidRDefault="00EF08F7" w:rsidP="00EF08F7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извлекать и использовать информацию, представленную в текстовой, графической (рисунок, схема, таблица) форме, заполнять таблицы; </w:t>
      </w:r>
    </w:p>
    <w:p w14:paraId="18256FCB" w14:textId="77777777" w:rsidR="00EF08F7" w:rsidRPr="00623C28" w:rsidRDefault="00EF08F7" w:rsidP="00EF08F7">
      <w:pPr>
        <w:autoSpaceDE w:val="0"/>
        <w:autoSpaceDN w:val="0"/>
        <w:spacing w:before="192" w:after="0" w:line="23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логику перебора вариантов для решения простейших комбинаторных задач; </w:t>
      </w:r>
    </w:p>
    <w:p w14:paraId="6F3E6BB3" w14:textId="77777777" w:rsidR="00EF08F7" w:rsidRPr="00623C28" w:rsidRDefault="00EF08F7" w:rsidP="00EF08F7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дополнять модели (схемы, изображения) готовыми числовыми данными.</w:t>
      </w:r>
    </w:p>
    <w:p w14:paraId="48B6B1A1" w14:textId="77777777" w:rsidR="00EF08F7" w:rsidRPr="00623C28" w:rsidRDefault="00EF08F7" w:rsidP="00EF08F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</w:p>
    <w:p w14:paraId="23C95438" w14:textId="77777777" w:rsidR="00EF08F7" w:rsidRPr="00623C28" w:rsidRDefault="00EF08F7" w:rsidP="00EF08F7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вычислений; объяснять выбор величины, соответствующей ситуации измерения; </w:t>
      </w:r>
    </w:p>
    <w:p w14:paraId="7DB09CF1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текстовую задачу с заданным отношением (готовым решением) по образцу; </w:t>
      </w:r>
    </w:p>
    <w:p w14:paraId="7B81B705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математические знаки и терминологию для описания сюжетной ситуации; </w:t>
      </w:r>
    </w:p>
    <w:p w14:paraId="3A572331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конструирования утверждений, выводов относительно данных объектов, отношения; </w:t>
      </w:r>
    </w:p>
    <w:p w14:paraId="3BEDE9B0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числа, величины, геометрические фигуры, обладающие заданным свойством; </w:t>
      </w:r>
    </w:p>
    <w:p w14:paraId="312AEB71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записывать, читать число, числовое выражение; </w:t>
      </w:r>
    </w:p>
    <w:p w14:paraId="5697141C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приводить примеры, иллюстрирующие смысл арифметического действия; </w:t>
      </w:r>
    </w:p>
    <w:p w14:paraId="7CEB49A3" w14:textId="77777777" w:rsidR="00EF08F7" w:rsidRPr="00623C28" w:rsidRDefault="00EF08F7" w:rsidP="00EF08F7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 с использованием слов «каждый», «все».</w:t>
      </w:r>
    </w:p>
    <w:p w14:paraId="6974FFC1" w14:textId="77777777" w:rsidR="00EF08F7" w:rsidRPr="00623C28" w:rsidRDefault="00EF08F7" w:rsidP="00EF08F7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</w:p>
    <w:p w14:paraId="48846D99" w14:textId="77777777" w:rsidR="00EF08F7" w:rsidRPr="00623C28" w:rsidRDefault="00EF08F7" w:rsidP="00EF08F7">
      <w:pPr>
        <w:autoSpaceDE w:val="0"/>
        <w:autoSpaceDN w:val="0"/>
        <w:spacing w:before="178" w:after="0" w:line="262" w:lineRule="auto"/>
        <w:ind w:left="240" w:right="129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следовать установленному правилу, по которому составлен ряд чисел, величин, геометрических фигур; </w:t>
      </w:r>
    </w:p>
    <w:p w14:paraId="1B6D624C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240" w:right="129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организовывать, участвовать, контролировать ход и результат парной работы с математическим материалом; </w:t>
      </w:r>
    </w:p>
    <w:p w14:paraId="4E60BDAC" w14:textId="77777777" w:rsidR="00EF08F7" w:rsidRPr="00623C28" w:rsidRDefault="00EF08F7" w:rsidP="00EF08F7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проверять правильность вычисления с помощью другого приёма выполнения действия, обратного действия; </w:t>
      </w:r>
    </w:p>
    <w:p w14:paraId="705954EF" w14:textId="77777777" w:rsidR="00EF08F7" w:rsidRPr="00623C28" w:rsidRDefault="00EF08F7" w:rsidP="00EF08F7">
      <w:pPr>
        <w:autoSpaceDE w:val="0"/>
        <w:autoSpaceDN w:val="0"/>
        <w:spacing w:before="192" w:after="0" w:line="230" w:lineRule="auto"/>
        <w:ind w:left="24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находить с помощью учителя причину возникшей ошибки и трудности.</w:t>
      </w:r>
    </w:p>
    <w:p w14:paraId="2E1C52C8" w14:textId="77777777" w:rsidR="00EF08F7" w:rsidRPr="00623C28" w:rsidRDefault="00EF08F7" w:rsidP="00EF08F7">
      <w:pPr>
        <w:autoSpaceDE w:val="0"/>
        <w:autoSpaceDN w:val="0"/>
        <w:spacing w:before="180" w:after="0" w:line="23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14:paraId="0FA0832C" w14:textId="77777777" w:rsidR="00EF08F7" w:rsidRPr="00623C28" w:rsidRDefault="00EF08F7" w:rsidP="00EF08F7">
      <w:pPr>
        <w:autoSpaceDE w:val="0"/>
        <w:autoSpaceDN w:val="0"/>
        <w:spacing w:before="178" w:after="0" w:line="262" w:lineRule="auto"/>
        <w:ind w:left="240" w:right="288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правила совместной деятельности при работе в парах, группах, составленных учителем или самостоятельно; </w:t>
      </w:r>
    </w:p>
    <w:p w14:paraId="1BD4F186" w14:textId="77777777" w:rsidR="00EF08F7" w:rsidRPr="00623C28" w:rsidRDefault="00EF08F7" w:rsidP="00EF08F7">
      <w:pPr>
        <w:autoSpaceDE w:val="0"/>
        <w:autoSpaceDN w:val="0"/>
        <w:spacing w:before="190" w:after="0" w:line="271" w:lineRule="auto"/>
        <w:ind w:left="240" w:right="288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14:paraId="5342608B" w14:textId="77777777" w:rsidR="00EF08F7" w:rsidRPr="00623C28" w:rsidRDefault="00EF08F7" w:rsidP="00EF08F7">
      <w:pPr>
        <w:autoSpaceDE w:val="0"/>
        <w:autoSpaceDN w:val="0"/>
        <w:spacing w:before="190" w:after="0" w:line="271" w:lineRule="auto"/>
        <w:ind w:left="24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14:paraId="347E9D8C" w14:textId="77777777" w:rsidR="00EF08F7" w:rsidRPr="00623C28" w:rsidRDefault="00EF08F7" w:rsidP="00EF08F7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прикидку и оценку результата действий, измерений); </w:t>
      </w:r>
    </w:p>
    <w:p w14:paraId="786ED0A8" w14:textId="7D4D3CA3" w:rsidR="00EF08F7" w:rsidRDefault="00EF08F7" w:rsidP="00EF08F7">
      <w:pPr>
        <w:autoSpaceDE w:val="0"/>
        <w:autoSpaceDN w:val="0"/>
        <w:spacing w:before="190" w:after="0" w:line="230" w:lineRule="auto"/>
        <w:ind w:left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совместно с учителем оценивать результаты выполнения общей работы.</w:t>
      </w:r>
    </w:p>
    <w:p w14:paraId="171C2E55" w14:textId="6E6BD2EE" w:rsidR="00EF08F7" w:rsidRDefault="00EF08F7" w:rsidP="00EF08F7">
      <w:pPr>
        <w:autoSpaceDE w:val="0"/>
        <w:autoSpaceDN w:val="0"/>
        <w:spacing w:before="190" w:after="0" w:line="230" w:lineRule="auto"/>
        <w:ind w:left="240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3 класс</w:t>
      </w:r>
    </w:p>
    <w:p w14:paraId="0F83A20C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Числа и величины</w:t>
      </w:r>
    </w:p>
    <w:p w14:paraId="47EC54BD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50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14:paraId="507BC135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Масса (единица массы — грамм); соотношение между килограммом и граммом; отношение</w:t>
      </w:r>
    </w:p>
    <w:p w14:paraId="36AFF355" w14:textId="77777777" w:rsidR="00EF08F7" w:rsidRPr="00EF08F7" w:rsidRDefault="00EF08F7" w:rsidP="00EF08F7">
      <w:pPr>
        <w:shd w:val="clear" w:color="auto" w:fill="FFFFFF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«тяжелее/легче на/в».</w:t>
      </w:r>
    </w:p>
    <w:p w14:paraId="1716DEFF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63758B51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158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14:paraId="2F6E827C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78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Длина (единица длины — миллиметр, километр); соотношение между величинами в пределах тысячи.</w:t>
      </w:r>
    </w:p>
    <w:p w14:paraId="3D90A3A4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Площадь (единицы площади — квадратный метр, квадратный сантиметр, квадратный дециметр, квадратный метр).</w:t>
      </w:r>
    </w:p>
    <w:p w14:paraId="444BEE24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Арифметические действия</w:t>
      </w:r>
    </w:p>
    <w:p w14:paraId="2FFBC6FA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14:paraId="690D2DE0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Письменное сложение, вычитание чисел в пределах 1000. Действия с числами 0 и 1.</w:t>
      </w:r>
    </w:p>
    <w:p w14:paraId="39A5C809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78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27F7DD0F" w14:textId="77777777" w:rsidR="00EF08F7" w:rsidRPr="00EF08F7" w:rsidRDefault="00EF08F7" w:rsidP="00EF08F7">
      <w:pPr>
        <w:shd w:val="clear" w:color="auto" w:fill="FFFFFF"/>
        <w:spacing w:after="0" w:line="240" w:lineRule="auto"/>
        <w:ind w:left="290" w:right="153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Переместительное, сочетательное свойства сложения, умножения при вычислениях. Нахождение неизвестного компонента арифметического действия.</w:t>
      </w:r>
    </w:p>
    <w:p w14:paraId="6AE84F7B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6D3E0303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Однородные величины: сложение и вычитание.</w:t>
      </w:r>
    </w:p>
    <w:p w14:paraId="4132A8B0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Текстовые задачи</w:t>
      </w:r>
    </w:p>
    <w:p w14:paraId="4F7E4539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14:paraId="3A327B04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3DA62417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29C365D1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Пространственные отношения и геометрические фигуры</w:t>
      </w:r>
    </w:p>
    <w:p w14:paraId="4825C623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78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Конструирование геометрических фигур (разбиение фигуры на части, составление фигуры из частей).</w:t>
      </w:r>
    </w:p>
    <w:p w14:paraId="6C2F03EE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Периметр многоугольника: измерение, вычисление, запись равенства.</w:t>
      </w:r>
    </w:p>
    <w:p w14:paraId="62B6ABC8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14:paraId="16678FDC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Математическая информация</w:t>
      </w:r>
    </w:p>
    <w:p w14:paraId="1E06A119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Классификация объектов по двум признакам.</w:t>
      </w:r>
    </w:p>
    <w:p w14:paraId="7F5EFC11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79F91D05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64DB4AF7" w14:textId="77777777" w:rsidR="00EF08F7" w:rsidRPr="00EF08F7" w:rsidRDefault="00EF08F7" w:rsidP="00EF08F7">
      <w:pPr>
        <w:shd w:val="clear" w:color="auto" w:fill="FFFFFF"/>
        <w:spacing w:after="0"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Формализованное описание последовательности действий (инструкция, план, схема, алгоритм). Столбчатая диаграмма: чтение, использование данных для решения учебных и практических задач.</w:t>
      </w:r>
    </w:p>
    <w:p w14:paraId="4BD7D333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firstLine="18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425761F6" w14:textId="77777777" w:rsidR="00EF08F7" w:rsidRDefault="00EF08F7" w:rsidP="00EF08F7">
      <w:pPr>
        <w:pStyle w:val="c756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108"/>
          <w:b/>
          <w:bCs/>
          <w:color w:val="000000"/>
        </w:rPr>
        <w:t>Универсальные учебные действия</w:t>
      </w:r>
    </w:p>
    <w:p w14:paraId="2D55E12D" w14:textId="77777777" w:rsidR="00EF08F7" w:rsidRDefault="00EF08F7" w:rsidP="00EF08F7">
      <w:pPr>
        <w:pStyle w:val="c789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50"/>
          <w:i/>
          <w:iCs/>
          <w:color w:val="000000"/>
        </w:rPr>
        <w:t>Универсальные познавательные учебные действия:</w:t>
      </w:r>
    </w:p>
    <w:p w14:paraId="52AC47C6" w14:textId="77777777" w:rsidR="00EF08F7" w:rsidRDefault="00EF08F7" w:rsidP="00EF08F7">
      <w:pPr>
        <w:pStyle w:val="c329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567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сравнивать математические объекты (числа, величины, геометрические фигуры);</w:t>
      </w:r>
    </w:p>
    <w:p w14:paraId="364A5B42" w14:textId="77777777" w:rsidR="00EF08F7" w:rsidRDefault="00EF08F7" w:rsidP="00EF08F7">
      <w:pPr>
        <w:pStyle w:val="c176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567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выбирать приём вычисления, выполнения действия; конструировать геометрические фигуры;</w:t>
      </w:r>
    </w:p>
    <w:p w14:paraId="5D9BD522" w14:textId="77777777" w:rsidR="00EF08F7" w:rsidRDefault="00EF08F7" w:rsidP="00EF08F7">
      <w:pPr>
        <w:pStyle w:val="c116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567" w:right="598" w:hanging="283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3E4C513E" w14:textId="77777777" w:rsidR="00EF08F7" w:rsidRDefault="00EF08F7" w:rsidP="00EF08F7">
      <w:pPr>
        <w:pStyle w:val="c736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284" w:right="160" w:firstLine="26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lastRenderedPageBreak/>
        <w:t>прикидывать размеры фигуры, её элементов; понимать смысл зависимостей и математических отношений, описанных в задаче;</w:t>
      </w:r>
    </w:p>
    <w:p w14:paraId="10D593D7" w14:textId="77777777" w:rsidR="00EF08F7" w:rsidRDefault="00EF08F7" w:rsidP="00EF08F7">
      <w:pPr>
        <w:pStyle w:val="c343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284" w:hanging="142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различать и использовать разные приёмы и алгоритмы вычисления;</w:t>
      </w:r>
    </w:p>
    <w:p w14:paraId="6C954A30" w14:textId="77777777" w:rsidR="00EF08F7" w:rsidRDefault="00EF08F7" w:rsidP="00EF08F7">
      <w:pPr>
        <w:pStyle w:val="c829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284" w:right="912" w:firstLine="26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выбирать метод решения (моделирование ситуации, перебор вариантов, использование алгоритма);</w:t>
      </w:r>
    </w:p>
    <w:p w14:paraId="364BFE49" w14:textId="77777777" w:rsidR="00EF08F7" w:rsidRDefault="00EF08F7" w:rsidP="00EF08F7">
      <w:pPr>
        <w:pStyle w:val="c69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284" w:right="324" w:firstLine="26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</w:t>
      </w:r>
    </w:p>
    <w:p w14:paraId="1C671143" w14:textId="77777777" w:rsidR="00EF08F7" w:rsidRDefault="00EF08F7" w:rsidP="00EF08F7">
      <w:pPr>
        <w:pStyle w:val="c222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284" w:firstLine="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устанавливать последовательность событий, действий сюжета текстовой задачи.</w:t>
      </w:r>
    </w:p>
    <w:p w14:paraId="390DE98B" w14:textId="77777777" w:rsidR="00EF08F7" w:rsidRDefault="00EF08F7" w:rsidP="00EF08F7">
      <w:pPr>
        <w:pStyle w:val="c646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50"/>
          <w:i/>
          <w:iCs/>
          <w:color w:val="000000"/>
        </w:rPr>
        <w:t>Работа с информацией:</w:t>
      </w:r>
    </w:p>
    <w:p w14:paraId="65C547CB" w14:textId="77777777" w:rsidR="00EF08F7" w:rsidRDefault="00EF08F7" w:rsidP="00EF08F7">
      <w:pPr>
        <w:pStyle w:val="c791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709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читать информацию, представленную в разных формах;</w:t>
      </w:r>
    </w:p>
    <w:p w14:paraId="5C602FD4" w14:textId="77777777" w:rsidR="00EF08F7" w:rsidRDefault="00EF08F7" w:rsidP="00EF08F7">
      <w:pPr>
        <w:pStyle w:val="c848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709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извлекать и интерпретировать числовые данные, представленные в таблице, на диаграмме;</w:t>
      </w:r>
    </w:p>
    <w:p w14:paraId="7117C63C" w14:textId="77777777" w:rsidR="00EF08F7" w:rsidRDefault="00EF08F7" w:rsidP="00EF08F7">
      <w:pPr>
        <w:pStyle w:val="c994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1250" w:right="940" w:hanging="82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</w:t>
      </w:r>
    </w:p>
    <w:p w14:paraId="381CCD0E" w14:textId="77777777" w:rsidR="00EF08F7" w:rsidRDefault="00EF08F7" w:rsidP="00EF08F7">
      <w:pPr>
        <w:pStyle w:val="c313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1250" w:right="998" w:hanging="82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43F3633C" w14:textId="77777777" w:rsidR="00EF08F7" w:rsidRDefault="00EF08F7" w:rsidP="00EF08F7">
      <w:pPr>
        <w:pStyle w:val="c375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50"/>
          <w:i/>
          <w:iCs/>
          <w:color w:val="000000"/>
        </w:rPr>
        <w:t>Универсальные коммуникативные учебные действия:</w:t>
      </w:r>
    </w:p>
    <w:p w14:paraId="6B32C3C5" w14:textId="77777777" w:rsidR="00EF08F7" w:rsidRDefault="00EF08F7" w:rsidP="00EF08F7">
      <w:pPr>
        <w:pStyle w:val="c241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851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использовать математическую терминологию для описания отношений и зависимостей;</w:t>
      </w:r>
    </w:p>
    <w:p w14:paraId="158D47A4" w14:textId="77777777" w:rsidR="00EF08F7" w:rsidRDefault="00EF08F7" w:rsidP="00EF08F7">
      <w:pPr>
        <w:pStyle w:val="c53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851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строить речевые высказывания для решения задач; составлять текстовую задачу;</w:t>
      </w:r>
    </w:p>
    <w:p w14:paraId="680227C8" w14:textId="77777777" w:rsidR="00EF08F7" w:rsidRDefault="00EF08F7" w:rsidP="00EF08F7">
      <w:pPr>
        <w:pStyle w:val="c935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851" w:right="256" w:hanging="28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</w:t>
      </w:r>
    </w:p>
    <w:p w14:paraId="35BD0F41" w14:textId="77777777" w:rsidR="00EF08F7" w:rsidRDefault="00EF08F7" w:rsidP="00EF08F7">
      <w:pPr>
        <w:pStyle w:val="c847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851" w:right="1390" w:hanging="28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30FF0429" w14:textId="77777777" w:rsidR="00EF08F7" w:rsidRDefault="00EF08F7" w:rsidP="00EF08F7">
      <w:pPr>
        <w:pStyle w:val="c343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851" w:hanging="28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участвовать в обсуждении ошибок в ходе и результате выполнения вычисления.</w:t>
      </w:r>
    </w:p>
    <w:p w14:paraId="424F60AD" w14:textId="77777777" w:rsidR="00EF08F7" w:rsidRDefault="00EF08F7" w:rsidP="00EF08F7">
      <w:pPr>
        <w:pStyle w:val="c175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50"/>
          <w:i/>
          <w:iCs/>
          <w:color w:val="000000"/>
        </w:rPr>
        <w:t>Универсальные регулятивные учебные действия:</w:t>
      </w:r>
    </w:p>
    <w:p w14:paraId="7A3CA722" w14:textId="77777777" w:rsidR="00EF08F7" w:rsidRDefault="00EF08F7" w:rsidP="00EF08F7">
      <w:pPr>
        <w:pStyle w:val="c241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18" w:hanging="895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проверять ход и результат выполнения действия;</w:t>
      </w:r>
    </w:p>
    <w:p w14:paraId="03E4BED6" w14:textId="77777777" w:rsidR="00EF08F7" w:rsidRDefault="00EF08F7" w:rsidP="00EF08F7">
      <w:pPr>
        <w:pStyle w:val="c176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18" w:hanging="895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вести поиск ошибок, характеризовать их и исправлять;</w:t>
      </w:r>
    </w:p>
    <w:p w14:paraId="7979D867" w14:textId="77777777" w:rsidR="00EF08F7" w:rsidRDefault="00EF08F7" w:rsidP="00EF08F7">
      <w:pPr>
        <w:pStyle w:val="c848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18" w:hanging="895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формулировать ответ (вывод), подтверждать его объяснением, расчётами;</w:t>
      </w:r>
    </w:p>
    <w:p w14:paraId="526FDE41" w14:textId="0E376374" w:rsidR="00EF08F7" w:rsidRDefault="00EF08F7" w:rsidP="00EF08F7">
      <w:pPr>
        <w:pStyle w:val="c848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18" w:hanging="851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выбирать и использовать различные приёмы прикидки и проверки правильности вычисления;</w:t>
      </w:r>
    </w:p>
    <w:p w14:paraId="28AE40C0" w14:textId="77777777" w:rsidR="00EF08F7" w:rsidRDefault="00EF08F7" w:rsidP="00EF08F7">
      <w:pPr>
        <w:pStyle w:val="c791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18" w:hanging="895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проверять полноту и правильность заполнения таблиц сложения, умножения..</w:t>
      </w:r>
    </w:p>
    <w:p w14:paraId="3FF6D71F" w14:textId="77777777" w:rsidR="00EF08F7" w:rsidRDefault="00EF08F7" w:rsidP="00EF08F7">
      <w:pPr>
        <w:pStyle w:val="c756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50"/>
          <w:i/>
          <w:iCs/>
          <w:color w:val="000000"/>
        </w:rPr>
        <w:t>Совместная деятельность:</w:t>
      </w:r>
    </w:p>
    <w:p w14:paraId="7BA7A423" w14:textId="77777777" w:rsidR="00EF08F7" w:rsidRDefault="00EF08F7" w:rsidP="00EF08F7">
      <w:pPr>
        <w:pStyle w:val="c318"/>
        <w:numPr>
          <w:ilvl w:val="0"/>
          <w:numId w:val="22"/>
        </w:numPr>
        <w:shd w:val="clear" w:color="auto" w:fill="FFFFFF"/>
        <w:spacing w:before="30" w:beforeAutospacing="0" w:after="30" w:afterAutospacing="0"/>
        <w:ind w:left="709" w:right="254" w:firstLine="26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6950D7C9" w14:textId="77777777" w:rsidR="00EF08F7" w:rsidRDefault="00EF08F7" w:rsidP="00EF08F7">
      <w:pPr>
        <w:pStyle w:val="c1109"/>
        <w:numPr>
          <w:ilvl w:val="0"/>
          <w:numId w:val="22"/>
        </w:numPr>
        <w:shd w:val="clear" w:color="auto" w:fill="FFFFFF"/>
        <w:spacing w:before="30" w:beforeAutospacing="0" w:after="30" w:afterAutospacing="0"/>
        <w:ind w:left="709" w:right="1264" w:firstLine="26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14:paraId="5D732AA3" w14:textId="77777777" w:rsidR="00EF08F7" w:rsidRDefault="00EF08F7" w:rsidP="00EF08F7">
      <w:pPr>
        <w:pStyle w:val="c592"/>
        <w:numPr>
          <w:ilvl w:val="0"/>
          <w:numId w:val="22"/>
        </w:numPr>
        <w:shd w:val="clear" w:color="auto" w:fill="FFFFFF"/>
        <w:spacing w:before="30" w:beforeAutospacing="0" w:after="30" w:afterAutospacing="0"/>
        <w:ind w:left="709" w:hanging="142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выполнять совместно прикидку и оценку результата выполнения общей работы.</w:t>
      </w:r>
    </w:p>
    <w:p w14:paraId="3987D844" w14:textId="3373A972" w:rsidR="00EF08F7" w:rsidRDefault="00EF08F7" w:rsidP="00EF08F7">
      <w:pPr>
        <w:autoSpaceDE w:val="0"/>
        <w:autoSpaceDN w:val="0"/>
        <w:spacing w:before="190" w:after="0" w:line="230" w:lineRule="auto"/>
        <w:ind w:left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 класс</w:t>
      </w:r>
    </w:p>
    <w:p w14:paraId="52C485CF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Числа и величины</w:t>
      </w:r>
    </w:p>
    <w:p w14:paraId="584E283F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94" w:firstLine="18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496ACEC1" w14:textId="77777777" w:rsidR="00EF08F7" w:rsidRPr="00EF08F7" w:rsidRDefault="00EF08F7" w:rsidP="00EF08F7">
      <w:pPr>
        <w:shd w:val="clear" w:color="auto" w:fill="FFFFFF"/>
        <w:spacing w:after="0" w:line="240" w:lineRule="auto"/>
        <w:ind w:left="286" w:right="217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Величины: сравнение объектов по массе, длине, площади, вместимости. Единицы массы — центнер, тонна; соотношения между единицами </w:t>
      </w: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массы. Единицы времени (сутки, неделя, месяц, год, век), соотношение между ними.</w:t>
      </w:r>
    </w:p>
    <w:p w14:paraId="218AA219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558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14:paraId="5E7966B5" w14:textId="77777777" w:rsidR="00EF08F7" w:rsidRPr="00EF08F7" w:rsidRDefault="00EF08F7" w:rsidP="00EF08F7">
      <w:pPr>
        <w:shd w:val="clear" w:color="auto" w:fill="FFFFFF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Доля величины времени, массы, длины.</w:t>
      </w:r>
    </w:p>
    <w:p w14:paraId="72660E7C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Арифметические действия</w:t>
      </w:r>
    </w:p>
    <w:p w14:paraId="504697FE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794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3F41C94F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64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59D4B3F7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578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5008E385" w14:textId="77777777" w:rsidR="00EF08F7" w:rsidRPr="00EF08F7" w:rsidRDefault="00EF08F7" w:rsidP="00EF08F7">
      <w:pPr>
        <w:shd w:val="clear" w:color="auto" w:fill="FFFFFF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Умножение и деление величины на однозначное число.</w:t>
      </w:r>
    </w:p>
    <w:p w14:paraId="000D4887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Текстовые задачи</w:t>
      </w:r>
    </w:p>
    <w:p w14:paraId="18A4030A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64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67155F9D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Пространственные отношения и геометрические фигуры</w:t>
      </w:r>
    </w:p>
    <w:p w14:paraId="3A01EE62" w14:textId="77777777" w:rsidR="00EF08F7" w:rsidRPr="00EF08F7" w:rsidRDefault="00EF08F7" w:rsidP="00EF08F7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Наглядные представления о симметрии.</w:t>
      </w:r>
    </w:p>
    <w:p w14:paraId="7722FFE3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854" w:firstLine="18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14BFA2F3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37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Пространственные геометрические фигуры (тела): шар, куб, цилиндр, конус, пирамида; различение, называние.</w:t>
      </w:r>
    </w:p>
    <w:p w14:paraId="16DB04F1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110" w:firstLine="18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6B596205" w14:textId="77777777" w:rsidR="00EF08F7" w:rsidRPr="00EF08F7" w:rsidRDefault="00EF08F7" w:rsidP="00EF08F7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Периметр, площадь фигуры, составленной из двух, трёх прямоугольников (квадратов).</w:t>
      </w:r>
    </w:p>
    <w:p w14:paraId="5F125D2A" w14:textId="77777777" w:rsidR="00EF08F7" w:rsidRPr="00EF08F7" w:rsidRDefault="00EF08F7" w:rsidP="00EF08F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EF08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Математическая информация</w:t>
      </w:r>
    </w:p>
    <w:p w14:paraId="5E8CFE21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1222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61FE2B14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728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6EC7781A" w14:textId="77777777" w:rsidR="00EF08F7" w:rsidRPr="00EF08F7" w:rsidRDefault="00EF08F7" w:rsidP="00EF08F7">
      <w:pPr>
        <w:shd w:val="clear" w:color="auto" w:fill="FFFFFF"/>
        <w:spacing w:after="0" w:line="240" w:lineRule="auto"/>
        <w:ind w:left="106" w:right="314" w:firstLine="18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</w:t>
      </w: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7557757A" w14:textId="77777777" w:rsidR="00EF08F7" w:rsidRPr="00EF08F7" w:rsidRDefault="00EF08F7" w:rsidP="00EF08F7">
      <w:pPr>
        <w:shd w:val="clear" w:color="auto" w:fill="FFFFFF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F08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Алгоритмы решения учебных и практических задач.</w:t>
      </w:r>
    </w:p>
    <w:p w14:paraId="3D32B30A" w14:textId="77777777" w:rsidR="00EF08F7" w:rsidRDefault="00EF08F7" w:rsidP="00EF08F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33"/>
          <w:color w:val="000000"/>
        </w:rPr>
        <w:t> </w:t>
      </w:r>
      <w:r>
        <w:rPr>
          <w:rStyle w:val="c108"/>
          <w:b/>
          <w:bCs/>
          <w:color w:val="000000"/>
        </w:rPr>
        <w:t>Универсальные учебные действия</w:t>
      </w:r>
    </w:p>
    <w:p w14:paraId="5D0B6E8F" w14:textId="77777777" w:rsidR="00EF08F7" w:rsidRDefault="00EF08F7" w:rsidP="00EF08F7">
      <w:pPr>
        <w:pStyle w:val="c457"/>
        <w:shd w:val="clear" w:color="auto" w:fill="FFFFFF"/>
        <w:spacing w:before="0" w:beforeAutospacing="0" w:after="0" w:afterAutospacing="0"/>
        <w:ind w:left="286"/>
        <w:jc w:val="both"/>
        <w:rPr>
          <w:color w:val="000000"/>
          <w:sz w:val="22"/>
          <w:szCs w:val="22"/>
        </w:rPr>
      </w:pPr>
      <w:r>
        <w:rPr>
          <w:rStyle w:val="c50"/>
          <w:rFonts w:eastAsiaTheme="majorEastAsia"/>
          <w:i/>
          <w:iCs/>
          <w:color w:val="000000"/>
        </w:rPr>
        <w:t>Универсальные познавательные учебные действия:</w:t>
      </w:r>
    </w:p>
    <w:p w14:paraId="1A9D3B51" w14:textId="77777777" w:rsidR="00EF08F7" w:rsidRDefault="00EF08F7" w:rsidP="00EF08F7">
      <w:pPr>
        <w:pStyle w:val="c481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right="1710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1CF96453" w14:textId="77777777" w:rsidR="00EF08F7" w:rsidRDefault="00EF08F7" w:rsidP="00EF08F7">
      <w:pPr>
        <w:pStyle w:val="c583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right="35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268A8C16" w14:textId="77777777" w:rsidR="00EF08F7" w:rsidRDefault="00EF08F7" w:rsidP="00EF08F7">
      <w:pPr>
        <w:pStyle w:val="c673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обнаруживать модели изученных геометрических фигур в окружающем мире;</w:t>
      </w:r>
    </w:p>
    <w:p w14:paraId="2C2CE9DB" w14:textId="77777777" w:rsidR="00EF08F7" w:rsidRDefault="00EF08F7" w:rsidP="00EF08F7">
      <w:pPr>
        <w:pStyle w:val="c858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right="1156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5214436F" w14:textId="77777777" w:rsidR="00EF08F7" w:rsidRDefault="00EF08F7" w:rsidP="00EF08F7">
      <w:pPr>
        <w:pStyle w:val="c673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классифицировать объекты по 1 - 2 выбранным признакам;</w:t>
      </w:r>
    </w:p>
    <w:p w14:paraId="6E6BE119" w14:textId="77777777" w:rsidR="00EF08F7" w:rsidRDefault="00EF08F7" w:rsidP="00EF08F7">
      <w:pPr>
        <w:pStyle w:val="c93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составлять модель математической задачи, проверять её соответствие условиям задачи;</w:t>
      </w:r>
    </w:p>
    <w:p w14:paraId="3BA76BE0" w14:textId="77777777" w:rsidR="00EF08F7" w:rsidRDefault="00EF08F7" w:rsidP="00EF08F7">
      <w:pPr>
        <w:pStyle w:val="c510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2" w:right="59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20E24A84" w14:textId="77777777" w:rsidR="00EF08F7" w:rsidRDefault="00EF08F7" w:rsidP="00EF08F7">
      <w:pPr>
        <w:pStyle w:val="c724"/>
        <w:shd w:val="clear" w:color="auto" w:fill="FFFFFF"/>
        <w:spacing w:before="0" w:beforeAutospacing="0" w:after="0" w:afterAutospacing="0"/>
        <w:ind w:left="286"/>
        <w:jc w:val="both"/>
        <w:rPr>
          <w:color w:val="000000"/>
          <w:sz w:val="22"/>
          <w:szCs w:val="22"/>
        </w:rPr>
      </w:pPr>
      <w:r>
        <w:rPr>
          <w:rStyle w:val="c50"/>
          <w:rFonts w:eastAsiaTheme="majorEastAsia"/>
          <w:i/>
          <w:iCs/>
          <w:color w:val="000000"/>
        </w:rPr>
        <w:t>Работа с информацией:</w:t>
      </w:r>
    </w:p>
    <w:p w14:paraId="24517123" w14:textId="77777777" w:rsidR="00EF08F7" w:rsidRDefault="00EF08F7" w:rsidP="00EF08F7">
      <w:pPr>
        <w:pStyle w:val="c285"/>
        <w:numPr>
          <w:ilvl w:val="0"/>
          <w:numId w:val="24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представлять информацию в разных формах;</w:t>
      </w:r>
    </w:p>
    <w:p w14:paraId="636E149E" w14:textId="77777777" w:rsidR="00EF08F7" w:rsidRDefault="00EF08F7" w:rsidP="00EF08F7">
      <w:pPr>
        <w:pStyle w:val="c999"/>
        <w:numPr>
          <w:ilvl w:val="0"/>
          <w:numId w:val="24"/>
        </w:numPr>
        <w:shd w:val="clear" w:color="auto" w:fill="FFFFFF"/>
        <w:spacing w:before="30" w:beforeAutospacing="0" w:after="30" w:afterAutospacing="0"/>
        <w:ind w:left="284" w:right="26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14:paraId="1119E77D" w14:textId="77777777" w:rsidR="00EF08F7" w:rsidRDefault="00EF08F7" w:rsidP="00EF08F7">
      <w:pPr>
        <w:pStyle w:val="c724"/>
        <w:shd w:val="clear" w:color="auto" w:fill="FFFFFF"/>
        <w:spacing w:before="0" w:beforeAutospacing="0" w:after="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50"/>
          <w:rFonts w:eastAsiaTheme="majorEastAsia"/>
          <w:i/>
          <w:iCs/>
          <w:color w:val="000000"/>
        </w:rPr>
        <w:t>Универсальные коммуникативные учебные действия:</w:t>
      </w:r>
    </w:p>
    <w:p w14:paraId="29D26414" w14:textId="77777777" w:rsidR="00EF08F7" w:rsidRDefault="00EF08F7" w:rsidP="00EF08F7">
      <w:pPr>
        <w:pStyle w:val="c778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284" w:right="1388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использовать математическую терминологию для записи решения предметной или практической задачи;</w:t>
      </w:r>
    </w:p>
    <w:p w14:paraId="0756198D" w14:textId="77777777" w:rsidR="00EF08F7" w:rsidRDefault="00EF08F7" w:rsidP="00EF08F7">
      <w:pPr>
        <w:pStyle w:val="c449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приводить примеры и контрпримеры для подтверждения/опровержения вывода, гипотезы;</w:t>
      </w:r>
    </w:p>
    <w:p w14:paraId="0D1EF83D" w14:textId="77777777" w:rsidR="00EF08F7" w:rsidRDefault="00EF08F7" w:rsidP="00EF08F7">
      <w:pPr>
        <w:pStyle w:val="c971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конструировать, читать числовое выражение;</w:t>
      </w:r>
    </w:p>
    <w:p w14:paraId="7825F09B" w14:textId="77777777" w:rsidR="00EF08F7" w:rsidRDefault="00EF08F7" w:rsidP="00EF08F7">
      <w:pPr>
        <w:pStyle w:val="c93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описывать практическую ситуацию с использованием изученной терминологии;</w:t>
      </w:r>
    </w:p>
    <w:p w14:paraId="628C7034" w14:textId="77777777" w:rsidR="00EF08F7" w:rsidRDefault="00EF08F7" w:rsidP="00EF08F7">
      <w:pPr>
        <w:pStyle w:val="c93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характеризовать математические объекты, явления и события с помощью изученных</w:t>
      </w:r>
    </w:p>
    <w:p w14:paraId="40B96B82" w14:textId="77777777" w:rsidR="00EF08F7" w:rsidRDefault="00EF08F7" w:rsidP="00EF08F7">
      <w:pPr>
        <w:pStyle w:val="c82"/>
        <w:shd w:val="clear" w:color="auto" w:fill="FFFFFF"/>
        <w:spacing w:before="0" w:beforeAutospacing="0" w:after="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величин;</w:t>
      </w:r>
    </w:p>
    <w:p w14:paraId="245E344B" w14:textId="77777777" w:rsidR="00EF08F7" w:rsidRDefault="00EF08F7" w:rsidP="00EF08F7">
      <w:pPr>
        <w:pStyle w:val="c93"/>
        <w:numPr>
          <w:ilvl w:val="0"/>
          <w:numId w:val="26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составлять инструкцию, записывать рассуждение;</w:t>
      </w:r>
    </w:p>
    <w:p w14:paraId="4D08E176" w14:textId="77777777" w:rsidR="00EF08F7" w:rsidRDefault="00EF08F7" w:rsidP="00EF08F7">
      <w:pPr>
        <w:pStyle w:val="c93"/>
        <w:numPr>
          <w:ilvl w:val="0"/>
          <w:numId w:val="26"/>
        </w:numPr>
        <w:shd w:val="clear" w:color="auto" w:fill="FFFFFF"/>
        <w:spacing w:before="30" w:beforeAutospacing="0" w:after="30" w:afterAutospacing="0"/>
        <w:ind w:left="284" w:hanging="44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инициировать обсуждение разных способов выполнения задания, поиск ошибок в решении.</w:t>
      </w:r>
    </w:p>
    <w:p w14:paraId="68BE38E4" w14:textId="77777777" w:rsidR="00EF08F7" w:rsidRDefault="00EF08F7" w:rsidP="00EF08F7">
      <w:pPr>
        <w:pStyle w:val="c335"/>
        <w:shd w:val="clear" w:color="auto" w:fill="FFFFFF"/>
        <w:spacing w:before="0" w:beforeAutospacing="0" w:after="0" w:afterAutospacing="0"/>
        <w:ind w:left="286"/>
        <w:jc w:val="both"/>
        <w:rPr>
          <w:color w:val="000000"/>
          <w:sz w:val="22"/>
          <w:szCs w:val="22"/>
        </w:rPr>
      </w:pPr>
      <w:r>
        <w:rPr>
          <w:rStyle w:val="c50"/>
          <w:rFonts w:eastAsiaTheme="majorEastAsia"/>
          <w:i/>
          <w:iCs/>
          <w:color w:val="000000"/>
        </w:rPr>
        <w:t>Универсальные регулятивные учебные действия:</w:t>
      </w:r>
    </w:p>
    <w:p w14:paraId="6499788A" w14:textId="77777777" w:rsidR="00EF08F7" w:rsidRDefault="00EF08F7" w:rsidP="00EF08F7">
      <w:pPr>
        <w:pStyle w:val="c778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284" w:right="422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6EB22DAE" w14:textId="77777777" w:rsidR="00EF08F7" w:rsidRDefault="00EF08F7" w:rsidP="00EF08F7">
      <w:pPr>
        <w:pStyle w:val="c291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284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самостоятельно выполнять прикидку и оценку результата измерений;</w:t>
      </w:r>
    </w:p>
    <w:p w14:paraId="448F6D76" w14:textId="77777777" w:rsidR="00EF08F7" w:rsidRDefault="00EF08F7" w:rsidP="00EF08F7">
      <w:pPr>
        <w:pStyle w:val="c259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284" w:right="460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находить, исправлять, прогнозировать трудности и ошибки и трудности в решении учебной задачи.</w:t>
      </w:r>
    </w:p>
    <w:p w14:paraId="4D672E72" w14:textId="77777777" w:rsidR="00EF08F7" w:rsidRDefault="00EF08F7" w:rsidP="00EF08F7">
      <w:pPr>
        <w:pStyle w:val="c724"/>
        <w:shd w:val="clear" w:color="auto" w:fill="FFFFFF"/>
        <w:spacing w:before="0" w:beforeAutospacing="0" w:after="0" w:afterAutospacing="0"/>
        <w:ind w:left="284" w:firstLine="30"/>
        <w:jc w:val="both"/>
        <w:rPr>
          <w:color w:val="000000"/>
          <w:sz w:val="22"/>
          <w:szCs w:val="22"/>
        </w:rPr>
      </w:pPr>
      <w:r>
        <w:rPr>
          <w:rStyle w:val="c50"/>
          <w:rFonts w:eastAsiaTheme="majorEastAsia"/>
          <w:i/>
          <w:iCs/>
          <w:color w:val="000000"/>
        </w:rPr>
        <w:t>Совместная деятельность:</w:t>
      </w:r>
    </w:p>
    <w:p w14:paraId="0A6D9872" w14:textId="77777777" w:rsidR="00EF08F7" w:rsidRDefault="00EF08F7" w:rsidP="00EF08F7">
      <w:pPr>
        <w:pStyle w:val="c428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284" w:right="650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297DF667" w14:textId="77777777" w:rsidR="00EF08F7" w:rsidRDefault="00EF08F7" w:rsidP="00EF08F7">
      <w:pPr>
        <w:pStyle w:val="c727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284" w:right="428" w:firstLine="30"/>
        <w:jc w:val="both"/>
        <w:rPr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lastRenderedPageBreak/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77383A66" w14:textId="77777777" w:rsidR="00EF08F7" w:rsidRPr="00EF08F7" w:rsidRDefault="00EF08F7" w:rsidP="00EF08F7">
      <w:pPr>
        <w:autoSpaceDE w:val="0"/>
        <w:autoSpaceDN w:val="0"/>
        <w:spacing w:before="190" w:after="0" w:line="230" w:lineRule="auto"/>
        <w:ind w:left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2851DE5" w14:textId="77777777" w:rsidR="00EF08F7" w:rsidRPr="00495378" w:rsidRDefault="00EF08F7" w:rsidP="00495378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BCB856" w14:textId="77777777" w:rsidR="00601EC5" w:rsidRDefault="00601EC5" w:rsidP="00E53F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AF6C6EE" w14:textId="77001EFB" w:rsidR="00601EC5" w:rsidRPr="008D51A4" w:rsidRDefault="007A2850" w:rsidP="008D51A4">
      <w:pPr>
        <w:pStyle w:val="ae"/>
        <w:numPr>
          <w:ilvl w:val="0"/>
          <w:numId w:val="16"/>
        </w:numPr>
        <w:autoSpaceDE w:val="0"/>
        <w:autoSpaceDN w:val="0"/>
        <w:spacing w:after="0" w:line="240" w:lineRule="auto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</w:t>
      </w: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>ОБРАЗОВАТЕЛЬНЫЕ РЕЗУЛЬТАТЫ</w:t>
      </w:r>
    </w:p>
    <w:p w14:paraId="518A2F76" w14:textId="75925C95" w:rsidR="00593AB9" w:rsidRPr="00062007" w:rsidRDefault="007A2850" w:rsidP="00601EC5">
      <w:pPr>
        <w:autoSpaceDE w:val="0"/>
        <w:autoSpaceDN w:val="0"/>
        <w:spacing w:after="0" w:line="240" w:lineRule="auto"/>
        <w:ind w:firstLine="720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="00601EC5">
        <w:rPr>
          <w:rFonts w:ascii="Times New Roman" w:eastAsia="Times New Roman" w:hAnsi="Times New Roman"/>
          <w:color w:val="000000"/>
          <w:sz w:val="24"/>
          <w:lang w:val="ru-RU"/>
        </w:rPr>
        <w:t>з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D4B92F1" w14:textId="4CB8C3DF" w:rsidR="00593AB9" w:rsidRPr="008D51A4" w:rsidRDefault="007A2850" w:rsidP="008D51A4">
      <w:pPr>
        <w:pStyle w:val="ae"/>
        <w:numPr>
          <w:ilvl w:val="0"/>
          <w:numId w:val="17"/>
        </w:numPr>
        <w:autoSpaceDE w:val="0"/>
        <w:autoSpaceDN w:val="0"/>
        <w:spacing w:before="262" w:after="0" w:line="240" w:lineRule="auto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1750EF8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2007">
        <w:rPr>
          <w:lang w:val="ru-RU"/>
        </w:rPr>
        <w:tab/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предмета «Математика» у обучающегос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я будут сформированы следующие личностные результаты:</w:t>
      </w:r>
    </w:p>
    <w:p w14:paraId="170309C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14:paraId="6A9B0669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развития способности мыслить, рассуждать, выдвигать предположения и доказыв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ать или опровергать их; </w:t>
      </w:r>
    </w:p>
    <w:p w14:paraId="5851D24B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55FD738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осваиват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ь навыки организации безопасного поведения в информационной среде; </w:t>
      </w:r>
    </w:p>
    <w:p w14:paraId="77457AD9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14:paraId="3F86C640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14:paraId="307062FD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оценивать практические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14:paraId="6292404D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14:paraId="1FB9B340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стремиться углублять свои м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321E5998" w14:textId="60C820E3" w:rsidR="00593AB9" w:rsidRPr="008D51A4" w:rsidRDefault="007A2850" w:rsidP="008D51A4">
      <w:pPr>
        <w:pStyle w:val="ae"/>
        <w:numPr>
          <w:ilvl w:val="0"/>
          <w:numId w:val="17"/>
        </w:numPr>
        <w:autoSpaceDE w:val="0"/>
        <w:autoSpaceDN w:val="0"/>
        <w:spacing w:before="324" w:after="0" w:line="240" w:lineRule="auto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515FF0AA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у обучающегося формируются следующие универсальные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учебные действия.</w:t>
      </w:r>
    </w:p>
    <w:p w14:paraId="68A0786E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 познавательные учебные действия:</w:t>
      </w:r>
    </w:p>
    <w:p w14:paraId="6F390985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i/>
          <w:sz w:val="24"/>
          <w:szCs w:val="24"/>
          <w:lang w:val="ru-RU"/>
        </w:rPr>
        <w:t>1)  Базовые логические действия:</w:t>
      </w:r>
    </w:p>
    <w:p w14:paraId="7A2F334A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14:paraId="7FCFA75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применять базовые логические универ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сальные действия: сравнение, анализ, классификация (группировка), обобщение;</w:t>
      </w:r>
    </w:p>
    <w:p w14:paraId="5C54F3B3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14:paraId="42161489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представлять текстовую задачу, её решение в виде модели, схемы,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арифметической записи, текста в соответствии с предложенной учебной проблемой.</w:t>
      </w:r>
    </w:p>
    <w:p w14:paraId="4D130757" w14:textId="103E6FE2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i/>
          <w:sz w:val="24"/>
          <w:szCs w:val="24"/>
          <w:lang w:val="ru-RU"/>
        </w:rPr>
        <w:t>2)  Базовые исследовательские действия:</w:t>
      </w:r>
    </w:p>
    <w:p w14:paraId="6E0D85D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—  проявлять способность ориентироваться в учебном материале разных разделов курса математики; </w:t>
      </w:r>
    </w:p>
    <w:p w14:paraId="17D3B4BD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понимать и адекватно использовать мате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матическую терминологию: различать, характеризовать, использовать для решения учебных и практических задач; </w:t>
      </w:r>
    </w:p>
    <w:p w14:paraId="2FC97C6B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применять изученные методы познания (измерение, моделирование, перебор вариантов)</w:t>
      </w:r>
    </w:p>
    <w:p w14:paraId="5FB6F2D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3)  Работа с информацией:</w:t>
      </w:r>
    </w:p>
    <w:p w14:paraId="088EA6AE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находить и использовать для решен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ия учебных задач текстовую, графическую информацию в разных источниках информационной среды; </w:t>
      </w:r>
    </w:p>
    <w:p w14:paraId="639D17C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14:paraId="1CA5504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представлять информацию в заданной форме (дополня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ть таблицу, текст), формулировать утверждение по образцу, в соответствии с требованиями учебной задачи; </w:t>
      </w:r>
    </w:p>
    <w:p w14:paraId="0D06B095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14:paraId="35619952" w14:textId="77777777" w:rsidR="00601EC5" w:rsidRDefault="00601EC5" w:rsidP="00601EC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4B0FB5A" w14:textId="4A80419A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коммуникативные учебные действия:</w:t>
      </w:r>
    </w:p>
    <w:p w14:paraId="24A7808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конструировать утверждения, проверять их истинность;</w:t>
      </w:r>
    </w:p>
    <w:p w14:paraId="48FA131B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строить логическое рассуждение;</w:t>
      </w:r>
    </w:p>
    <w:p w14:paraId="3CBBD3C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14:paraId="0CB7E1B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формулировать ответ;</w:t>
      </w:r>
    </w:p>
    <w:p w14:paraId="055A14D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комментировать процесс вычисления, построения,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 решения; объяснять полученный ответ с использованием изученной терминологии;</w:t>
      </w:r>
    </w:p>
    <w:p w14:paraId="6BDDAE1A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влять этику общения;</w:t>
      </w:r>
    </w:p>
    <w:p w14:paraId="326D1847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1E4926F3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ориентироваться в алгоритма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х: воспроизводить, дополнять, исправлять деформированные;</w:t>
      </w:r>
    </w:p>
    <w:p w14:paraId="7767F2DE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составлять по аналогии; . самостоятельно составлять тексты заданий, аналогичные типовым изученным.</w:t>
      </w:r>
    </w:p>
    <w:p w14:paraId="69DD307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регулятивные учебные действия:</w:t>
      </w:r>
    </w:p>
    <w:p w14:paraId="659A701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i/>
          <w:sz w:val="24"/>
          <w:szCs w:val="24"/>
          <w:lang w:val="ru-RU"/>
        </w:rPr>
        <w:t>1)  Самоорганизация:</w:t>
      </w:r>
    </w:p>
    <w:p w14:paraId="70CB4180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14:paraId="409CC436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14:paraId="5920171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i/>
          <w:sz w:val="24"/>
          <w:szCs w:val="24"/>
          <w:lang w:val="ru-RU"/>
        </w:rPr>
        <w:t>2)  Самоконтроль:</w:t>
      </w:r>
    </w:p>
    <w:p w14:paraId="134437F5" w14:textId="54752500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осуществлять контроль процесса и результата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 своей деятельности, объективно оценивать их;</w:t>
      </w:r>
    </w:p>
    <w:p w14:paraId="3B236F5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выбирать и при необходимости корректировать способы действий; </w:t>
      </w:r>
    </w:p>
    <w:p w14:paraId="5974604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14:paraId="609EA30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i/>
          <w:sz w:val="24"/>
          <w:szCs w:val="24"/>
          <w:lang w:val="ru-RU"/>
        </w:rPr>
        <w:t>3)  Самооценка:</w:t>
      </w:r>
    </w:p>
    <w:p w14:paraId="40E0A9C5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предвидеть возможность воз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14:paraId="05DDB1D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оценивать рациональность своих действий, давать им качественную харак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теристику.</w:t>
      </w:r>
    </w:p>
    <w:p w14:paraId="24FBBB87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14:paraId="6855F5A5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14:paraId="44BD9F5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согласовыв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ать  мнения в ходе поиска доказательств, выбора рационального способа, анализа информации;</w:t>
      </w:r>
    </w:p>
    <w:p w14:paraId="3996DC1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6B86587C" w14:textId="5279C47B" w:rsidR="00593AB9" w:rsidRPr="008D51A4" w:rsidRDefault="007A2850" w:rsidP="008D51A4">
      <w:pPr>
        <w:pStyle w:val="ae"/>
        <w:numPr>
          <w:ilvl w:val="0"/>
          <w:numId w:val="17"/>
        </w:numPr>
        <w:autoSpaceDE w:val="0"/>
        <w:autoSpaceDN w:val="0"/>
        <w:spacing w:before="322" w:after="0" w:line="240" w:lineRule="auto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1BFD9019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9349B7">
        <w:rPr>
          <w:rFonts w:ascii="Times New Roman" w:hAnsi="Times New Roman" w:cs="Times New Roman"/>
          <w:b/>
          <w:bCs/>
          <w:sz w:val="24"/>
          <w:szCs w:val="24"/>
          <w:lang w:val="ru-RU"/>
        </w:rPr>
        <w:t>1 классе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научится:</w:t>
      </w:r>
    </w:p>
    <w:p w14:paraId="698DDD15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читать, записывать, сравнивать,  упорядочивать  числа  от  0 до 20; </w:t>
      </w:r>
    </w:p>
    <w:p w14:paraId="02674BD8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14:paraId="4FD54F7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находить числа, большие/меньшие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данного числа на заданное число; </w:t>
      </w:r>
    </w:p>
    <w:p w14:paraId="4555A82D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14:paraId="02219613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решать текстов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ые задачи в одно действие на сложение и вычитание: выделять условие и требование (вопрос); </w:t>
      </w:r>
    </w:p>
    <w:p w14:paraId="5D871491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14:paraId="222CEB54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знать и использовать единицу длины — сантиметр; измеря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ть длину отрезка, чертить отрезок заданной длины (в см); </w:t>
      </w:r>
    </w:p>
    <w:p w14:paraId="304CA82B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14:paraId="07DC4B5F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14:paraId="29443582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14:paraId="1EAE102F" w14:textId="1BD9393F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группировать объекты по заданному п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ризнаку; находить и называть закономерности в ряду объектов повседневной жизни;</w:t>
      </w:r>
    </w:p>
    <w:p w14:paraId="16AFA75B" w14:textId="77777777" w:rsidR="00593AB9" w:rsidRPr="00601EC5" w:rsidRDefault="007A2850" w:rsidP="00601EC5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14:paraId="388FDA12" w14:textId="77777777" w:rsidR="00593AB9" w:rsidRDefault="007A2850" w:rsidP="00601E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01EC5">
        <w:rPr>
          <w:rFonts w:ascii="Times New Roman" w:hAnsi="Times New Roman" w:cs="Times New Roman"/>
          <w:sz w:val="24"/>
          <w:szCs w:val="24"/>
          <w:lang w:val="ru-RU"/>
        </w:rPr>
        <w:t>—  сравнивать два объекта (числа, геометрические фигуры); распределять объ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екты на две группы</w:t>
      </w:r>
      <w:r w:rsidR="00601E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1EC5">
        <w:rPr>
          <w:rFonts w:ascii="Times New Roman" w:hAnsi="Times New Roman" w:cs="Times New Roman"/>
          <w:sz w:val="24"/>
          <w:szCs w:val="24"/>
          <w:lang w:val="ru-RU"/>
        </w:rPr>
        <w:t>по заданному основанию.</w:t>
      </w:r>
    </w:p>
    <w:p w14:paraId="3D02B460" w14:textId="77777777" w:rsidR="009349B7" w:rsidRDefault="009349B7" w:rsidP="00601E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0FB31F60" w14:textId="2E0EE59A" w:rsidR="009349B7" w:rsidRPr="00623C28" w:rsidRDefault="009349B7" w:rsidP="009349B7">
      <w:pPr>
        <w:autoSpaceDE w:val="0"/>
        <w:autoSpaceDN w:val="0"/>
        <w:spacing w:before="166" w:after="0" w:line="240" w:lineRule="auto"/>
        <w:ind w:left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9349B7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2 классе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14:paraId="65C76AA8" w14:textId="77777777" w:rsidR="009349B7" w:rsidRPr="00623C28" w:rsidRDefault="009349B7" w:rsidP="009349B7">
      <w:pPr>
        <w:autoSpaceDE w:val="0"/>
        <w:autoSpaceDN w:val="0"/>
        <w:spacing w:before="178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упорядочивать числа в пределах 100; </w:t>
      </w:r>
    </w:p>
    <w:p w14:paraId="2E53A57F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14:paraId="5A00B348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 w:right="57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14:paraId="67EAA932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 w:right="864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14:paraId="3069CD6A" w14:textId="77777777" w:rsidR="009349B7" w:rsidRPr="00623C28" w:rsidRDefault="009349B7" w:rsidP="009349B7">
      <w:pPr>
        <w:autoSpaceDE w:val="0"/>
        <w:autoSpaceDN w:val="0"/>
        <w:spacing w:before="192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и различать компоненты действий умножения (множители, произведение); деления (делимое, делитель, частное); </w:t>
      </w:r>
    </w:p>
    <w:p w14:paraId="65FA24B6" w14:textId="77777777" w:rsidR="009349B7" w:rsidRPr="00623C28" w:rsidRDefault="009349B7" w:rsidP="009349B7">
      <w:pPr>
        <w:autoSpaceDE w:val="0"/>
        <w:autoSpaceDN w:val="0"/>
        <w:spacing w:before="192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(килограмм), времени (минута, час); стоимости (рубль, копейка); преобразовывать одни единицы данных величин  в другие; </w:t>
      </w:r>
    </w:p>
    <w:p w14:paraId="485F45B7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14:paraId="0A025107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одно-два действия: представлять задачу (краткая запись, рисунок, таблица или другая модель); </w:t>
      </w:r>
    </w:p>
    <w:p w14:paraId="15EB4154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ind w:left="142" w:right="1296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14:paraId="7D35E770" w14:textId="77777777" w:rsidR="009349B7" w:rsidRPr="00623C28" w:rsidRDefault="009349B7" w:rsidP="009349B7">
      <w:pPr>
        <w:autoSpaceDE w:val="0"/>
        <w:autoSpaceDN w:val="0"/>
        <w:spacing w:before="190" w:after="0" w:line="24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геометрические фигуры: прямой угол; ломаную, многоугольник; </w:t>
      </w:r>
    </w:p>
    <w:p w14:paraId="17FCAF2C" w14:textId="2D401F3A" w:rsidR="009349B7" w:rsidRPr="00623C28" w:rsidRDefault="009349B7" w:rsidP="009349B7">
      <w:pPr>
        <w:autoSpaceDE w:val="0"/>
        <w:autoSpaceDN w:val="0"/>
        <w:spacing w:after="0" w:line="240" w:lineRule="auto"/>
        <w:jc w:val="both"/>
        <w:rPr>
          <w:lang w:val="ru-RU"/>
        </w:rPr>
      </w:pP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среди четырехугольников прямоугольники, квадраты;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бумаге в клетку изображать ломаную, многоугольник; чертить прямой угол,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прямоугольник с заданными длинами сторон;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выполнения построений линейку, угольник;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со словами «все»,«каждый»;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одно-двухшаговые логические рассуждения и делать выводы;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общий признак группы математических объектов (чисел, величин, геометрических фигур);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закономерность в ряду объектов (чисел, геометрических фигур);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 (находить общее, различное);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модели геометрических фигур в окружающем мире; подбирать примеры, подтверждающие суждение, ответ;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(дополнять) текстовую задачу; </w:t>
      </w:r>
      <w:r w:rsidRPr="00623C28">
        <w:rPr>
          <w:lang w:val="ru-RU"/>
        </w:rPr>
        <w:br/>
      </w:r>
      <w:r w:rsidRPr="00623C28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вычислений.</w:t>
      </w:r>
    </w:p>
    <w:p w14:paraId="4FCCDAD4" w14:textId="77777777" w:rsidR="009349B7" w:rsidRDefault="009349B7" w:rsidP="00601E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588E95B5" w14:textId="77777777" w:rsidR="009349B7" w:rsidRDefault="009349B7" w:rsidP="009349B7">
      <w:pPr>
        <w:pStyle w:val="c840"/>
        <w:shd w:val="clear" w:color="auto" w:fill="FFFFFF"/>
        <w:spacing w:before="0" w:beforeAutospacing="0" w:after="0" w:afterAutospacing="0"/>
        <w:ind w:left="29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 xml:space="preserve">К концу обучения во </w:t>
      </w:r>
      <w:r w:rsidRPr="009349B7">
        <w:rPr>
          <w:rStyle w:val="c0"/>
          <w:b/>
          <w:bCs/>
          <w:color w:val="000000"/>
        </w:rPr>
        <w:t>3</w:t>
      </w:r>
      <w:r>
        <w:rPr>
          <w:rStyle w:val="c0"/>
          <w:color w:val="000000"/>
        </w:rPr>
        <w:t> </w:t>
      </w:r>
      <w:r>
        <w:rPr>
          <w:rStyle w:val="c108"/>
          <w:b/>
          <w:bCs/>
          <w:color w:val="000000"/>
        </w:rPr>
        <w:t>классе </w:t>
      </w:r>
      <w:r>
        <w:rPr>
          <w:rStyle w:val="c0"/>
          <w:color w:val="000000"/>
        </w:rPr>
        <w:t>обучающийся научится:</w:t>
      </w:r>
    </w:p>
    <w:p w14:paraId="71122F32" w14:textId="40B533AE" w:rsidR="009349B7" w:rsidRDefault="009349B7" w:rsidP="009349B7">
      <w:pPr>
        <w:pStyle w:val="c329"/>
        <w:shd w:val="clear" w:color="auto" w:fill="FFFFFF"/>
        <w:spacing w:before="30" w:beforeAutospacing="0" w:after="30" w:afterAutospacing="0"/>
        <w:ind w:left="-14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читать, записывать, сравнивать, упорядочивать числа в пределах 1000;</w:t>
      </w:r>
    </w:p>
    <w:p w14:paraId="61A98753" w14:textId="5F8C7C91" w:rsidR="009349B7" w:rsidRDefault="009349B7" w:rsidP="009349B7">
      <w:pPr>
        <w:pStyle w:val="c1042"/>
        <w:shd w:val="clear" w:color="auto" w:fill="FFFFFF"/>
        <w:spacing w:before="30" w:beforeAutospacing="0" w:after="30" w:afterAutospacing="0"/>
        <w:ind w:left="-142" w:right="46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находить число большее/меньшее данного числа на заданное число, в заданное число раз (в пределах 1000);</w:t>
      </w:r>
    </w:p>
    <w:p w14:paraId="3FB9663A" w14:textId="5DCBDF39" w:rsidR="009349B7" w:rsidRDefault="009349B7" w:rsidP="009349B7">
      <w:pPr>
        <w:pStyle w:val="c316"/>
        <w:shd w:val="clear" w:color="auto" w:fill="FFFFFF"/>
        <w:spacing w:before="30" w:beforeAutospacing="0" w:after="30" w:afterAutospacing="0"/>
        <w:ind w:left="-142" w:right="60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46938833" w14:textId="2C932812" w:rsidR="009349B7" w:rsidRDefault="009349B7" w:rsidP="009349B7">
      <w:pPr>
        <w:pStyle w:val="c592"/>
        <w:shd w:val="clear" w:color="auto" w:fill="FFFFFF"/>
        <w:spacing w:before="30" w:beforeAutospacing="0" w:after="30" w:afterAutospacing="0"/>
        <w:ind w:left="-14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действия умножение и деление с числами 0 и 1, деление с остатком;</w:t>
      </w:r>
    </w:p>
    <w:p w14:paraId="24DCF128" w14:textId="381D7B9F" w:rsidR="009349B7" w:rsidRDefault="009349B7" w:rsidP="009349B7">
      <w:pPr>
        <w:pStyle w:val="c513"/>
        <w:shd w:val="clear" w:color="auto" w:fill="FFFFFF"/>
        <w:spacing w:before="30" w:beforeAutospacing="0" w:after="30" w:afterAutospacing="0"/>
        <w:ind w:left="-142" w:right="15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</w:t>
      </w:r>
    </w:p>
    <w:p w14:paraId="4B1C6332" w14:textId="7C3DB6C1" w:rsidR="009349B7" w:rsidRDefault="009349B7" w:rsidP="009349B7">
      <w:pPr>
        <w:pStyle w:val="c343"/>
        <w:shd w:val="clear" w:color="auto" w:fill="FFFFFF"/>
        <w:spacing w:before="30" w:beforeAutospacing="0" w:after="30" w:afterAutospacing="0"/>
        <w:ind w:left="-14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находить неизвестный компонент арифметического действия;</w:t>
      </w:r>
    </w:p>
    <w:p w14:paraId="1B1662F0" w14:textId="155657F8" w:rsidR="009349B7" w:rsidRDefault="009349B7" w:rsidP="009349B7">
      <w:pPr>
        <w:pStyle w:val="c763"/>
        <w:shd w:val="clear" w:color="auto" w:fill="FFFFFF"/>
        <w:spacing w:before="30" w:beforeAutospacing="0" w:after="30" w:afterAutospacing="0"/>
        <w:ind w:left="-142" w:right="256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</w:t>
      </w:r>
    </w:p>
    <w:p w14:paraId="44DE48A2" w14:textId="4E1E47AA" w:rsidR="009349B7" w:rsidRDefault="009349B7" w:rsidP="009349B7">
      <w:pPr>
        <w:pStyle w:val="c343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преобразовывать одни единицы данной величины в другие;</w:t>
      </w:r>
    </w:p>
    <w:p w14:paraId="1E955894" w14:textId="50DD8D67" w:rsidR="009349B7" w:rsidRDefault="009349B7" w:rsidP="009349B7">
      <w:pPr>
        <w:pStyle w:val="c1094"/>
        <w:shd w:val="clear" w:color="auto" w:fill="FFFFFF"/>
        <w:spacing w:before="30" w:beforeAutospacing="0" w:after="30" w:afterAutospacing="0"/>
        <w:ind w:left="-142" w:right="752"/>
        <w:rPr>
          <w:color w:val="000000"/>
          <w:sz w:val="22"/>
          <w:szCs w:val="22"/>
        </w:rPr>
      </w:pPr>
      <w:r>
        <w:rPr>
          <w:rStyle w:val="c0"/>
          <w:color w:val="000000"/>
        </w:rPr>
        <w:t>- определять с помощью цифровых и аналоговых приборов, измерительных инструментов длину, массу, время;</w:t>
      </w:r>
    </w:p>
    <w:p w14:paraId="6273E48E" w14:textId="67DB7FAF" w:rsidR="009349B7" w:rsidRDefault="009349B7" w:rsidP="009349B7">
      <w:pPr>
        <w:pStyle w:val="c1100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прикидку и оценку результата измерений;</w:t>
      </w:r>
    </w:p>
    <w:p w14:paraId="1313FDAC" w14:textId="20007DC0" w:rsidR="009349B7" w:rsidRDefault="009349B7" w:rsidP="009349B7">
      <w:pPr>
        <w:pStyle w:val="c979"/>
        <w:shd w:val="clear" w:color="auto" w:fill="FFFFFF"/>
        <w:spacing w:before="30" w:beforeAutospacing="0" w:after="30" w:afterAutospacing="0"/>
        <w:ind w:left="-142" w:right="838"/>
        <w:rPr>
          <w:color w:val="000000"/>
          <w:sz w:val="22"/>
          <w:szCs w:val="22"/>
        </w:rPr>
      </w:pPr>
      <w:r>
        <w:rPr>
          <w:rStyle w:val="c0"/>
          <w:color w:val="000000"/>
        </w:rPr>
        <w:t>- 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</w:t>
      </w:r>
    </w:p>
    <w:p w14:paraId="00F75A0C" w14:textId="60DE9BB5" w:rsidR="009349B7" w:rsidRDefault="009349B7" w:rsidP="009349B7">
      <w:pPr>
        <w:pStyle w:val="c222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называть, находить долю величины (половина, четверть);</w:t>
      </w:r>
    </w:p>
    <w:p w14:paraId="2C46386E" w14:textId="7493785A" w:rsidR="009349B7" w:rsidRDefault="009349B7" w:rsidP="009349B7">
      <w:pPr>
        <w:pStyle w:val="c176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сравнивать величины, выраженные долями;</w:t>
      </w:r>
    </w:p>
    <w:p w14:paraId="1CEFA509" w14:textId="51021407" w:rsidR="009349B7" w:rsidRDefault="009349B7" w:rsidP="009349B7">
      <w:pPr>
        <w:pStyle w:val="c323"/>
        <w:shd w:val="clear" w:color="auto" w:fill="FFFFFF"/>
        <w:spacing w:before="30" w:beforeAutospacing="0" w:after="30" w:afterAutospacing="0"/>
        <w:ind w:left="-142" w:right="1018"/>
        <w:rPr>
          <w:color w:val="000000"/>
          <w:sz w:val="22"/>
          <w:szCs w:val="22"/>
        </w:rPr>
      </w:pPr>
      <w:r>
        <w:rPr>
          <w:rStyle w:val="c0"/>
          <w:color w:val="000000"/>
        </w:rPr>
        <w:t>- 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</w:t>
      </w:r>
    </w:p>
    <w:p w14:paraId="309B1DC7" w14:textId="0D4A7371" w:rsidR="009349B7" w:rsidRDefault="009349B7" w:rsidP="009349B7">
      <w:pPr>
        <w:pStyle w:val="c158"/>
        <w:shd w:val="clear" w:color="auto" w:fill="FFFFFF"/>
        <w:spacing w:before="30" w:beforeAutospacing="0" w:after="30" w:afterAutospacing="0"/>
        <w:ind w:left="-142" w:right="474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сложение и вычитание однородных величин, умножение и деление величины на однозначное число;</w:t>
      </w:r>
    </w:p>
    <w:p w14:paraId="49D232C5" w14:textId="25537284" w:rsidR="009349B7" w:rsidRDefault="009349B7" w:rsidP="009349B7">
      <w:pPr>
        <w:pStyle w:val="c1072"/>
        <w:shd w:val="clear" w:color="auto" w:fill="FFFFFF"/>
        <w:spacing w:before="30" w:beforeAutospacing="0" w:after="30" w:afterAutospacing="0"/>
        <w:ind w:left="-142" w:right="278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1FF29F19" w14:textId="1AE0D19A" w:rsidR="009349B7" w:rsidRDefault="009349B7" w:rsidP="009349B7">
      <w:pPr>
        <w:pStyle w:val="c178"/>
        <w:shd w:val="clear" w:color="auto" w:fill="FFFFFF"/>
        <w:spacing w:before="30" w:beforeAutospacing="0" w:after="30" w:afterAutospacing="0"/>
        <w:ind w:left="-116" w:right="1098"/>
        <w:rPr>
          <w:color w:val="000000"/>
          <w:sz w:val="22"/>
          <w:szCs w:val="22"/>
        </w:rPr>
      </w:pPr>
      <w:r>
        <w:rPr>
          <w:rStyle w:val="c0"/>
          <w:color w:val="000000"/>
        </w:rPr>
        <w:t>- конструировать прямоугольник из данных фигур (квадратов), делить прямоугольник, многоугольник на заданные части;</w:t>
      </w:r>
    </w:p>
    <w:p w14:paraId="39CE570D" w14:textId="4D5D038A" w:rsidR="009349B7" w:rsidRDefault="009349B7" w:rsidP="009349B7">
      <w:pPr>
        <w:pStyle w:val="c1139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сравнивать фигуры по площади (наложение, сопоставление числовых значений);</w:t>
      </w:r>
    </w:p>
    <w:p w14:paraId="3BEE66D0" w14:textId="183AF607" w:rsidR="009349B7" w:rsidRDefault="009349B7" w:rsidP="009349B7">
      <w:pPr>
        <w:pStyle w:val="c979"/>
        <w:shd w:val="clear" w:color="auto" w:fill="FFFFFF"/>
        <w:spacing w:before="30" w:beforeAutospacing="0" w:after="30" w:afterAutospacing="0"/>
        <w:ind w:left="-116" w:right="1148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находить периметр прямоугольника (квадрата), площадь прямоугольника (квадрата), используя правило/алгоритм;</w:t>
      </w:r>
    </w:p>
    <w:p w14:paraId="43EB1247" w14:textId="112ABADB" w:rsidR="009349B7" w:rsidRDefault="009349B7" w:rsidP="009349B7">
      <w:pPr>
        <w:pStyle w:val="c222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распознавать верные (истинные) и неверные (ложные) утверждения со словами: «все»,</w:t>
      </w:r>
    </w:p>
    <w:p w14:paraId="2C290A08" w14:textId="77777777" w:rsidR="009349B7" w:rsidRDefault="009349B7" w:rsidP="009349B7">
      <w:pPr>
        <w:pStyle w:val="c169"/>
        <w:shd w:val="clear" w:color="auto" w:fill="FFFFFF"/>
        <w:spacing w:before="0" w:beforeAutospacing="0" w:after="0" w:afterAutospacing="0"/>
        <w:ind w:left="-142" w:firstLine="26"/>
        <w:rPr>
          <w:color w:val="000000"/>
          <w:sz w:val="22"/>
          <w:szCs w:val="22"/>
        </w:rPr>
      </w:pPr>
      <w:r>
        <w:rPr>
          <w:rStyle w:val="c0"/>
          <w:color w:val="000000"/>
        </w:rPr>
        <w:t>«некоторые», «и», «каждый», «если…, то…»;</w:t>
      </w:r>
    </w:p>
    <w:p w14:paraId="3D729F63" w14:textId="06F1946E" w:rsidR="009349B7" w:rsidRDefault="009349B7" w:rsidP="009349B7">
      <w:pPr>
        <w:pStyle w:val="c552"/>
        <w:shd w:val="clear" w:color="auto" w:fill="FFFFFF"/>
        <w:spacing w:before="30" w:beforeAutospacing="0" w:after="30" w:afterAutospacing="0"/>
        <w:ind w:left="-116" w:right="186"/>
        <w:rPr>
          <w:color w:val="000000"/>
          <w:sz w:val="22"/>
          <w:szCs w:val="22"/>
        </w:rPr>
      </w:pPr>
      <w:r>
        <w:rPr>
          <w:rStyle w:val="c0"/>
          <w:color w:val="000000"/>
        </w:rPr>
        <w:t>- формулировать утверждение (вывод), строить логические рассуждения (одно/двухшаговые), в том числе с использованием изученных связок;</w:t>
      </w:r>
    </w:p>
    <w:p w14:paraId="71596191" w14:textId="03BFA012" w:rsidR="009349B7" w:rsidRDefault="009349B7" w:rsidP="009349B7">
      <w:pPr>
        <w:pStyle w:val="c422"/>
        <w:shd w:val="clear" w:color="auto" w:fill="FFFFFF"/>
        <w:spacing w:before="30" w:beforeAutospacing="0" w:after="30" w:afterAutospacing="0"/>
        <w:ind w:left="-116" w:right="1270"/>
        <w:rPr>
          <w:color w:val="000000"/>
          <w:sz w:val="22"/>
          <w:szCs w:val="22"/>
        </w:rPr>
      </w:pPr>
      <w:r>
        <w:rPr>
          <w:rStyle w:val="c0"/>
          <w:color w:val="000000"/>
        </w:rPr>
        <w:t>- 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0D00F842" w14:textId="02DF9ED2" w:rsidR="009349B7" w:rsidRDefault="009349B7" w:rsidP="009349B7">
      <w:pPr>
        <w:pStyle w:val="c343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структурировать информацию: заполнять простейшие таблицы по образцу;</w:t>
      </w:r>
    </w:p>
    <w:p w14:paraId="7940A3C3" w14:textId="422D30C2" w:rsidR="009349B7" w:rsidRDefault="009349B7" w:rsidP="009349B7">
      <w:pPr>
        <w:pStyle w:val="c848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составлять план выполнения учебного задания и следовать ему;</w:t>
      </w:r>
    </w:p>
    <w:p w14:paraId="3FD75AFD" w14:textId="55D5EF1F" w:rsidR="009349B7" w:rsidRDefault="009349B7" w:rsidP="009349B7">
      <w:pPr>
        <w:pStyle w:val="c805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действия по алгоритму;</w:t>
      </w:r>
    </w:p>
    <w:p w14:paraId="43CA6C29" w14:textId="6E88A1DA" w:rsidR="009349B7" w:rsidRDefault="009349B7" w:rsidP="009349B7">
      <w:pPr>
        <w:pStyle w:val="c176"/>
        <w:shd w:val="clear" w:color="auto" w:fill="FFFFFF"/>
        <w:spacing w:before="30" w:beforeAutospacing="0" w:after="30" w:afterAutospacing="0"/>
        <w:ind w:left="-116"/>
        <w:rPr>
          <w:color w:val="000000"/>
          <w:sz w:val="22"/>
          <w:szCs w:val="22"/>
        </w:rPr>
      </w:pPr>
      <w:r>
        <w:rPr>
          <w:rStyle w:val="c0"/>
          <w:color w:val="000000"/>
        </w:rPr>
        <w:t>- сравнивать математические объекты (находить общее, различное, уникальное);</w:t>
      </w:r>
    </w:p>
    <w:p w14:paraId="47A428FA" w14:textId="025536BE" w:rsidR="009349B7" w:rsidRDefault="009349B7" w:rsidP="009349B7">
      <w:pPr>
        <w:pStyle w:val="c848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выбирать верное решение математической задачи.</w:t>
      </w:r>
    </w:p>
    <w:p w14:paraId="415D843B" w14:textId="77777777" w:rsidR="009349B7" w:rsidRDefault="009349B7" w:rsidP="009349B7">
      <w:pPr>
        <w:pStyle w:val="c45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14:paraId="1448EF3E" w14:textId="7EFCBFF8" w:rsidR="009349B7" w:rsidRDefault="009349B7" w:rsidP="009349B7">
      <w:pPr>
        <w:pStyle w:val="c45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</w:rPr>
        <w:t xml:space="preserve">К концу обучения в </w:t>
      </w:r>
      <w:r w:rsidRPr="009349B7">
        <w:rPr>
          <w:rStyle w:val="c0"/>
          <w:b/>
          <w:bCs/>
          <w:color w:val="000000"/>
        </w:rPr>
        <w:t>4 классе</w:t>
      </w:r>
      <w:r>
        <w:rPr>
          <w:rStyle w:val="c0"/>
          <w:color w:val="000000"/>
        </w:rPr>
        <w:t xml:space="preserve"> обучающийся научится:</w:t>
      </w:r>
    </w:p>
    <w:p w14:paraId="4D0ECD41" w14:textId="64E0C337" w:rsidR="009349B7" w:rsidRDefault="009349B7" w:rsidP="009349B7">
      <w:pPr>
        <w:pStyle w:val="c285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читать, записывать, сравнивать, упорядочивать многозначные числа;</w:t>
      </w:r>
    </w:p>
    <w:p w14:paraId="4BE50523" w14:textId="37F15A75" w:rsidR="009349B7" w:rsidRDefault="009349B7" w:rsidP="009349B7">
      <w:pPr>
        <w:pStyle w:val="c93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находить число большее/меньшее данного числа на заданное число, в заданное число раз;</w:t>
      </w:r>
    </w:p>
    <w:p w14:paraId="2C02F758" w14:textId="38AFD081" w:rsidR="009349B7" w:rsidRDefault="009349B7" w:rsidP="009349B7">
      <w:pPr>
        <w:pStyle w:val="c766"/>
        <w:shd w:val="clear" w:color="auto" w:fill="FFFFFF"/>
        <w:spacing w:before="30" w:beforeAutospacing="0" w:after="30" w:afterAutospacing="0"/>
        <w:ind w:left="-142" w:right="844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арифметические действия: сложение и вычитание с многозначными числами письменно (в пределах 100 - устно);</w:t>
      </w:r>
    </w:p>
    <w:p w14:paraId="08D7A677" w14:textId="3B58104A" w:rsidR="009349B7" w:rsidRDefault="009349B7" w:rsidP="009349B7">
      <w:pPr>
        <w:pStyle w:val="c577"/>
        <w:shd w:val="clear" w:color="auto" w:fill="FFFFFF"/>
        <w:spacing w:before="30" w:beforeAutospacing="0" w:after="30" w:afterAutospacing="0"/>
        <w:ind w:left="-142" w:right="442"/>
        <w:rPr>
          <w:color w:val="000000"/>
          <w:sz w:val="22"/>
          <w:szCs w:val="22"/>
        </w:rPr>
      </w:pPr>
      <w:r>
        <w:rPr>
          <w:rStyle w:val="c0"/>
          <w:color w:val="000000"/>
        </w:rPr>
        <w:t>- умножение и деление многозначного числа на однозначное, двузначное число письменно (в пределах 100 - устно);</w:t>
      </w:r>
    </w:p>
    <w:p w14:paraId="5419DF3F" w14:textId="08A97656" w:rsidR="009349B7" w:rsidRDefault="009349B7" w:rsidP="009349B7">
      <w:pPr>
        <w:pStyle w:val="c577"/>
        <w:shd w:val="clear" w:color="auto" w:fill="FFFFFF"/>
        <w:spacing w:before="30" w:beforeAutospacing="0" w:after="30" w:afterAutospacing="0"/>
        <w:ind w:left="-142" w:right="438"/>
        <w:rPr>
          <w:color w:val="000000"/>
          <w:sz w:val="22"/>
          <w:szCs w:val="22"/>
        </w:rPr>
      </w:pPr>
      <w:r>
        <w:rPr>
          <w:rStyle w:val="c0"/>
          <w:color w:val="000000"/>
        </w:rPr>
        <w:t>- 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7F9660AE" w14:textId="335C4316" w:rsidR="009349B7" w:rsidRDefault="009349B7" w:rsidP="009349B7">
      <w:pPr>
        <w:pStyle w:val="c449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при вычислениях изученные свойства арифметических действий;</w:t>
      </w:r>
    </w:p>
    <w:p w14:paraId="4707E986" w14:textId="347C8D58" w:rsidR="009349B7" w:rsidRDefault="009349B7" w:rsidP="009349B7">
      <w:pPr>
        <w:pStyle w:val="c93"/>
        <w:shd w:val="clear" w:color="auto" w:fill="FFFFFF"/>
        <w:spacing w:before="30" w:beforeAutospacing="0" w:after="30" w:afterAutospacing="0"/>
        <w:ind w:left="-1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прикидку результата вычислений;</w:t>
      </w:r>
    </w:p>
    <w:p w14:paraId="15968C54" w14:textId="76D2097E" w:rsidR="009349B7" w:rsidRDefault="009349B7" w:rsidP="009349B7">
      <w:pPr>
        <w:pStyle w:val="c660"/>
        <w:shd w:val="clear" w:color="auto" w:fill="FFFFFF"/>
        <w:spacing w:before="30" w:beforeAutospacing="0" w:after="30" w:afterAutospacing="0"/>
        <w:ind w:left="30" w:right="500"/>
        <w:rPr>
          <w:color w:val="000000"/>
          <w:sz w:val="22"/>
          <w:szCs w:val="22"/>
        </w:rPr>
      </w:pPr>
      <w:r>
        <w:rPr>
          <w:rStyle w:val="c0"/>
          <w:color w:val="000000"/>
        </w:rPr>
        <w:t>-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</w:r>
    </w:p>
    <w:p w14:paraId="4B923367" w14:textId="427C04D9" w:rsidR="009349B7" w:rsidRDefault="009349B7" w:rsidP="009349B7">
      <w:pPr>
        <w:pStyle w:val="c822"/>
        <w:shd w:val="clear" w:color="auto" w:fill="FFFFFF"/>
        <w:spacing w:before="30" w:beforeAutospacing="0" w:after="30" w:afterAutospacing="0"/>
        <w:ind w:left="30" w:right="216"/>
        <w:rPr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</w:t>
      </w:r>
    </w:p>
    <w:p w14:paraId="42CADBCC" w14:textId="746A67D8" w:rsidR="009349B7" w:rsidRDefault="009349B7" w:rsidP="009349B7">
      <w:pPr>
        <w:pStyle w:val="c171"/>
        <w:shd w:val="clear" w:color="auto" w:fill="FFFFFF"/>
        <w:spacing w:before="30" w:beforeAutospacing="0" w:after="30" w:afterAutospacing="0"/>
        <w:ind w:left="30" w:right="384"/>
        <w:rPr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7B5EF1BB" w14:textId="0387F01E" w:rsidR="009349B7" w:rsidRDefault="009349B7" w:rsidP="009349B7">
      <w:pPr>
        <w:pStyle w:val="c772"/>
        <w:shd w:val="clear" w:color="auto" w:fill="FFFFFF"/>
        <w:spacing w:before="30" w:beforeAutospacing="0" w:after="30" w:afterAutospacing="0"/>
        <w:ind w:left="30" w:right="342"/>
        <w:rPr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</w:t>
      </w:r>
    </w:p>
    <w:p w14:paraId="046C7DDC" w14:textId="77777777" w:rsidR="009349B7" w:rsidRDefault="009349B7" w:rsidP="009349B7">
      <w:pPr>
        <w:pStyle w:val="c899"/>
        <w:shd w:val="clear" w:color="auto" w:fill="FFFFFF"/>
        <w:spacing w:before="0" w:beforeAutospacing="0" w:after="0" w:afterAutospacing="0"/>
        <w:ind w:right="374" w:firstLine="30"/>
        <w:rPr>
          <w:color w:val="000000"/>
          <w:sz w:val="22"/>
          <w:szCs w:val="22"/>
        </w:rPr>
      </w:pPr>
      <w:r>
        <w:rPr>
          <w:rStyle w:val="c0"/>
          <w:color w:val="000000"/>
        </w:rPr>
        <w:t>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</w:t>
      </w:r>
    </w:p>
    <w:p w14:paraId="51251C30" w14:textId="2EDA383F" w:rsidR="009349B7" w:rsidRDefault="009349B7" w:rsidP="009349B7">
      <w:pPr>
        <w:pStyle w:val="c577"/>
        <w:shd w:val="clear" w:color="auto" w:fill="FFFFFF"/>
        <w:spacing w:before="30" w:beforeAutospacing="0" w:after="30" w:afterAutospacing="0"/>
        <w:ind w:left="30" w:right="438"/>
        <w:rPr>
          <w:color w:val="000000"/>
          <w:sz w:val="22"/>
          <w:szCs w:val="22"/>
        </w:rPr>
      </w:pPr>
      <w:r>
        <w:rPr>
          <w:rStyle w:val="c0"/>
          <w:color w:val="000000"/>
        </w:rPr>
        <w:t>- определять с помощью измерительных сосудов вместимость; выполнять прикидку и оценку результата измерений;</w:t>
      </w:r>
    </w:p>
    <w:p w14:paraId="17B75148" w14:textId="6E2DA844" w:rsidR="009349B7" w:rsidRDefault="009349B7" w:rsidP="009349B7">
      <w:pPr>
        <w:pStyle w:val="c862"/>
        <w:shd w:val="clear" w:color="auto" w:fill="FFFFFF"/>
        <w:spacing w:before="30" w:beforeAutospacing="0" w:after="30" w:afterAutospacing="0"/>
        <w:ind w:left="30" w:right="756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6EB5E396" w14:textId="6FD6EDE5" w:rsidR="009349B7" w:rsidRDefault="009349B7" w:rsidP="009349B7">
      <w:pPr>
        <w:pStyle w:val="c861"/>
        <w:shd w:val="clear" w:color="auto" w:fill="FFFFFF"/>
        <w:spacing w:before="30" w:beforeAutospacing="0" w:after="30" w:afterAutospacing="0"/>
        <w:ind w:left="30" w:right="372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52E8E6AE" w14:textId="4E4B3633" w:rsidR="009349B7" w:rsidRDefault="009349B7" w:rsidP="009349B7">
      <w:pPr>
        <w:pStyle w:val="c775"/>
        <w:shd w:val="clear" w:color="auto" w:fill="FFFFFF"/>
        <w:spacing w:before="30" w:beforeAutospacing="0" w:after="30" w:afterAutospacing="0"/>
        <w:ind w:left="30" w:right="890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различать, называть геометрические фигуры: окружность, круг; изображать с помощью циркуля и линейки окружность заданного радиуса;</w:t>
      </w:r>
    </w:p>
    <w:p w14:paraId="4BE67E59" w14:textId="444649AD" w:rsidR="009349B7" w:rsidRDefault="009349B7" w:rsidP="009349B7">
      <w:pPr>
        <w:pStyle w:val="c577"/>
        <w:shd w:val="clear" w:color="auto" w:fill="FFFFFF"/>
        <w:spacing w:before="30" w:beforeAutospacing="0" w:after="30" w:afterAutospacing="0"/>
        <w:ind w:left="30" w:right="344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различать изображения простейших пространственных фигур: шара, куба, цилиндра, конуса, пирамиды;</w:t>
      </w:r>
    </w:p>
    <w:p w14:paraId="6489EDB4" w14:textId="3087472B" w:rsidR="009349B7" w:rsidRDefault="009349B7" w:rsidP="009349B7">
      <w:pPr>
        <w:pStyle w:val="c862"/>
        <w:shd w:val="clear" w:color="auto" w:fill="FFFFFF"/>
        <w:spacing w:before="30" w:beforeAutospacing="0" w:after="30" w:afterAutospacing="0"/>
        <w:ind w:left="30" w:right="598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распознавать в простейших случаях проекции предметов окружающего мира на плоскость (пол, стену);</w:t>
      </w:r>
    </w:p>
    <w:p w14:paraId="1A70F646" w14:textId="41BC14D7" w:rsidR="009349B7" w:rsidRDefault="009349B7" w:rsidP="009349B7">
      <w:pPr>
        <w:pStyle w:val="c786"/>
        <w:shd w:val="clear" w:color="auto" w:fill="FFFFFF"/>
        <w:spacing w:before="30" w:beforeAutospacing="0" w:after="30" w:afterAutospacing="0"/>
        <w:ind w:left="30" w:right="61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</w:rPr>
        <w:t>-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</w:t>
      </w:r>
    </w:p>
    <w:p w14:paraId="7AA493C6" w14:textId="0E215B1E" w:rsidR="009349B7" w:rsidRDefault="009349B7" w:rsidP="009349B7">
      <w:pPr>
        <w:pStyle w:val="c862"/>
        <w:shd w:val="clear" w:color="auto" w:fill="FFFFFF"/>
        <w:spacing w:before="30" w:beforeAutospacing="0" w:after="30" w:afterAutospacing="0"/>
        <w:ind w:left="30" w:right="852"/>
        <w:rPr>
          <w:color w:val="000000"/>
          <w:sz w:val="22"/>
          <w:szCs w:val="22"/>
        </w:rPr>
      </w:pPr>
      <w:r>
        <w:rPr>
          <w:rStyle w:val="c0"/>
          <w:color w:val="000000"/>
        </w:rPr>
        <w:t>- распознавать верные (истинные) и неверные (ложные) утверждения; приводить пример, контрпример;</w:t>
      </w:r>
    </w:p>
    <w:p w14:paraId="16C6038D" w14:textId="19B3023C" w:rsidR="009349B7" w:rsidRDefault="009349B7" w:rsidP="009349B7">
      <w:pPr>
        <w:pStyle w:val="c577"/>
        <w:shd w:val="clear" w:color="auto" w:fill="FFFFFF"/>
        <w:spacing w:before="30" w:beforeAutospacing="0" w:after="30" w:afterAutospacing="0"/>
        <w:ind w:left="30" w:right="272"/>
        <w:rPr>
          <w:color w:val="000000"/>
          <w:sz w:val="22"/>
          <w:szCs w:val="22"/>
        </w:rPr>
      </w:pPr>
      <w:r>
        <w:rPr>
          <w:rStyle w:val="c0"/>
          <w:color w:val="000000"/>
        </w:rPr>
        <w:t>- формулировать утверждение (вывод), строить логические рассуждения (одно/двухшаговые) с использованием изученных связок; классифицировать объекты по заданным/самостоятельно установленным одному, двум признакам;</w:t>
      </w:r>
    </w:p>
    <w:p w14:paraId="4582EC00" w14:textId="352B3DCE" w:rsidR="009349B7" w:rsidRDefault="009349B7" w:rsidP="009349B7">
      <w:pPr>
        <w:pStyle w:val="c862"/>
        <w:shd w:val="clear" w:color="auto" w:fill="FFFFFF"/>
        <w:spacing w:before="30" w:beforeAutospacing="0" w:after="30" w:afterAutospacing="0"/>
        <w:ind w:left="30" w:right="964"/>
        <w:rPr>
          <w:color w:val="000000"/>
          <w:sz w:val="22"/>
          <w:szCs w:val="22"/>
        </w:rPr>
      </w:pPr>
      <w:r>
        <w:rPr>
          <w:rStyle w:val="c0"/>
          <w:color w:val="000000"/>
        </w:rPr>
        <w:t>-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4AA4832E" w14:textId="6198A133" w:rsidR="009349B7" w:rsidRDefault="009349B7" w:rsidP="009349B7">
      <w:pPr>
        <w:pStyle w:val="c353"/>
        <w:shd w:val="clear" w:color="auto" w:fill="FFFFFF"/>
        <w:spacing w:before="30" w:beforeAutospacing="0" w:after="30" w:afterAutospacing="0"/>
        <w:ind w:left="30" w:right="1428"/>
        <w:rPr>
          <w:color w:val="000000"/>
          <w:sz w:val="22"/>
          <w:szCs w:val="22"/>
        </w:rPr>
      </w:pPr>
      <w:r>
        <w:rPr>
          <w:rStyle w:val="c0"/>
          <w:color w:val="000000"/>
        </w:rPr>
        <w:t>- 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</w:t>
      </w:r>
    </w:p>
    <w:p w14:paraId="24496AFB" w14:textId="6AEB7735" w:rsidR="009349B7" w:rsidRDefault="009349B7" w:rsidP="009349B7">
      <w:pPr>
        <w:pStyle w:val="c862"/>
        <w:shd w:val="clear" w:color="auto" w:fill="FFFFFF"/>
        <w:spacing w:before="30" w:beforeAutospacing="0" w:after="30" w:afterAutospacing="0"/>
        <w:ind w:left="30" w:right="916"/>
        <w:rPr>
          <w:color w:val="000000"/>
          <w:sz w:val="22"/>
          <w:szCs w:val="22"/>
        </w:rPr>
      </w:pPr>
      <w:r>
        <w:rPr>
          <w:rStyle w:val="c0"/>
          <w:color w:val="000000"/>
        </w:rPr>
        <w:t>- дополнять алгоритм, упорядочивать шаги алгоритма; выбирать рациональное решение; составлять модель текстовой задачи, числовое выражение;</w:t>
      </w:r>
    </w:p>
    <w:p w14:paraId="2F99EEE9" w14:textId="1C44A3FB" w:rsidR="009349B7" w:rsidRDefault="009349B7" w:rsidP="009349B7">
      <w:pPr>
        <w:pStyle w:val="c291"/>
        <w:shd w:val="clear" w:color="auto" w:fill="FFFFFF"/>
        <w:spacing w:before="30" w:beforeAutospacing="0" w:after="30" w:afterAutospacing="0"/>
        <w:ind w:left="30"/>
        <w:rPr>
          <w:color w:val="000000"/>
          <w:sz w:val="22"/>
          <w:szCs w:val="22"/>
        </w:rPr>
      </w:pPr>
      <w:r>
        <w:rPr>
          <w:rStyle w:val="c0"/>
          <w:color w:val="000000"/>
        </w:rPr>
        <w:t>- конструировать ход решения математической задачи;</w:t>
      </w:r>
    </w:p>
    <w:p w14:paraId="3F6F1E50" w14:textId="6B84DD1D" w:rsidR="009349B7" w:rsidRDefault="009349B7" w:rsidP="009349B7">
      <w:pPr>
        <w:pStyle w:val="c93"/>
        <w:shd w:val="clear" w:color="auto" w:fill="FFFFFF"/>
        <w:spacing w:before="30" w:beforeAutospacing="0" w:after="30" w:afterAutospacing="0"/>
        <w:ind w:left="30"/>
        <w:rPr>
          <w:color w:val="000000"/>
          <w:sz w:val="22"/>
          <w:szCs w:val="22"/>
        </w:rPr>
      </w:pPr>
      <w:r>
        <w:rPr>
          <w:rStyle w:val="c0"/>
          <w:color w:val="000000"/>
        </w:rPr>
        <w:t>- находить все верные решения задачи из предложенных.</w:t>
      </w:r>
    </w:p>
    <w:p w14:paraId="73277C63" w14:textId="0FFAAF31" w:rsidR="009349B7" w:rsidRPr="00601EC5" w:rsidRDefault="009349B7" w:rsidP="00601EC5">
      <w:pPr>
        <w:pStyle w:val="a9"/>
        <w:rPr>
          <w:rFonts w:ascii="Times New Roman" w:hAnsi="Times New Roman" w:cs="Times New Roman"/>
          <w:sz w:val="24"/>
          <w:szCs w:val="24"/>
          <w:lang w:val="ru-RU"/>
        </w:rPr>
        <w:sectPr w:rsidR="009349B7" w:rsidRPr="00601EC5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14:paraId="4CDBDF78" w14:textId="77777777" w:rsidR="00593AB9" w:rsidRPr="00062007" w:rsidRDefault="00593AB9">
      <w:pPr>
        <w:autoSpaceDE w:val="0"/>
        <w:autoSpaceDN w:val="0"/>
        <w:spacing w:after="64" w:line="220" w:lineRule="exact"/>
        <w:rPr>
          <w:lang w:val="ru-RU"/>
        </w:rPr>
      </w:pPr>
    </w:p>
    <w:p w14:paraId="1A20FAD4" w14:textId="77777777" w:rsidR="00C0300C" w:rsidRPr="00C0300C" w:rsidRDefault="007A2850" w:rsidP="009349B7">
      <w:pPr>
        <w:pStyle w:val="ae"/>
        <w:numPr>
          <w:ilvl w:val="0"/>
          <w:numId w:val="16"/>
        </w:numPr>
        <w:autoSpaceDE w:val="0"/>
        <w:autoSpaceDN w:val="0"/>
        <w:spacing w:after="666" w:line="233" w:lineRule="auto"/>
      </w:pPr>
      <w:r w:rsidRPr="008D51A4"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p w14:paraId="63408AB0" w14:textId="77777777" w:rsidR="00C0300C" w:rsidRDefault="00C0300C" w:rsidP="00C0300C">
      <w:pPr>
        <w:pStyle w:val="ae"/>
        <w:autoSpaceDE w:val="0"/>
        <w:autoSpaceDN w:val="0"/>
        <w:spacing w:after="666" w:line="233" w:lineRule="auto"/>
        <w:ind w:left="1080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p w14:paraId="2A18E206" w14:textId="25C07476" w:rsidR="00593AB9" w:rsidRDefault="00C0300C" w:rsidP="00C0300C">
      <w:pPr>
        <w:pStyle w:val="ae"/>
        <w:autoSpaceDE w:val="0"/>
        <w:autoSpaceDN w:val="0"/>
        <w:spacing w:after="666" w:line="233" w:lineRule="auto"/>
        <w:ind w:left="1080"/>
      </w:pPr>
      <w:r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1 класс</w:t>
      </w:r>
      <w:r w:rsidRPr="009349B7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18DF4424" w14:textId="7777777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3DB72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266109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547B9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D598C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14BCB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56F01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06568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образовательные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</w:p>
        </w:tc>
      </w:tr>
      <w:tr w:rsidR="00593AB9" w14:paraId="1C7AF22F" w14:textId="7777777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845C835" w14:textId="77777777" w:rsidR="00593AB9" w:rsidRDefault="00593A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81E7CC2" w14:textId="77777777" w:rsidR="00593AB9" w:rsidRDefault="00593AB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500B6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8FE9D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CA539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78B73E5" w14:textId="77777777" w:rsidR="00593AB9" w:rsidRDefault="00593A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E9D927" w14:textId="77777777" w:rsidR="00593AB9" w:rsidRDefault="00593A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53C9983" w14:textId="77777777" w:rsidR="00593AB9" w:rsidRDefault="00593A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0DA299C" w14:textId="77777777" w:rsidR="00593AB9" w:rsidRDefault="00593AB9"/>
        </w:tc>
      </w:tr>
      <w:tr w:rsidR="00593AB9" w14:paraId="0E18C1E2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9A481" w14:textId="77777777" w:rsidR="00593AB9" w:rsidRDefault="007A285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593AB9" w14:paraId="2B8D997D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2A67C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49C368" w14:textId="77777777" w:rsidR="00593AB9" w:rsidRPr="00062007" w:rsidRDefault="007A2850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A36E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786E97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785AE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00A1F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01.09.2022 21.09.2022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14405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соответствия), числа и цифры, представлению чисел словесно и письменно;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B37EE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D5D35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0508860D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62514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953D9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26EBE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F50BB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8EA61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459EA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A3536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80BDE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1C26C7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242007C3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B4776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1502F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Счёт предметов,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DFE8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97620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58C9B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FEE21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F16F9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0FDA9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026DE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0BFB2F54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69A01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F1438" w14:textId="77777777" w:rsidR="00593AB9" w:rsidRPr="00062007" w:rsidRDefault="007A2850">
            <w:pPr>
              <w:autoSpaceDE w:val="0"/>
              <w:autoSpaceDN w:val="0"/>
              <w:spacing w:before="66" w:after="0" w:line="245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78BEC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FC602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C1C83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E82A4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69822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 группах. Формулирование ответов на вопросы: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«Сколько?», «Который по счёту?», «На сколько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71FEC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09D30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2D6E842D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36AC7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43627" w14:textId="77777777" w:rsidR="00593AB9" w:rsidRPr="00062007" w:rsidRDefault="007A2850">
            <w:pPr>
              <w:autoSpaceDE w:val="0"/>
              <w:autoSpaceDN w:val="0"/>
              <w:spacing w:before="64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Сравнение чисел,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E322F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821DF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837F6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7AAF1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28.09.2022 29.09.2022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59979" w14:textId="77777777" w:rsidR="00593AB9" w:rsidRPr="00062007" w:rsidRDefault="007A285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 группах. Формулирование ответов на вопросы: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Словесное описание группы предметов, ряда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D7A18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1BAF8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0BB5002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18226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AB071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FA13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87D5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E567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6F7FA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4243C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представлению чисел словесно и письменно;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2EF9A6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C25DA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678A484E" w14:textId="77777777">
        <w:trPr>
          <w:trHeight w:hRule="exact" w:val="20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397A2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1.7.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CF5ED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20: чтение, запись, сравнение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30E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8FE4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F4E7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139CA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2D413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 группах. Формулирование ответов на вопросы: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«Сколько?», «Который по счёту?», «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сколько больше?», «На сколько меньше?», «Что получится, если увеличить/уменьшить количество на 1, на 2?» — по образцу и самостоятельно;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геометрических фигур в заданном и самостоятельно установле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нном порядке;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EA0A4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56EDA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</w:tbl>
    <w:p w14:paraId="3F04D17F" w14:textId="77777777" w:rsidR="00593AB9" w:rsidRDefault="00593AB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52B839D8" w14:textId="77777777">
        <w:trPr>
          <w:trHeight w:hRule="exact" w:val="14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9D33D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988A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D338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FBF3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707F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90238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6EB5F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в заданном и самостоятельно установленном порядке;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06ADD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0617A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1395B4AB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FF9FA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58B84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61A6C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093EA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73ED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1A45A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06.10.2022 11.10.2022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AF507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связанных с порядком чисел,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увеличением/уменьшением числа на несколько единиц, установлением закономерности в ряду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6C955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6C022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299E029F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AF34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E48BD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95566" w14:textId="77777777" w:rsidR="00593AB9" w:rsidRDefault="00593AB9"/>
        </w:tc>
      </w:tr>
      <w:tr w:rsidR="00593AB9" w14:paraId="39F3A489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75C10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593AB9" w14:paraId="343F071F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BE3A0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85262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и её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измерение с помощью заданной мерки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D4A99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3B6FB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FAE80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62CF4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12.10.2022 13.10.2022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77F49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приборами для измерения величин;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FAC38C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CBC42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ttps://education.yandex.ru/</w:t>
            </w:r>
          </w:p>
        </w:tc>
      </w:tr>
      <w:tr w:rsidR="00593AB9" w14:paraId="2A629494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0ED40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AAAE8" w14:textId="77777777" w:rsidR="00593AB9" w:rsidRPr="00062007" w:rsidRDefault="007A2850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без измерения: выше — ниже, шире— уже,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B6D7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2FFE9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088C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B185F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12E08E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Коллективная работа по различению и сравнению величин;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DA4F0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D870B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:rsidRPr="00495378" w14:paraId="1D46E19D" w14:textId="77777777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AB49B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F52B0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3DC2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11F62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D9EF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80B3A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18.10.2022 21.10.2022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36B0B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Линейка как простейший инструмент измерения длины; Использование линейки для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измерения длины отрезка;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E3699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16EDD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93AB9" w14:paraId="121F1834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A08E5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4104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0905C" w14:textId="77777777" w:rsidR="00593AB9" w:rsidRDefault="00593AB9"/>
        </w:tc>
      </w:tr>
      <w:tr w:rsidR="00593AB9" w14:paraId="1550EF9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04341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593AB9" w14:paraId="35242BAA" w14:textId="77777777">
        <w:trPr>
          <w:trHeight w:hRule="exact" w:val="18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3C7DF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79E4F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2136E9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44602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EB1D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A3DC7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25.10.2022 13.12.2022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0FAF8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приведение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примера (с помощью учителя или по образцу),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иллюстрирующего смысл арифметического действия;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8E9B8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AE15A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</w:tbl>
    <w:p w14:paraId="47ABD6E0" w14:textId="77777777" w:rsidR="00593AB9" w:rsidRDefault="00593AB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67E2F4E6" w14:textId="77777777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F9590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A615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Названия компонентов действий, результатов действий сложения, вычитания. Знаки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сложения и вычитания, названия компонентов действия. Таблица сложения.</w:t>
            </w:r>
          </w:p>
          <w:p w14:paraId="16E53558" w14:textId="77777777" w:rsidR="00593AB9" w:rsidRPr="00062007" w:rsidRDefault="007A285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C2FE8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C74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89DBA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7D0B8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14.12.2022 22.12.2022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F0F1D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суммы и разности,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переместительного свойства при нахождении суммы; 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Моделирование. Иллюстрация с помощью предметной моде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переместительного свойства сложения, способа нахождения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3B76E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0E662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3375692B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9F758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2B201" w14:textId="77777777" w:rsidR="00593AB9" w:rsidRPr="00062007" w:rsidRDefault="007A285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38B54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13D9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728E7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8DAD1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23.12.2022 27.12.2022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F66E7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выбором,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составлением сумм, разностей с заданным результатом действия; сравнением значений числовых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выражений (без вычислений), по результату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AA19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9566C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0D0FE5C9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05AE2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B55C9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6D70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36382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D4EC2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37531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3B770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106FA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55CA4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1C2466BD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EFA35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180D9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одинаковых слагаемых. Счёт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по 2, по 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8C42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9ABF0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5F0A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D0D2E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11.01.2023 12.01.2023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F7C80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7E55C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6D05D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4BB8C59C" w14:textId="77777777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62A2A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C6E5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2CF3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413E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7C2AC2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123E7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B1D14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приведение примера (с помощью учителя ил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по образцу),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иллюстрирующего смысл арифметического действия;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738AA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5DF00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3D902C1E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1DDDF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3.7.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297294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D64F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64ED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B470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1995C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17.01.2023 20.01.2023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53DE2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с числовым выражением: запись, чтение, приведение примера (с помощью учителя или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образцу),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иллюстрирующего смысл арифметического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3CA50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53647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7125B01B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94B25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4B8E3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5AC4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E7157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ED8C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BEBFF4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24.01.2023 26.01.2023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6CAEF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арифметических действий, одного и того же действия с разными числами;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3FDC1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AA12B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11A97001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1F292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3A121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44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963E1" w14:textId="77777777" w:rsidR="00593AB9" w:rsidRDefault="00593AB9"/>
        </w:tc>
      </w:tr>
      <w:tr w:rsidR="00593AB9" w14:paraId="5DFA60F0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A91DC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</w:tbl>
    <w:p w14:paraId="6965C3FB" w14:textId="77777777" w:rsidR="00593AB9" w:rsidRDefault="00593AB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238EA8DC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76C0A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88D27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C02FC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B541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5C85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30D90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27.01.2023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C3F5B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74B12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7B02E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34298C8B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0B2B9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542E4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3FCF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B9AC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D3CBB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F7826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115B5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 о текстовых задачах, решаемых с помощью действий сложения и вычитания («на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сколько больше/меньше»,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«сколько всего», «сколь-ко осталось»). Различение текста и текстовой задачи, представленного в текстовой задаче;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текста задачи и её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AB1AC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EE30E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s://education.yandex.ru/</w:t>
            </w:r>
          </w:p>
        </w:tc>
      </w:tr>
      <w:tr w:rsidR="00593AB9" w14:paraId="2D946084" w14:textId="77777777">
        <w:trPr>
          <w:trHeight w:hRule="exact" w:val="21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17F19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5AA51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39CCD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320DD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0A78F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911A9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74BD9" w14:textId="77777777" w:rsidR="00593AB9" w:rsidRPr="00062007" w:rsidRDefault="007A285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Моделирование: описание словами и с помощью предмет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ной модели сюжетной ситуации и математическогоотношения. Иллюстрация практической ситуации с использованием счётного материала.</w:t>
            </w:r>
          </w:p>
          <w:p w14:paraId="35059A4D" w14:textId="77777777" w:rsidR="00593AB9" w:rsidRPr="00062007" w:rsidRDefault="007A2850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Решение текстовой задачи с помощью раздаточного материала.</w:t>
            </w:r>
          </w:p>
          <w:p w14:paraId="32FD46FA" w14:textId="77777777" w:rsidR="00593AB9" w:rsidRPr="00062007" w:rsidRDefault="007A2850">
            <w:pPr>
              <w:autoSpaceDE w:val="0"/>
              <w:autoSpaceDN w:val="0"/>
              <w:spacing w:before="20" w:after="0" w:line="245" w:lineRule="auto"/>
              <w:ind w:right="720"/>
              <w:jc w:val="center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Объяснение выбора арифметического действия для решения, иллюстрация х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ода решения, выполнения действия на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8B7D7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196D6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360B2580" w14:textId="77777777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77A73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16718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CCAFA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3A8B1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B804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4951C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03.02.2023 02.03.2023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915F0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Моделирование: описание словами и с помощью предметной модели сюжетной ситуации и математическогоотношения. Иллюстрация практической ситуации с использованием счётного материала. Решение текстовой задачи с помощью раздаточного материала.</w:t>
            </w:r>
          </w:p>
          <w:p w14:paraId="0D5B4599" w14:textId="77777777" w:rsidR="00593AB9" w:rsidRPr="00062007" w:rsidRDefault="007A2850">
            <w:pPr>
              <w:autoSpaceDE w:val="0"/>
              <w:autoSpaceDN w:val="0"/>
              <w:spacing w:before="20" w:after="0" w:line="245" w:lineRule="auto"/>
              <w:ind w:right="720"/>
              <w:jc w:val="center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Объяснение выбора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9B4E9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DF636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104B545C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A6119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BEA13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Обнаружение недостающего элемента задачи, дополнение текста задачи числовыми данными (по  иллюстрации, смыслу задачи, её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FCD9F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003D5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FEFA0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8A0AC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03.03.2023 07.03.2023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8AE44" w14:textId="77777777" w:rsidR="00593AB9" w:rsidRPr="00062007" w:rsidRDefault="007A285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 о текстовых задачах, решаемых с помощью действий сложения и вычитания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(«на сколько больше/меньше»,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«сколько всего», «сколь-ко осталось»). Различение текста и текстовой задачи, представленного в текстовой задаче;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текста задачи и её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240FE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2564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4C2C1706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FF79C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AD94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C504" w14:textId="77777777" w:rsidR="00593AB9" w:rsidRDefault="00593AB9"/>
        </w:tc>
      </w:tr>
      <w:tr w:rsidR="00593AB9" w:rsidRPr="00495378" w14:paraId="7F47B36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C2296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593AB9" w14:paraId="4D0A6F02" w14:textId="77777777">
        <w:trPr>
          <w:trHeight w:hRule="exact" w:val="1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B3BC1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04F54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предметов и  объектов на плоскости, в  пространстве: слева/справа, сверху/снизу, между; установление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пространственных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018D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6BDD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D95A2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22810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08.03.2023 14.03.2023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7E134" w14:textId="77777777" w:rsidR="00593AB9" w:rsidRDefault="007A2850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упражнения: «Угадай фигуру по описанию», «Расположи фигуры в заданном порядке», «Найди модели фигур в классе» и т. п.; Ориентировка в пространстве и на плоскости (классной доски, листа бумаги, страницы учебник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и т. д.).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 направления, прокладывание маршрута;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7573E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A6B6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284619F8" w14:textId="77777777">
        <w:trPr>
          <w:trHeight w:hRule="exact" w:val="90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16B5E" w14:textId="77777777" w:rsidR="00593AB9" w:rsidRDefault="007A2850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0C9D1" w14:textId="77777777" w:rsidR="00593AB9" w:rsidRPr="00062007" w:rsidRDefault="007A2850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B3A81" w14:textId="77777777" w:rsidR="00593AB9" w:rsidRDefault="007A285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05010" w14:textId="77777777" w:rsidR="00593AB9" w:rsidRDefault="007A285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C508C" w14:textId="77777777" w:rsidR="00593AB9" w:rsidRDefault="007A285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B09CA" w14:textId="77777777" w:rsidR="00593AB9" w:rsidRDefault="007A2850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</w:t>
            </w:r>
          </w:p>
        </w:tc>
        <w:tc>
          <w:tcPr>
            <w:tcW w:w="49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358D5" w14:textId="77777777" w:rsidR="00593AB9" w:rsidRPr="00062007" w:rsidRDefault="007A2850">
            <w:pPr>
              <w:autoSpaceDE w:val="0"/>
              <w:autoSpaceDN w:val="0"/>
              <w:spacing w:before="74" w:after="0" w:line="250" w:lineRule="auto"/>
              <w:ind w:left="72" w:right="576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пар: объект и его отражение;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3C409" w14:textId="77777777" w:rsidR="00593AB9" w:rsidRDefault="007A2850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4733F" w14:textId="77777777" w:rsidR="00593AB9" w:rsidRDefault="007A2850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</w:tbl>
    <w:p w14:paraId="245F1005" w14:textId="77777777" w:rsidR="00593AB9" w:rsidRDefault="00593AB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21F8BB38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7284B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175A5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B482F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CF5B0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A26C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E387E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16.03.2023 21.03.2023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A2D50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обнаружение в окружающем мире их моделей;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упражнения: «Угадай фигуру по описа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нию», «Расположи фигуры в заданном порядке», «Найди модели фигур в классе» и т. п.; Анализ изображения (узора, геометрической фигуры), называние элементов узора, геометрической фигуры;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9335A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3BCA4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:rsidRPr="00495378" w14:paraId="7753AB59" w14:textId="77777777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30C70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10E42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CF78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1ECE8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A76E4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FF759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22.03.2023 07.04.2023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0E82D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ание хода и результата работы; установление соответствия результата и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поставленного вопроса;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7CDD4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022CC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93AB9" w:rsidRPr="00495378" w14:paraId="4C559D1F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15ADC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7888E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Длина стороны прямоугольника,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E993D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970FA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0336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02D83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11.04.2023 13.04.2023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EDE8C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поставленного вопрос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C602D" w14:textId="77777777" w:rsidR="00593AB9" w:rsidRPr="00062007" w:rsidRDefault="007A285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2647B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93AB9" w:rsidRPr="00495378" w14:paraId="6FC02695" w14:textId="77777777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99152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5.6.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8AF36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67BD8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9BD0B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65C50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032B8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14.04.2023 20.04.2023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68587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измерительные действия в работе с карандашом и линейкой: копирование, рисование фигур по инструкции;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D46DC" w14:textId="77777777" w:rsidR="00593AB9" w:rsidRPr="00062007" w:rsidRDefault="007A285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45650" w14:textId="77777777" w:rsidR="00593AB9" w:rsidRPr="00062007" w:rsidRDefault="007A285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93AB9" w14:paraId="55C1AF27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51512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61F98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6CBB5" w14:textId="77777777" w:rsidR="00593AB9" w:rsidRDefault="00593AB9"/>
        </w:tc>
      </w:tr>
      <w:tr w:rsidR="00593AB9" w14:paraId="1AF695FF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94131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593AB9" w14:paraId="7F723963" w14:textId="77777777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51D07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7414C" w14:textId="77777777" w:rsidR="00593AB9" w:rsidRPr="00062007" w:rsidRDefault="007A285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Сбор данных об объекте по  образцу.</w:t>
            </w:r>
          </w:p>
          <w:p w14:paraId="75B103CF" w14:textId="77777777" w:rsidR="00593AB9" w:rsidRPr="00062007" w:rsidRDefault="007A2850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Характеристики объекта, группы объектов (количество, форма, 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C03AD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5D7D7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644B3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64896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21.04.2023 27.04.2023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BA03A" w14:textId="77777777" w:rsidR="00593AB9" w:rsidRPr="00062007" w:rsidRDefault="007A285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окружающем мире ситуаций, которые целесообразно сформулировать на языке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математики и решить математическими средствами;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парах/группах: поиск общих свойств групп предметов (цвет, форма, величина, количеств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E7C9B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F0E3E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5A1E9170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07523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AA863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Группировка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D4A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CD9B7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93385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A60D7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28.04.2023 02.05.2023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71E4AF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ED97B" w14:textId="77777777" w:rsidR="00593AB9" w:rsidRDefault="007A285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9F73C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7AF09897" w14:textId="77777777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E4AF4" w14:textId="77777777" w:rsidR="00593AB9" w:rsidRDefault="007A285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E679A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96D8A" w14:textId="77777777" w:rsidR="00593AB9" w:rsidRDefault="007A285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C24DF" w14:textId="77777777" w:rsidR="00593AB9" w:rsidRDefault="007A285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BF3B67" w14:textId="77777777" w:rsidR="00593AB9" w:rsidRDefault="007A285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6C7B2" w14:textId="77777777" w:rsidR="00593AB9" w:rsidRDefault="007A285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</w:t>
            </w:r>
          </w:p>
        </w:tc>
        <w:tc>
          <w:tcPr>
            <w:tcW w:w="49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7B301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числами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окружающем мире, описание словами наблюдаемых фактов, закономерностей;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B282C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0EEA9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14:paraId="107C8080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AD8D4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D4682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Верные (истинные) и  неверные (ложные) предложения, составленные </w:t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6CF0E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22028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870BA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97361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C019E" w14:textId="77777777" w:rsidR="00593AB9" w:rsidRPr="00062007" w:rsidRDefault="007A285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 , то …».Верно или неверно: формулирование и проверка предложения;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6D8C7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6FD9E" w14:textId="77777777" w:rsidR="00593AB9" w:rsidRDefault="007A285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</w:tbl>
    <w:p w14:paraId="135A69C5" w14:textId="77777777" w:rsidR="00593AB9" w:rsidRDefault="00593AB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42"/>
        <w:gridCol w:w="528"/>
        <w:gridCol w:w="1106"/>
        <w:gridCol w:w="1140"/>
        <w:gridCol w:w="864"/>
        <w:gridCol w:w="4948"/>
        <w:gridCol w:w="1080"/>
        <w:gridCol w:w="1898"/>
      </w:tblGrid>
      <w:tr w:rsidR="00593AB9" w14:paraId="0A948509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B0A93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1602D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таблицы (содержащей не более четырёх данных); извлечение данного из  строки,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столбца; внесение одного-двух данных в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36FB9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1C9BA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49CEA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4ADA1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05.05.2023 10.05.2023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5AD31" w14:textId="77777777" w:rsidR="00593AB9" w:rsidRPr="00062007" w:rsidRDefault="007A285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1F103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7F37B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dex.ru/</w:t>
            </w:r>
          </w:p>
        </w:tc>
      </w:tr>
      <w:tr w:rsidR="00593AB9" w14:paraId="029FC4C1" w14:textId="77777777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06B74" w14:textId="77777777" w:rsidR="00593AB9" w:rsidRDefault="007A285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4265" w14:textId="77777777" w:rsidR="00593AB9" w:rsidRPr="00062007" w:rsidRDefault="007A2850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ADCE7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97D4F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90F0D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326E8" w14:textId="77777777" w:rsidR="00593AB9" w:rsidRDefault="007A285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11.05.2023 12.05.2023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89388" w14:textId="77777777" w:rsidR="00593AB9" w:rsidRPr="00062007" w:rsidRDefault="007A285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0AEFD" w14:textId="77777777" w:rsidR="00593AB9" w:rsidRDefault="007A285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5C694" w14:textId="77777777" w:rsidR="00593AB9" w:rsidRDefault="007A285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593AB9" w:rsidRPr="00495378" w14:paraId="02B541D8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BE14D" w14:textId="77777777" w:rsidR="00593AB9" w:rsidRDefault="007A285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6.7.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F21DC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92F26E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22F4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8BEEF" w14:textId="77777777" w:rsidR="00593AB9" w:rsidRDefault="007A285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1BDEC" w14:textId="77777777" w:rsidR="00593AB9" w:rsidRDefault="007A285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16.05.2023 23.05.2023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0048A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AFB12" w14:textId="77777777" w:rsidR="00593AB9" w:rsidRPr="00062007" w:rsidRDefault="007A285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062007">
              <w:rPr>
                <w:lang w:val="ru-RU"/>
              </w:rPr>
              <w:br/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ED2AD" w14:textId="77777777" w:rsidR="00593AB9" w:rsidRPr="00062007" w:rsidRDefault="007A285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6200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93AB9" w14:paraId="20C748D2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BACD8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2CF36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41506" w14:textId="77777777" w:rsidR="00593AB9" w:rsidRDefault="00593AB9"/>
        </w:tc>
      </w:tr>
      <w:tr w:rsidR="00593AB9" w14:paraId="5953CA98" w14:textId="77777777">
        <w:trPr>
          <w:trHeight w:hRule="exact" w:val="34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15843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3D01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3D734" w14:textId="77777777" w:rsidR="00593AB9" w:rsidRDefault="00593AB9"/>
        </w:tc>
      </w:tr>
      <w:tr w:rsidR="00593AB9" w14:paraId="3C8F9233" w14:textId="77777777">
        <w:trPr>
          <w:trHeight w:hRule="exact" w:val="328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9007DA" w14:textId="77777777" w:rsidR="00593AB9" w:rsidRPr="00062007" w:rsidRDefault="007A285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6200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A1FD7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47FCE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7CFAF" w14:textId="77777777" w:rsidR="00593AB9" w:rsidRDefault="007A285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32</w:t>
            </w:r>
          </w:p>
        </w:tc>
        <w:tc>
          <w:tcPr>
            <w:tcW w:w="8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76236" w14:textId="77777777" w:rsidR="00593AB9" w:rsidRDefault="00593AB9"/>
        </w:tc>
      </w:tr>
    </w:tbl>
    <w:p w14:paraId="6AE88D89" w14:textId="77777777" w:rsidR="00593AB9" w:rsidRDefault="00593AB9">
      <w:pPr>
        <w:autoSpaceDE w:val="0"/>
        <w:autoSpaceDN w:val="0"/>
        <w:spacing w:after="0" w:line="14" w:lineRule="exact"/>
      </w:pPr>
    </w:p>
    <w:p w14:paraId="552CB5A5" w14:textId="77777777" w:rsidR="00593AB9" w:rsidRDefault="00593AB9"/>
    <w:p w14:paraId="5F3E9E27" w14:textId="523E00ED" w:rsidR="00C0300C" w:rsidRPr="00C0300C" w:rsidRDefault="00C0300C" w:rsidP="00C030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0300C">
        <w:rPr>
          <w:rFonts w:ascii="Times New Roman" w:hAnsi="Times New Roman" w:cs="Times New Roman"/>
          <w:sz w:val="24"/>
          <w:szCs w:val="24"/>
          <w:lang w:val="ru-RU"/>
        </w:rPr>
        <w:t>2 класс</w:t>
      </w:r>
      <w:r w:rsidRPr="00C0300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 xml:space="preserve">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52"/>
        <w:gridCol w:w="528"/>
        <w:gridCol w:w="1104"/>
        <w:gridCol w:w="1140"/>
        <w:gridCol w:w="866"/>
        <w:gridCol w:w="3926"/>
        <w:gridCol w:w="1236"/>
        <w:gridCol w:w="1382"/>
      </w:tblGrid>
      <w:tr w:rsidR="00C0300C" w14:paraId="78CFD931" w14:textId="77777777" w:rsidTr="00BA4D6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63096" w14:textId="77777777" w:rsidR="00C0300C" w:rsidRPr="00A2112C" w:rsidRDefault="00C0300C" w:rsidP="00BA4D64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№</w:t>
            </w:r>
            <w:r w:rsidRPr="00A2112C">
              <w:rPr>
                <w:lang w:val="ru-RU"/>
              </w:rPr>
              <w:br/>
            </w: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п/п</w:t>
            </w:r>
          </w:p>
        </w:tc>
        <w:tc>
          <w:tcPr>
            <w:tcW w:w="4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2ABFB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C8C96" w14:textId="77777777" w:rsidR="00C0300C" w:rsidRPr="00A2112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A1489" w14:textId="77777777" w:rsidR="00C0300C" w:rsidRPr="00A2112C" w:rsidRDefault="00C0300C" w:rsidP="00BA4D6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Дата </w:t>
            </w:r>
            <w:r w:rsidRPr="00A2112C">
              <w:rPr>
                <w:lang w:val="ru-RU"/>
              </w:rPr>
              <w:br/>
            </w: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изучения</w:t>
            </w:r>
          </w:p>
        </w:tc>
        <w:tc>
          <w:tcPr>
            <w:tcW w:w="3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B28E88" w14:textId="77777777" w:rsidR="00C0300C" w:rsidRPr="00A2112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2CB2D" w14:textId="77777777" w:rsidR="00C0300C" w:rsidRPr="00A2112C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95A08" w14:textId="77777777" w:rsidR="00C0300C" w:rsidRDefault="00C0300C" w:rsidP="00BA4D64">
            <w:pPr>
              <w:autoSpaceDE w:val="0"/>
              <w:autoSpaceDN w:val="0"/>
              <w:spacing w:before="78" w:after="0" w:line="250" w:lineRule="auto"/>
              <w:ind w:left="72"/>
            </w:pPr>
            <w:r w:rsidRPr="00A2112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Электронн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0300C" w14:paraId="0C7A7525" w14:textId="77777777" w:rsidTr="00BA4D64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8CC2968" w14:textId="77777777" w:rsidR="00C0300C" w:rsidRDefault="00C0300C" w:rsidP="00BA4D64"/>
        </w:tc>
        <w:tc>
          <w:tcPr>
            <w:tcW w:w="485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B5D5752" w14:textId="77777777" w:rsidR="00C0300C" w:rsidRDefault="00C0300C" w:rsidP="00BA4D6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BA4C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D44C8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46201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E90A6CA" w14:textId="77777777" w:rsidR="00C0300C" w:rsidRDefault="00C0300C" w:rsidP="00BA4D64"/>
        </w:tc>
        <w:tc>
          <w:tcPr>
            <w:tcW w:w="39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E5B78D7" w14:textId="77777777" w:rsidR="00C0300C" w:rsidRDefault="00C0300C" w:rsidP="00BA4D64"/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378156" w14:textId="77777777" w:rsidR="00C0300C" w:rsidRDefault="00C0300C" w:rsidP="00BA4D64"/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A6980AF" w14:textId="77777777" w:rsidR="00C0300C" w:rsidRDefault="00C0300C" w:rsidP="00BA4D64"/>
        </w:tc>
      </w:tr>
      <w:tr w:rsidR="00C0300C" w14:paraId="27DE7146" w14:textId="77777777" w:rsidTr="00BA4D64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CCF6D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C0300C" w14:paraId="25D2E1F0" w14:textId="77777777" w:rsidTr="00BA4D64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C5AC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26D2A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100: чтение, запись, десятичный состав, сравнение.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2AFE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44F3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F162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243C4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01.09.2022 06.09.2022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E8F71" w14:textId="77777777" w:rsidR="00C0300C" w:rsidRPr="00623C28" w:rsidRDefault="00C0300C" w:rsidP="00BA4D6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и письменная работа с числами: чтение,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составление, сравнение, изменение; счёт единицами, двойками, тройками от заданного числа в порядке убывания/ возрастания;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математических записей;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возможности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представления числа разными способами (предметная модель, запись словами, с помощью таблицы разрядов, в виде суммы разрядных слагаемых);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1C8B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D758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3822F012" w14:textId="77777777" w:rsidTr="00BA4D64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26D8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FEC57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AB6D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481C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4D523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191FB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07.09.2022 13.09.2022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A2419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математических записей;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установление математического отношения («больше/меньше на … », «больше/меньше в… ») в житейской ситуации (сравнение по возрасту, массе и др.);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возможности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представления числа разными способами (предметная модель, запись словами, с помощью таблицы разрядов, в виде суммы разрядных слагаемых);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7ABB8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3AD7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5D0CD048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0B8B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ACD4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Чётные и нечётные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0CD6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4579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FE7C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CC86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07627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772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4195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8D2D8C7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F447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2F2DC" w14:textId="77777777" w:rsidR="00C0300C" w:rsidRPr="00623C28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Представление числа в  виде суммы разрядных слагаемых</w:t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BA308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A643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2700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1DB7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E6E21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установление математического отношения («больше/меньше на … », «больше/меньше в… ») в житейской ситуации (сравнение по возрасту, массе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3BD68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61B5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4F17A5F" w14:textId="77777777" w:rsidTr="00BA4D6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328C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03601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математической терминологией (однозначное,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двузначное, чётное-нечётное число; число и  цифра; компоненты арифметического действия, их название)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AAC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8ECE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5853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3FE9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A0959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55ACB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9182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5253BAA1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06A4D" w14:textId="77777777" w:rsidR="00C0300C" w:rsidRDefault="00C0300C" w:rsidP="00BA4D6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AD302" w14:textId="77777777" w:rsidR="00C0300C" w:rsidRDefault="00C0300C" w:rsidP="00BA4D6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65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DAEB1" w14:textId="77777777" w:rsidR="00C0300C" w:rsidRDefault="00C0300C" w:rsidP="00BA4D64"/>
        </w:tc>
      </w:tr>
      <w:tr w:rsidR="00C0300C" w14:paraId="302333A3" w14:textId="77777777" w:rsidTr="00BA4D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B95E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C0300C" w14:paraId="1E53590E" w14:textId="77777777" w:rsidTr="00BA4D64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0B0F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272EF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величинами: сравнение по массе (единица массы —килограмм); измерение длины (единицы длины — метр,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дециметр, сантиметр, миллиметр), времени (единицы времени  —час, минута).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02E4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CA33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DBEF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39844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20.09.2022 27.09.2022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54BAE" w14:textId="77777777" w:rsidR="00C0300C" w:rsidRPr="00623C28" w:rsidRDefault="00C0300C" w:rsidP="00BA4D6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практических ситуаций;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по росту, массе, возрасту в житейской ситуации и при решении учебных задач;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Пропедевтика исследовательской работы: переход от одних единиц измерения величин к другим, обратный переход; иллюстрация перехода с помощью модели;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55064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9E1AC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2438987" w14:textId="77777777" w:rsidTr="00BA4D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C323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E8646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Соотношения между единицами величины (в  пределах 100), решение практических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20AA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FF06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7692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ACC8D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28.09.2022 29.09.2022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5F199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единиц измерения одной и той же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величины, установление между ними отношения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(больше, меньше, равно), запись результата сравнения; Проектные задания с величинами, например временем: чтение расписания, графика работы; составление схемы для определения отрезка времени; установление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 между единицами времени: годом,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месяцем, неделей, сутками;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25325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CA71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8F8876E" w14:textId="77777777" w:rsidTr="00BA4D6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FEE44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461AC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Измерение величин.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3DB74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6AE10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042C6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E9128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03.10.2022 04.10.2022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35C3C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Обсуждение практических ситуаций;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64630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F687E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0A50527" w14:textId="77777777" w:rsidTr="00BA4D6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0891C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8E4A5" w14:textId="77777777" w:rsidR="00C0300C" w:rsidRPr="00623C28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и упорядочение однородных величин.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84FF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01E7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D27A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7E206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05.10.2022 06.10.2022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6F9A4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практических ситуаций;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Сравнение по росту, массе, возрасту в житейской ситуации и при решении учебных задач;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3CCFE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D98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B036886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3A5B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8998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666D3" w14:textId="77777777" w:rsidR="00C0300C" w:rsidRDefault="00C0300C" w:rsidP="00BA4D64"/>
        </w:tc>
      </w:tr>
      <w:tr w:rsidR="00C0300C" w14:paraId="35E0B78A" w14:textId="77777777" w:rsidTr="00BA4D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D952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C0300C" w14:paraId="41BD1433" w14:textId="77777777" w:rsidTr="00BA4D64">
        <w:trPr>
          <w:trHeight w:hRule="exact" w:val="36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DFAF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149F8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F751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B4CC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CE68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39A88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10.10.2022 09.11.2022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C5208" w14:textId="77777777" w:rsidR="00C0300C" w:rsidRPr="00623C28" w:rsidRDefault="00C0300C" w:rsidP="00BA4D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Прикидка результата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Дифференцированные задания на проведение контроля и самоконтроля. Проверка хода и результата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выполнения действия по алгоритму. Оценка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рациональности выбранного приёма вычисления.</w:t>
            </w:r>
          </w:p>
          <w:p w14:paraId="0653FC10" w14:textId="77777777" w:rsidR="00C0300C" w:rsidRPr="00623C28" w:rsidRDefault="00C0300C" w:rsidP="00BA4D64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соответствия между математическим выражением и его текстовым описанием;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нахождение и объяснение возможных причин ошибок в составлении числового выражения, нахождении его значения;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рациональные приёмы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9AEBA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10943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56795EDB" w14:textId="77777777" w:rsidTr="00BA4D64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CBF9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F069C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Письменное сложение и  вычитание чисел в пределах 100. Переместительное, сочетательное свойства сложения, их применение для вычислений.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D40B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8DFE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3AEC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5427E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10.11.2022 15.11.2022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49DB5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различение приёмов вычисления (устные и письменные). Выбор удобного способа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Прикидка результата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322F7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11B1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2EEDCF6" w14:textId="77777777" w:rsidTr="00BA4D6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8CA0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C5466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компонентов и результата действия сложения, действия вычитания.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Проверка результата вычисления (реальность ответа, обратное действие).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EBAA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C4EB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4DAC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B1B9B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16.11.2022 24.11.2022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ECC12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Прикидка результата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терминологии (десятки, единицы, сумма, разность и др.);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7A24E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A8D6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4E7414A2" w14:textId="77777777" w:rsidTr="00BA4D64">
        <w:trPr>
          <w:trHeight w:hRule="exact" w:val="24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FCD0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8F1D7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Действия умножения и  деления чисел. Взаимосвязь сложения и умножения. Иллюстрация умножения с помощью предметной модели сюжетной ситуации.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2815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90EAC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4A01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DA63B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28.11.2022 01.12.2022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F2184" w14:textId="77777777" w:rsidR="00C0300C" w:rsidRPr="00623C28" w:rsidRDefault="00C0300C" w:rsidP="00BA4D6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участие в обсуждении возможных ошибок в выполнении арифметических действий;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приведение примеров,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нахождение и объяснение возможных причин ошибок в составлении числового выражения, нахождении его значения;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рациональные приёмы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596FF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EB0DE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C77D09D" w14:textId="77777777" w:rsidTr="00BA4D6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8587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7210E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Названия компонентов действий умножения, деления</w:t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BDCA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D6A0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8990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48F1F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05.12.2022 06.12.2022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3545B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802D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205D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5976B92C" w14:textId="77777777" w:rsidTr="00BA4D64">
        <w:trPr>
          <w:trHeight w:hRule="exact" w:val="29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B155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F7437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right="720"/>
              <w:jc w:val="center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Табличное умножение в  пределах 50. Табличные случаи умножения, деления при вычислениях и решении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A3D3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568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F6AA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C6A8E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07.12.2022 16.01.2023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09F27" w14:textId="77777777" w:rsidR="00C0300C" w:rsidRDefault="00C0300C" w:rsidP="00BA4D64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Прикидка результата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нахождение и объяснение возможных причин ошибок в составлении числового выражения, нахождении его значения;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объяснение хода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выполнения вычислений по образцу.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Применение правил порядка выполнения действий; объяснение возможных ошибок;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685A3" w14:textId="77777777" w:rsidR="00C0300C" w:rsidRPr="00623C28" w:rsidRDefault="00C0300C" w:rsidP="00BA4D6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C2AF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B0661C7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AA1B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B471E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Умножение на 1, на 0 (по  правилу).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42EF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B07E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C30D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B94B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4B880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6CAB0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A80A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148A40D2" w14:textId="77777777" w:rsidTr="00BA4D64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20AB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15528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Переместительное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CE188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4FDF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ED0B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A692E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1DC0E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3F6D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0F2A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119D2BC0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582B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3A84C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Взаимосвязь компонентов и результата действия умножения, действия деления.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C704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D548C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1747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F0CD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D8D99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DDE1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E7C24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1C1B692" w14:textId="77777777" w:rsidTr="00BA4D6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A420D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3.10.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8CCBDF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Неизвестный компонент действия сложения, действия вычитания; его  нахождение.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5F5D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50C0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C2B90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FE8CF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23.01.2023 25.01.2023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34190" w14:textId="77777777" w:rsidR="00C0300C" w:rsidRDefault="00C0300C" w:rsidP="00BA4D64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различение приёмов вычисления (устные и письменные). Выбор удобного способа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Прикидка результата выполнения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70E86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5030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3F32E732" w14:textId="77777777" w:rsidTr="00BA4D6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6047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6F638" w14:textId="77777777" w:rsidR="00C0300C" w:rsidRPr="00623C28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Числовое выражение: чтение, запись, вычисление значения.</w:t>
            </w:r>
          </w:p>
          <w:p w14:paraId="60008EC5" w14:textId="77777777" w:rsidR="00C0300C" w:rsidRPr="00623C28" w:rsidRDefault="00C0300C" w:rsidP="00BA4D64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Порядок выполнения действий в  числовом выражении,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содержащем действия сложения и вычитания (со  скобками/без скобок) в  пределах 100 (не более трёх действий); нахождение его значения.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1FFE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2D65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5EC3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42306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26.01.2023 31.01.2023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053BB" w14:textId="77777777" w:rsidR="00C0300C" w:rsidRPr="00623C28" w:rsidRDefault="00C0300C" w:rsidP="00BA4D6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Прикидка результата выполнения действия;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8E967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EDE4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6362910" w14:textId="77777777" w:rsidTr="00BA4D6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C3E0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59793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суммы из  числа, числа из суммы.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498E0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9A53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4FA2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DF16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2D595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Прикидка результата выполнения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894D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1C7A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76B531BD" w14:textId="77777777" w:rsidTr="00BA4D6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23643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86E1A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удобным способом.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4930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9DE4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C02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5A15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C36BD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CD538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C6FA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B490D2D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2142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CC73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58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31352" w14:textId="77777777" w:rsidR="00C0300C" w:rsidRDefault="00C0300C" w:rsidP="00BA4D64"/>
        </w:tc>
      </w:tr>
      <w:tr w:rsidR="00C0300C" w14:paraId="777FD290" w14:textId="77777777" w:rsidTr="00BA4D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B4FC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C0300C" w14:paraId="3AA9DF23" w14:textId="77777777" w:rsidTr="00BA4D6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DDFA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95DD5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Чтение, представление текста задачи в виде рисунка, схемы или другой модели.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1AAB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E1AF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C9D2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639A3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06.02.2023 07.02.2023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DF2E9" w14:textId="77777777" w:rsidR="00C0300C" w:rsidRPr="00623C28" w:rsidRDefault="00C0300C" w:rsidP="00BA4D6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Составление задач с заданным математическим отношением, по заданному числовому выражению. Составление модели, плана решения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задачи. Назначение скобок в записи числового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выражения при решении задачи;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CC68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9533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60BA2847" w14:textId="77777777" w:rsidTr="00BA4D64">
        <w:trPr>
          <w:trHeight w:hRule="exact" w:val="2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2151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0B360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План решения задачи в  два действия, выбор соответствующих плану арифметических действий.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Запись решения и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E72C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5C40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D75C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BAF67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08.02.2023 13.02.2023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4DC08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с её иллюстрацией, схемой, моделью. Составление задачи по рисунку (схеме,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модели, решению);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поэтапное решение текстовой задачи: анализ данных, их представление на модели и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 ходе поиска идеи решения;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плана; составление арифметических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 в соответствии с планом; использование модели для решения, поиск другого способа и др.; Работа в парах/группах. Составление задач с заданным математическим отношением, по заданному числовому выражению. Составление модели, плана решения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задачи. Назначение скобок в записи числового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выражения при решении задачи;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A0209" w14:textId="77777777" w:rsidR="00C0300C" w:rsidRPr="00623C28" w:rsidRDefault="00C0300C" w:rsidP="00BA4D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CF90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179BF0C1" w14:textId="77777777" w:rsidTr="00BA4D6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8287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58D63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Решение текстовых задач на применение смысла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арифметического действия (сложение, вычитание, умножение, деление).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DEA3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F960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C489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A8B59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14.02.2023 16.02.2023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0A6C8" w14:textId="77777777" w:rsidR="00C0300C" w:rsidRPr="00623C28" w:rsidRDefault="00C0300C" w:rsidP="00BA4D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Получение ответа на вопрос задачи путём рассуждения (без вычислений);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 и самоконтроль при решении задач. Анализ образцов записи решения задачи по действиям и с помощью числового выражения;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B0B24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73EA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5EC6BB68" w14:textId="77777777" w:rsidTr="00BA4D6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FCC4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D2B37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Расчётные задачи на увеличение/ уменьшение величины на несколько единиц/ в  несколько раз.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FD23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178A0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D85B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087FE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20.02.2023 21.02.2023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DD711" w14:textId="77777777" w:rsidR="00C0300C" w:rsidRPr="00623C28" w:rsidRDefault="00C0300C" w:rsidP="00BA4D6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поэтапное решение текстовой задачи: анализ данных, их представление на модели и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 ходе поиска идеи решения;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плана; составление арифметических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 в соответствии с планом; использование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 для решения, поиск другого способа и др.; Учебный диалог: нахождение одной из трёх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взаимосвязанных величин при решении задач бытового характера («на время», «на куплю-продажу» и пр.).</w:t>
            </w:r>
          </w:p>
          <w:p w14:paraId="4A407F11" w14:textId="77777777" w:rsidR="00C0300C" w:rsidRPr="00623C28" w:rsidRDefault="00C0300C" w:rsidP="00BA4D64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Поиск разных решений одной задачи. Разные формы записи решения (оформления);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78B7D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F0BD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8F5ED12" w14:textId="77777777" w:rsidTr="00BA4D64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05F6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78A24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490"/>
              <w:jc w:val="both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B5DA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36EB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BF13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0EF45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22.02.2023 23.02.2023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7F752" w14:textId="77777777" w:rsidR="00C0300C" w:rsidRPr="00623C28" w:rsidRDefault="00C0300C" w:rsidP="00BA4D6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поэтапное решение текстовой задачи: анализ данных, их представление на модели и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 ходе поиска идеи решения;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плана; составление арифметических действий в соответствии с планом; использование модели для решения, поиск другого способа и др.; Контроль и самоконтроль при решении задач. Анализ образцов записи решения задачи по действиям и с помощью числового выражения;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7C2AE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46867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09F95C1A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4811C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A0A8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1D01A" w14:textId="77777777" w:rsidR="00C0300C" w:rsidRDefault="00C0300C" w:rsidP="00BA4D64"/>
        </w:tc>
      </w:tr>
      <w:tr w:rsidR="00C0300C" w:rsidRPr="00C0300C" w14:paraId="77A22D3B" w14:textId="77777777" w:rsidTr="00BA4D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EFF3A" w14:textId="77777777" w:rsidR="00C0300C" w:rsidRPr="00623C28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C0300C" w14:paraId="68A30F25" w14:textId="77777777" w:rsidTr="00BA4D6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E367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CE4DF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и изображение геометрических фигур: точка, прямая, прямой угол, ломаная, многоугольник.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373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3607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987C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E9E9FA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27.02.2023 07.03.2023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2071F" w14:textId="77777777" w:rsidR="00C0300C" w:rsidRPr="00623C28" w:rsidRDefault="00C0300C" w:rsidP="00BA4D6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упражнения: «Опиши фигуру», «Нарисуй фигуру по инструкции», «Найди модели фигур в окружающем» и т.п.;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формулирование ответов на вопросы об общем и различном геометрических фигур;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7E7EF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99417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46C58742" w14:textId="77777777" w:rsidTr="00BA4D64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8E1A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563A9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отрезка заданной длины с помощью линейки.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D39B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CDE5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B029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FBAF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47A96" w14:textId="77777777" w:rsidR="00C0300C" w:rsidRDefault="00C0300C" w:rsidP="00BA4D64">
            <w:pPr>
              <w:autoSpaceDE w:val="0"/>
              <w:autoSpaceDN w:val="0"/>
              <w:spacing w:before="78" w:after="0" w:line="252" w:lineRule="auto"/>
              <w:ind w:left="72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Построение и обозначение прямоугольника с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заданными длинами сторон на клетчатой бумаге;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Конструирование геометрической фигуры из бумаги по заданному правилу или образцу.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Творческие задания: оригами и т. п.;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F92B4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BBE70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2408DF39" w14:textId="77777777" w:rsidTr="00BA4D6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2CE23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AE26A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CE43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BAE14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2138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3E900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09.03.2023 14.03.2023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7F5D" w14:textId="77777777" w:rsidR="00C0300C" w:rsidRPr="00623C28" w:rsidRDefault="00C0300C" w:rsidP="00BA4D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образцом; Изображение ломаных с помощью линейки и от руки, на нелинованной и клетчатой бумаге;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8EEDF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0C3E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32B41266" w14:textId="77777777" w:rsidTr="00BA4D64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840D0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B1A6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Длина ломаной.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05C5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2A88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73A3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182FB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15.03.2023 21.03.2023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AD511" w14:textId="77777777" w:rsidR="00C0300C" w:rsidRDefault="00C0300C" w:rsidP="00BA4D64">
            <w:pPr>
              <w:autoSpaceDE w:val="0"/>
              <w:autoSpaceDN w:val="0"/>
              <w:spacing w:before="76" w:after="0" w:line="252" w:lineRule="auto"/>
              <w:ind w:left="72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графические и измерительные действия при учёте взаимного расположения фигур или их частей при изображении, сравнение с образцом; Практические работы: определение размеров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на глаз, с помощью </w:t>
            </w:r>
            <w:r w:rsidRPr="00623C2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измерительных инструментов;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CA6A5" w14:textId="77777777" w:rsidR="00C0300C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1EDFE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589005FC" w14:textId="77777777" w:rsidTr="00BA4D64">
        <w:trPr>
          <w:trHeight w:hRule="exact" w:val="16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2A6D3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6C957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Измерение периметра данного/ изображённого прямоугольника (квадрата), запись результата измерения в 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6DC8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723A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F73C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90597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22.03.2023 04.04.2023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2E1A" w14:textId="77777777" w:rsidR="00C0300C" w:rsidRDefault="00C0300C" w:rsidP="00BA4D64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Измерение расстояний с использованием заданных или самостоятельно выбранных единиц;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 ломаных с помощью линейки и от руки, на нелинованной и клетчатой бумаге;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определение размеров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на глаз, с помощью </w:t>
            </w:r>
            <w:r w:rsidRPr="00623C2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измерительных инструментов;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D506C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302D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76114DF" w14:textId="77777777" w:rsidTr="00BA4D64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26A44" w14:textId="77777777" w:rsidR="00C0300C" w:rsidRDefault="00C0300C" w:rsidP="00BA4D64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384C1" w14:textId="77777777" w:rsidR="00C0300C" w:rsidRPr="00623C28" w:rsidRDefault="00C0300C" w:rsidP="00BA4D64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Точка, конец отрезка, вершина многоугольника. Обозначение точки буквой латинского алфавита.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88F9F" w14:textId="77777777" w:rsidR="00C0300C" w:rsidRDefault="00C0300C" w:rsidP="00BA4D6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A8061" w14:textId="77777777" w:rsidR="00C0300C" w:rsidRDefault="00C0300C" w:rsidP="00BA4D6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BFD3B" w14:textId="77777777" w:rsidR="00C0300C" w:rsidRDefault="00C0300C" w:rsidP="00BA4D6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E7ACE" w14:textId="77777777" w:rsidR="00C0300C" w:rsidRDefault="00C0300C" w:rsidP="00BA4D64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05.04.2023 06.04.2023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9F76B" w14:textId="77777777" w:rsidR="00C0300C" w:rsidRPr="00623C28" w:rsidRDefault="00C0300C" w:rsidP="00BA4D64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 ломаных с помощью линейки и от руки, на нелинованной и клетчатой бумаге;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Построение и обозначение прямоугольника с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заданными длинами сторон на клетчатой бумаге; Нахождение периметра прямоугольника, квадрата, составление числового равенства при вычислении периметра прямоугольника;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A1C2" w14:textId="77777777" w:rsidR="00C0300C" w:rsidRDefault="00C0300C" w:rsidP="00BA4D64">
            <w:pPr>
              <w:autoSpaceDE w:val="0"/>
              <w:autoSpaceDN w:val="0"/>
              <w:spacing w:before="8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B59CE" w14:textId="77777777" w:rsidR="00C0300C" w:rsidRDefault="00C0300C" w:rsidP="00BA4D6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16CE2791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6A6B2E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E981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D2555" w14:textId="77777777" w:rsidR="00C0300C" w:rsidRDefault="00C0300C" w:rsidP="00BA4D64"/>
        </w:tc>
      </w:tr>
      <w:tr w:rsidR="00C0300C" w14:paraId="46793FE0" w14:textId="77777777" w:rsidTr="00BA4D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0988C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C0300C" w14:paraId="08557967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4488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6.1.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EEF7B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Нахождение, формулирование одного-двух общих признаков набора математических объектов: чисел, величин,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6215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AEB44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05A8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EE50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454FE1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63AC4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9246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D71BCC0" w14:textId="77777777" w:rsidTr="00BA4D6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F27E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BA231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Классификация объектов по заданному или самостоятельно установленному основанию.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9E547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DA676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7FC9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32E10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11.04.2023 12.04.2023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AEE89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закономерности в составлении ряда чисел (величин, геометрических фигур), формулирование правила;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DC59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36C62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77510209" w14:textId="77777777" w:rsidTr="00BA4D6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2E0B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40448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Закономерность в  ряду чисел, геометрических фигур, объектов повседневной жизни: её  объяснение с использованием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математической терминологии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5075D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8400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CD35E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55EA4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13.04.2023 17.04.2023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C9AD7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закономерности в составлении ряда чисел (величин, геометрических фигур), формулирование правила;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CE03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20A4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1529685" w14:textId="77777777" w:rsidTr="00BA4D6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7FA1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16679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Верные (истинные) и 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4F30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BD018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B1B49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28EF2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18.04.2023 19.04.2023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2A212" w14:textId="77777777" w:rsidR="00C0300C" w:rsidRPr="00623C28" w:rsidRDefault="00C0300C" w:rsidP="00BA4D64">
            <w:pPr>
              <w:autoSpaceDE w:val="0"/>
              <w:autoSpaceDN w:val="0"/>
              <w:spacing w:before="76" w:after="0" w:line="250" w:lineRule="auto"/>
              <w:ind w:left="72" w:right="164"/>
              <w:jc w:val="both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0634F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E8E36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4BF93085" w14:textId="77777777" w:rsidTr="00BA4D6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52B2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66CC2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утверждений с использованием слов «каждый»,«все».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741C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3D120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AA44C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DD21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2D94A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составление утверждения на основе информации, представленной в наглядном виде;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6A02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BFCA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1A30FE1E" w14:textId="77777777" w:rsidTr="00BA4D6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7369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5CAEB" w14:textId="77777777" w:rsidR="00C0300C" w:rsidRPr="00623C28" w:rsidRDefault="00C0300C" w:rsidP="00BA4D6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таблицами: извлечение и использование для  ответа на вопрос информации, представленной в таблице (таблицы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сложения, умножения; график дежурств, наблюдения в природе и пр.); внесение данных в таблицу.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67C94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6001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F949B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4D501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24.04.2023 25.04.2023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C40E8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</w:t>
            </w:r>
          </w:p>
          <w:p w14:paraId="3D52F14D" w14:textId="77777777" w:rsidR="00C0300C" w:rsidRDefault="00C0300C" w:rsidP="00BA4D64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 вопросов по таблице;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FFBD4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CBA39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34374E80" w14:textId="77777777" w:rsidTr="00BA4D6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17D78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743C1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Дополнение моделей (схем, изображений) готовыми числовыми данными.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F10D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4E344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F6A2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8AB8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8D41F" w14:textId="77777777" w:rsidR="00C0300C" w:rsidRPr="00623C28" w:rsidRDefault="00C0300C" w:rsidP="00BA4D6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</w:t>
            </w:r>
          </w:p>
          <w:p w14:paraId="7E2E9C0C" w14:textId="77777777" w:rsidR="00C0300C" w:rsidRDefault="00C0300C" w:rsidP="00BA4D64">
            <w:pPr>
              <w:autoSpaceDE w:val="0"/>
              <w:autoSpaceDN w:val="0"/>
              <w:spacing w:before="20" w:after="0" w:line="245" w:lineRule="auto"/>
              <w:ind w:left="72" w:right="144"/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вопросов по таблице;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Календарь. Схемы маршрутов;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5830D" w14:textId="77777777" w:rsidR="00C0300C" w:rsidRDefault="00C0300C" w:rsidP="00BA4D6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16BF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49F00EA1" w14:textId="77777777" w:rsidTr="00BA4D6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B5CB1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6.8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FDB20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638E3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234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300DB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4B5E4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2A7A0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анализ информации, представ-ленной на рисунке и в тексте задания;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556A7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A20FC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65107D9C" w14:textId="77777777" w:rsidTr="00BA4D64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E2157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6.9.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1BAD5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Алгоритмы (приёмы, правила) устных и письменных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вычислений, измерений и построения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94802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C4B45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0680A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41688" w14:textId="77777777" w:rsidR="00C0300C" w:rsidRDefault="00C0300C" w:rsidP="00BA4D6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01.05.2023 02.05.2023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14383" w14:textId="77777777" w:rsidR="00C0300C" w:rsidRPr="00623C28" w:rsidRDefault="00C0300C" w:rsidP="00BA4D6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анализ информации, представ-ленной на рисунке и в тексте задания;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7C5D8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DAD5C" w14:textId="77777777" w:rsidR="00C0300C" w:rsidRDefault="00C0300C" w:rsidP="00BA4D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C0300C" w14:paraId="2D246069" w14:textId="77777777" w:rsidTr="00BA4D6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FA5AF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6.10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40683" w14:textId="77777777" w:rsidR="00C0300C" w:rsidRPr="00623C28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работы с электронными средствами обучения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AA48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7DB0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AE76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CFD71" w14:textId="77777777" w:rsidR="00C0300C" w:rsidRDefault="00C0300C" w:rsidP="00BA4D6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03.05.2023 22.05.2023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39E68" w14:textId="77777777" w:rsidR="00C0300C" w:rsidRPr="00623C28" w:rsidRDefault="00C0300C" w:rsidP="00BA4D6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правил работы с электронными средствами обучения;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0EB1F" w14:textId="77777777" w:rsidR="00C0300C" w:rsidRPr="00623C28" w:rsidRDefault="00C0300C" w:rsidP="00BA4D6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23C28">
              <w:rPr>
                <w:lang w:val="ru-RU"/>
              </w:rPr>
              <w:br/>
            </w: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0151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0300C" w14:paraId="0558587A" w14:textId="77777777" w:rsidTr="00BA4D64">
        <w:trPr>
          <w:trHeight w:hRule="exact" w:val="34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369C5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D8B4D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5CF8E" w14:textId="77777777" w:rsidR="00C0300C" w:rsidRDefault="00C0300C" w:rsidP="00BA4D64"/>
        </w:tc>
      </w:tr>
      <w:tr w:rsidR="00C0300C" w14:paraId="6976849C" w14:textId="77777777" w:rsidTr="00BA4D64">
        <w:trPr>
          <w:trHeight w:hRule="exact" w:val="350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6E44A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0A58E" w14:textId="77777777" w:rsidR="00C0300C" w:rsidRDefault="00C0300C" w:rsidP="00BA4D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BF4AD" w14:textId="77777777" w:rsidR="00C0300C" w:rsidRDefault="00C0300C" w:rsidP="00BA4D64"/>
        </w:tc>
      </w:tr>
      <w:tr w:rsidR="00C0300C" w14:paraId="74FF254F" w14:textId="77777777" w:rsidTr="00BA4D64">
        <w:trPr>
          <w:trHeight w:hRule="exact" w:val="328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A46DE" w14:textId="77777777" w:rsidR="00C0300C" w:rsidRPr="00623C28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623C2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D5F3C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B3733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16511" w14:textId="77777777" w:rsidR="00C0300C" w:rsidRDefault="00C0300C" w:rsidP="00BA4D6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EDFDF" w14:textId="77777777" w:rsidR="00C0300C" w:rsidRDefault="00C0300C" w:rsidP="00BA4D64"/>
        </w:tc>
      </w:tr>
    </w:tbl>
    <w:p w14:paraId="768AA6E5" w14:textId="415AC527" w:rsidR="00C0300C" w:rsidRPr="00C0300C" w:rsidRDefault="00C0300C">
      <w:pPr>
        <w:rPr>
          <w:lang w:val="ru-RU"/>
        </w:rPr>
        <w:sectPr w:rsidR="00C0300C" w:rsidRPr="00C0300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7C6C8DB" w14:textId="04247475" w:rsidR="00FB1B88" w:rsidRPr="00FB1B88" w:rsidRDefault="00FB1B88" w:rsidP="00FB1B88">
      <w:pPr>
        <w:tabs>
          <w:tab w:val="left" w:pos="2904"/>
        </w:tabs>
        <w:rPr>
          <w:rFonts w:ascii="Times New Roman" w:hAnsi="Times New Roman" w:cs="Times New Roman"/>
        </w:rPr>
      </w:pPr>
      <w:r w:rsidRPr="00FB1B88">
        <w:rPr>
          <w:rFonts w:ascii="Times New Roman" w:hAnsi="Times New Roman" w:cs="Times New Roman"/>
          <w:sz w:val="24"/>
          <w:szCs w:val="24"/>
          <w:lang w:val="ru-RU"/>
        </w:rPr>
        <w:lastRenderedPageBreak/>
        <w:t>3 класс</w:t>
      </w:r>
      <w:r w:rsidRPr="00FB1B88">
        <w:rPr>
          <w:rFonts w:ascii="Times New Roman" w:hAnsi="Times New Roman" w:cs="Times New Roman"/>
        </w:rPr>
        <w:tab/>
      </w:r>
    </w:p>
    <w:tbl>
      <w:tblPr>
        <w:tblW w:w="15932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3382"/>
        <w:gridCol w:w="642"/>
        <w:gridCol w:w="1377"/>
        <w:gridCol w:w="1424"/>
        <w:gridCol w:w="1000"/>
        <w:gridCol w:w="3662"/>
        <w:gridCol w:w="1314"/>
        <w:gridCol w:w="2533"/>
      </w:tblGrid>
      <w:tr w:rsidR="00FB1B88" w:rsidRPr="00FB1B88" w14:paraId="7E66BACC" w14:textId="77777777" w:rsidTr="00FB1B88">
        <w:trPr>
          <w:trHeight w:val="330"/>
        </w:trPr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42670" w14:textId="77777777" w:rsidR="00FB1B88" w:rsidRPr="00FB1B88" w:rsidRDefault="00FB1B88" w:rsidP="00FB1B88">
            <w:pPr>
              <w:spacing w:after="0" w:line="240" w:lineRule="auto"/>
              <w:ind w:left="84" w:right="13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№ п/п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38F52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E27B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Количество часов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652AD" w14:textId="77777777" w:rsidR="00FB1B88" w:rsidRPr="00FB1B88" w:rsidRDefault="00FB1B88" w:rsidP="00FB1B8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Дата изучения</w:t>
            </w:r>
          </w:p>
        </w:tc>
        <w:tc>
          <w:tcPr>
            <w:tcW w:w="3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E7D5B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Виды деятельности</w:t>
            </w:r>
          </w:p>
        </w:tc>
        <w:tc>
          <w:tcPr>
            <w:tcW w:w="1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BE2F9" w14:textId="77777777" w:rsidR="00FB1B88" w:rsidRPr="00FB1B88" w:rsidRDefault="00FB1B88" w:rsidP="00FB1B88">
            <w:pPr>
              <w:spacing w:after="0" w:line="240" w:lineRule="auto"/>
              <w:ind w:left="90" w:right="246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Виды, формы контроля</w:t>
            </w:r>
          </w:p>
        </w:tc>
        <w:tc>
          <w:tcPr>
            <w:tcW w:w="2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F5F45" w14:textId="77777777" w:rsidR="00FB1B88" w:rsidRPr="00FB1B88" w:rsidRDefault="00FB1B88" w:rsidP="00FB1B8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FB1B88" w:rsidRPr="00FB1B88" w14:paraId="22761528" w14:textId="77777777" w:rsidTr="00FB1B88">
        <w:trPr>
          <w:trHeight w:val="5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9110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0241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6918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всего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9C0D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контрольные работы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78E9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5D6D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0322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1BF0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AC28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2021D264" w14:textId="77777777" w:rsidTr="00FB1B88">
        <w:trPr>
          <w:trHeight w:val="324"/>
        </w:trPr>
        <w:tc>
          <w:tcPr>
            <w:tcW w:w="159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65E0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Раздел 1.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Числа</w:t>
            </w:r>
          </w:p>
        </w:tc>
      </w:tr>
      <w:tr w:rsidR="00FB1B88" w:rsidRPr="00FB1B88" w14:paraId="32FDE5F4" w14:textId="77777777" w:rsidTr="00FB1B88">
        <w:trPr>
          <w:trHeight w:val="4489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1015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1.1.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E787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Числа в пределах 1000: чтение, запись, сравнение, представление в виде суммы разрядных слагаемых.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F8C92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0B14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CD9E4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EFBA3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6FD1B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д.).;</w:t>
            </w:r>
          </w:p>
          <w:p w14:paraId="4AE8F90F" w14:textId="77777777" w:rsidR="00FB1B88" w:rsidRPr="00FB1B88" w:rsidRDefault="00FB1B88" w:rsidP="00FB1B88">
            <w:pPr>
              <w:spacing w:after="0" w:line="240" w:lineRule="auto"/>
              <w:ind w:left="78" w:right="8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записей.;</w:t>
            </w:r>
          </w:p>
          <w:p w14:paraId="66A77EDA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Обнаружение и проверка общего свойства группы чисел, поиск уникальных свойств числа из группы чисел.;</w:t>
            </w:r>
          </w:p>
          <w:p w14:paraId="42BA5932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</w:p>
          <w:p w14:paraId="01FCB181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истинности.;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24946" w14:textId="77777777" w:rsidR="00FB1B88" w:rsidRPr="00FB1B88" w:rsidRDefault="00FB1B88" w:rsidP="00FB1B88">
            <w:pPr>
              <w:spacing w:after="0" w:line="240" w:lineRule="auto"/>
              <w:ind w:left="90" w:right="1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1F119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9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30FB47CA" w14:textId="77777777" w:rsidR="00FB1B88" w:rsidRPr="00FB1B88" w:rsidRDefault="00FB1B88" w:rsidP="00FB1B8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516B85C0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31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115"/>
        <w:gridCol w:w="481"/>
        <w:gridCol w:w="841"/>
        <w:gridCol w:w="830"/>
        <w:gridCol w:w="590"/>
        <w:gridCol w:w="4189"/>
        <w:gridCol w:w="1745"/>
        <w:gridCol w:w="2515"/>
      </w:tblGrid>
      <w:tr w:rsidR="00FB1B88" w:rsidRPr="00FB1B88" w14:paraId="198C5870" w14:textId="77777777" w:rsidTr="00FB1B88">
        <w:trPr>
          <w:trHeight w:val="4596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F6F4D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1.2.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C7B28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Равенства и неравенства: чтение, составление, установление истинности (верное/неверное).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D823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68C21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B6F0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0E7A7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CFFCC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д.).;</w:t>
            </w:r>
          </w:p>
          <w:p w14:paraId="476E038F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82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записей.;</w:t>
            </w:r>
          </w:p>
          <w:p w14:paraId="628B659B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Обнаружение и проверка общего свойства группы чисел, поиск уникальных свойств числа из группы чисел.;</w:t>
            </w:r>
          </w:p>
          <w:p w14:paraId="18C5D14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</w:p>
          <w:p w14:paraId="77FABF86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истинности.;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9267FF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C8644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65A7B65E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0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E0C21EA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627E122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  <w:tr w:rsidR="00FB1B88" w:rsidRPr="00FB1B88" w14:paraId="04374B9B" w14:textId="77777777" w:rsidTr="00FB1B88">
        <w:trPr>
          <w:trHeight w:val="4606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297F7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1.3.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C4D6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Увеличение/уменьшение числа в несколько раз.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02395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E9F0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813B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E8CEE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69769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д.).;</w:t>
            </w:r>
          </w:p>
          <w:p w14:paraId="31FB7E06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82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записей.;</w:t>
            </w:r>
          </w:p>
          <w:p w14:paraId="181E6EB8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Обнаружение и проверка общего свойства группы чисел, поиск уникальных свойств числа из группы чисел.;</w:t>
            </w:r>
          </w:p>
          <w:p w14:paraId="628A47B5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</w:p>
          <w:p w14:paraId="6DEDD3CD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истинности.;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352A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6181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585C2896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48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3751"/>
        <w:gridCol w:w="541"/>
        <w:gridCol w:w="869"/>
        <w:gridCol w:w="898"/>
        <w:gridCol w:w="638"/>
        <w:gridCol w:w="4352"/>
        <w:gridCol w:w="1747"/>
        <w:gridCol w:w="2520"/>
      </w:tblGrid>
      <w:tr w:rsidR="00FB1B88" w:rsidRPr="00FB1B88" w14:paraId="4E499397" w14:textId="77777777" w:rsidTr="00FB1B88">
        <w:trPr>
          <w:trHeight w:val="4638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DF3E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1.4.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D3F1C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Кратное сравнение чисел.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F0982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AA12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D4645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9AF3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40D47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д.).;</w:t>
            </w:r>
          </w:p>
          <w:p w14:paraId="5A5E2207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82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записей.;</w:t>
            </w:r>
          </w:p>
          <w:p w14:paraId="684C3A16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Обнаружение и проверка общего свойства группы чисел, поиск уникальных свойств числа из группы чисел.;</w:t>
            </w:r>
          </w:p>
          <w:p w14:paraId="4F5D4C2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</w:p>
          <w:p w14:paraId="493EB501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истинности.;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2BC7C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5A1B6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609A0B05" w14:textId="77777777" w:rsidTr="00FB1B88">
        <w:trPr>
          <w:trHeight w:val="4746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FE4D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1.5.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AF5E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Свойства чисел.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88B0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2ADC9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D848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198F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51911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д.).;</w:t>
            </w:r>
          </w:p>
          <w:p w14:paraId="0BDF478B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82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записей.;</w:t>
            </w:r>
          </w:p>
          <w:p w14:paraId="0FC852FA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Обнаружение и проверка общего свойства группы чисел, поиск уникальных свойств числа из группы чисел.;</w:t>
            </w:r>
          </w:p>
          <w:p w14:paraId="1323EC22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</w:p>
          <w:p w14:paraId="64268760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истинности.;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46277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23AFB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34FDA186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1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012A7291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5479D2D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  <w:tr w:rsidR="00FB1B88" w:rsidRPr="00FB1B88" w14:paraId="42A715C7" w14:textId="77777777" w:rsidTr="00FB1B88">
        <w:trPr>
          <w:trHeight w:val="341"/>
        </w:trPr>
        <w:tc>
          <w:tcPr>
            <w:tcW w:w="4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5BBB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Итого по разделу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F7A2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10</w:t>
            </w:r>
          </w:p>
        </w:tc>
        <w:tc>
          <w:tcPr>
            <w:tcW w:w="110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9F059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27E7F8C0" w14:textId="77777777" w:rsidTr="00FB1B88">
        <w:trPr>
          <w:trHeight w:val="335"/>
        </w:trPr>
        <w:tc>
          <w:tcPr>
            <w:tcW w:w="158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B408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Раздел 2.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Величины</w:t>
            </w:r>
          </w:p>
        </w:tc>
      </w:tr>
    </w:tbl>
    <w:p w14:paraId="093EB8F1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83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948"/>
        <w:gridCol w:w="482"/>
        <w:gridCol w:w="810"/>
        <w:gridCol w:w="836"/>
        <w:gridCol w:w="595"/>
        <w:gridCol w:w="4340"/>
        <w:gridCol w:w="1740"/>
        <w:gridCol w:w="2507"/>
      </w:tblGrid>
      <w:tr w:rsidR="00FB1B88" w:rsidRPr="00FB1B88" w14:paraId="5B12CC90" w14:textId="77777777" w:rsidTr="00FB1B88">
        <w:trPr>
          <w:trHeight w:val="4233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9AB3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2.1.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99F78" w14:textId="77777777" w:rsidR="00FB1B88" w:rsidRPr="00FB1B88" w:rsidRDefault="00FB1B88" w:rsidP="00FB1B88">
            <w:pPr>
              <w:spacing w:after="0" w:line="240" w:lineRule="auto"/>
              <w:ind w:left="84" w:right="3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Масса (единица массы — грамм); соотношение между килограммом и граммом; отношение «тяжелее/легче на/в».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76D3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5169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11841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0628C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6FE6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7C6ACABF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27F101F7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52EE1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458E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5A2CFD41" w14:textId="77777777" w:rsidTr="00FB1B88">
        <w:trPr>
          <w:trHeight w:val="4243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E90D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2.2.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46A05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Стоимость (единицы — рубль, копейка); установление отношения «дороже/дешевле на/в».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1A0D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4284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A136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7D1C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88ED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6AEBF6F6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796E320D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831223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B9478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225B8B93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2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2D0640EC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63F5724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0AFC980F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43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938"/>
        <w:gridCol w:w="484"/>
        <w:gridCol w:w="848"/>
        <w:gridCol w:w="838"/>
        <w:gridCol w:w="596"/>
        <w:gridCol w:w="4352"/>
        <w:gridCol w:w="1747"/>
        <w:gridCol w:w="2516"/>
      </w:tblGrid>
      <w:tr w:rsidR="00FB1B88" w:rsidRPr="00FB1B88" w14:paraId="4CCEEDED" w14:textId="77777777" w:rsidTr="00FB1B88">
        <w:trPr>
          <w:trHeight w:val="421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622B1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2.3.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B5783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Соотношение «цена, количество, стоимость» в практической ситуации</w:t>
            </w: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.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F90DB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0DAA4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063E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6443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4552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1393FBE9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2F33D058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C8A5F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54683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741BF245" w14:textId="77777777" w:rsidTr="00FB1B88">
        <w:trPr>
          <w:trHeight w:val="4325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A6AE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2.4.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32DBA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Время (единица времени — секунда); установление отношения «быстрее/ медленнее на/в». Соотношение</w:t>
            </w:r>
          </w:p>
          <w:p w14:paraId="502286E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«начало, окончание, продолжительность события» в практической ситуации.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E9DA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2863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B43D4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ECCE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71E5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77C3F5CD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33B99F87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9CF0A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89A09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4D3A1838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3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48C00B16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0A7636A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6F2A2B16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96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3766"/>
        <w:gridCol w:w="494"/>
        <w:gridCol w:w="846"/>
        <w:gridCol w:w="873"/>
        <w:gridCol w:w="621"/>
        <w:gridCol w:w="4419"/>
        <w:gridCol w:w="1741"/>
        <w:gridCol w:w="2509"/>
      </w:tblGrid>
      <w:tr w:rsidR="00FB1B88" w:rsidRPr="00FB1B88" w14:paraId="771505F6" w14:textId="77777777" w:rsidTr="00FB1B88">
        <w:trPr>
          <w:trHeight w:val="4260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3EC1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2.5.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52D5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Длина (единица длины — миллиметр, километр); соотношение между величинами в пределах тысячи.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E9F7B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D00FE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ED92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D648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66E4E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2567C1BE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1880515F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E5799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3330E4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78E79063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4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69B25F1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690B71A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  <w:tr w:rsidR="00FB1B88" w:rsidRPr="00FB1B88" w14:paraId="5470DF64" w14:textId="77777777" w:rsidTr="00FB1B88">
        <w:trPr>
          <w:trHeight w:val="4260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2A1D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2.6.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573EC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Площадь (единицы площади — квадратный метр, квадратный сантиметр, квадратный дециметр).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FF60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5EBBB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55474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B83A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63486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6BE9BB83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00CB91B2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10BF2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53F1D1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0936D640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88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3923"/>
        <w:gridCol w:w="525"/>
        <w:gridCol w:w="808"/>
        <w:gridCol w:w="834"/>
        <w:gridCol w:w="593"/>
        <w:gridCol w:w="4334"/>
        <w:gridCol w:w="1740"/>
        <w:gridCol w:w="2510"/>
      </w:tblGrid>
      <w:tr w:rsidR="00FB1B88" w:rsidRPr="00FB1B88" w14:paraId="2FDD3EAF" w14:textId="77777777" w:rsidTr="00FB1B88">
        <w:trPr>
          <w:trHeight w:val="418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C5FD5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2.7.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4ACE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B9D98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B186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44647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EE77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3CACE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6DD80864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13C6D01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294A89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1D373F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00F99800" w14:textId="77777777" w:rsidTr="00FB1B88">
        <w:trPr>
          <w:trHeight w:val="418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A8E6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2.8.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5BC30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Соотношение «больше/ меньше на/в» в ситуации сравнения предметов и объектов на основе измерения величин.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1752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8FD0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F48B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63CA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26D4D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расчётами.;</w:t>
            </w:r>
          </w:p>
          <w:p w14:paraId="19D7DC25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15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вычислениям.; Комментирование. Представление значения величины в заданных единицах, комментирование перехода от одних единиц к другим (однородным).;</w:t>
            </w:r>
          </w:p>
          <w:p w14:paraId="092541A0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343DB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5F134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587297A1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5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3F2FCE5C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280C753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  <w:tr w:rsidR="00FB1B88" w:rsidRPr="00FB1B88" w14:paraId="44A67444" w14:textId="77777777" w:rsidTr="00FB1B88">
        <w:trPr>
          <w:trHeight w:val="332"/>
        </w:trPr>
        <w:tc>
          <w:tcPr>
            <w:tcW w:w="4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8E36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Итого по разделу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806F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10</w:t>
            </w:r>
          </w:p>
        </w:tc>
        <w:tc>
          <w:tcPr>
            <w:tcW w:w="108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FE0F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3687B9B2" w14:textId="77777777" w:rsidTr="00FB1B88">
        <w:trPr>
          <w:trHeight w:val="336"/>
        </w:trPr>
        <w:tc>
          <w:tcPr>
            <w:tcW w:w="15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73D4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Раздел 3.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Арифметические действия</w:t>
            </w:r>
          </w:p>
        </w:tc>
      </w:tr>
    </w:tbl>
    <w:p w14:paraId="0FEBABC5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83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917"/>
        <w:gridCol w:w="495"/>
        <w:gridCol w:w="884"/>
        <w:gridCol w:w="877"/>
        <w:gridCol w:w="624"/>
        <w:gridCol w:w="4209"/>
        <w:gridCol w:w="1740"/>
        <w:gridCol w:w="2507"/>
      </w:tblGrid>
      <w:tr w:rsidR="00FB1B88" w:rsidRPr="00FB1B88" w14:paraId="5550AE6E" w14:textId="77777777" w:rsidTr="00FB1B88">
        <w:trPr>
          <w:trHeight w:val="6951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970B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3.1.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5251E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Устные вычисления, сводимые к действиям в пределах 100 (табличное и внетабличное умножение, деление, действия с круглыми числами).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FDE28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89E8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16651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0876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842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2A250703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698ACA4A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0C7F6EAC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0FC584A5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277E5E59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35F63CD9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4289135E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1FB8E261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165ED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001E7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6095B55C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6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A5B7E55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530A830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13408F7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59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4026"/>
        <w:gridCol w:w="506"/>
        <w:gridCol w:w="885"/>
        <w:gridCol w:w="914"/>
        <w:gridCol w:w="649"/>
        <w:gridCol w:w="4296"/>
        <w:gridCol w:w="1737"/>
        <w:gridCol w:w="2214"/>
      </w:tblGrid>
      <w:tr w:rsidR="00FB1B88" w:rsidRPr="00FB1B88" w14:paraId="19B55419" w14:textId="77777777" w:rsidTr="00FB1B88">
        <w:trPr>
          <w:trHeight w:val="6737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CCE2C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25EE7A" w14:textId="77777777" w:rsidR="00FB1B88" w:rsidRPr="00FB1B88" w:rsidRDefault="00FB1B88" w:rsidP="00FB1B88">
            <w:pPr>
              <w:spacing w:after="0" w:line="240" w:lineRule="auto"/>
              <w:ind w:left="84" w:right="33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Письменное сложение, вычитание чисел в пределах 1000. Действия с числами 0 и 1.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A788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F252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0BC3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106D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0017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16A4A472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45457312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145C4239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32653F87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7142E812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2ECDE610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2BFFC077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0D87681B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1833E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4942D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5C67FD13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82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824"/>
        <w:gridCol w:w="500"/>
        <w:gridCol w:w="899"/>
        <w:gridCol w:w="894"/>
        <w:gridCol w:w="636"/>
        <w:gridCol w:w="4251"/>
        <w:gridCol w:w="1740"/>
        <w:gridCol w:w="2507"/>
      </w:tblGrid>
      <w:tr w:rsidR="00FB1B88" w:rsidRPr="00FB1B88" w14:paraId="4D8803E5" w14:textId="77777777" w:rsidTr="00FB1B88">
        <w:trPr>
          <w:trHeight w:val="6779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4B25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3.3.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1BB2A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Взаимосвязь умножения и деления.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1060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71538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EF84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A699A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614C7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13BE94C6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115E1DDD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62AC6805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0B1F85A0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5355FDA0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24EFCD4D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1EA3C536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0BD171F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0E30A0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C5BCB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6C0A4359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7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0C6ADE8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410A91C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760A384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30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3935"/>
        <w:gridCol w:w="515"/>
        <w:gridCol w:w="907"/>
        <w:gridCol w:w="937"/>
        <w:gridCol w:w="665"/>
        <w:gridCol w:w="4364"/>
        <w:gridCol w:w="1745"/>
        <w:gridCol w:w="2224"/>
      </w:tblGrid>
      <w:tr w:rsidR="00FB1B88" w:rsidRPr="00FB1B88" w14:paraId="38F1B685" w14:textId="77777777" w:rsidTr="00FB1B88">
        <w:trPr>
          <w:trHeight w:val="6612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E4F6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3.4.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D8875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Письменное умножение в столбик, письменное деление уголком.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E0B6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981CC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9421C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DFDCC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68FB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266376BC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50CEC052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26B4E235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0456CB9F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10CE475D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549481E4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6047F020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42D3F5D5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AD008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5BB31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2BF3E542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95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819"/>
        <w:gridCol w:w="502"/>
        <w:gridCol w:w="901"/>
        <w:gridCol w:w="896"/>
        <w:gridCol w:w="638"/>
        <w:gridCol w:w="4258"/>
        <w:gridCol w:w="1741"/>
        <w:gridCol w:w="2509"/>
      </w:tblGrid>
      <w:tr w:rsidR="00FB1B88" w:rsidRPr="00FB1B88" w14:paraId="511DFD35" w14:textId="77777777" w:rsidTr="00FB1B88">
        <w:trPr>
          <w:trHeight w:val="6849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EDFC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3.5.</w:t>
            </w:r>
          </w:p>
        </w:tc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AD39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Письменное умножение, деление на однозначное число в пределах 1000.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437F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334E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92452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4007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20B5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70BA51C9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36E080E9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5DBE2BE8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63A74523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23143219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58D2AF8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25A42AE7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260EB27E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245B2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9880CD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089208B9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8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5656949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7E850BA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0687C2C8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20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904"/>
        <w:gridCol w:w="500"/>
        <w:gridCol w:w="863"/>
        <w:gridCol w:w="890"/>
        <w:gridCol w:w="632"/>
        <w:gridCol w:w="4244"/>
        <w:gridCol w:w="1744"/>
        <w:gridCol w:w="2513"/>
      </w:tblGrid>
      <w:tr w:rsidR="00FB1B88" w:rsidRPr="00FB1B88" w14:paraId="2B3118EC" w14:textId="77777777" w:rsidTr="00FB1B88">
        <w:trPr>
          <w:trHeight w:val="6852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48350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3.6.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7BE49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BE7D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B8E29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DA88E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23D0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B801F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115EEB9F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0181FBBF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72A37EB6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05411265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2C6B5887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2D2FF07C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23299CCA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0E70BFC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794F2B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EE85B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7084CCB0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19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31AD6FC7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65A5F83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1595EAA2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55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003"/>
        <w:gridCol w:w="496"/>
        <w:gridCol w:w="849"/>
        <w:gridCol w:w="876"/>
        <w:gridCol w:w="622"/>
        <w:gridCol w:w="4214"/>
        <w:gridCol w:w="1748"/>
        <w:gridCol w:w="2518"/>
      </w:tblGrid>
      <w:tr w:rsidR="00FB1B88" w:rsidRPr="00FB1B88" w14:paraId="5C7F6989" w14:textId="77777777" w:rsidTr="00FB1B88">
        <w:trPr>
          <w:trHeight w:val="7011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56F49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3.7.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2E182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Переместительное, сочетательное свойства сложения, умножения при вычислениях.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2141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89845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77444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24536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A09C9D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52A51929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22C329D7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3428DED2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1EF8DD3B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4C4BEA16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17603D0A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6212637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767E232B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81424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C99C19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4F761797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0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0073D1A7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763EA65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1F0098BE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59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4036"/>
        <w:gridCol w:w="506"/>
        <w:gridCol w:w="884"/>
        <w:gridCol w:w="912"/>
        <w:gridCol w:w="648"/>
        <w:gridCol w:w="4291"/>
        <w:gridCol w:w="1737"/>
        <w:gridCol w:w="2214"/>
      </w:tblGrid>
      <w:tr w:rsidR="00FB1B88" w:rsidRPr="00FB1B88" w14:paraId="0326785E" w14:textId="77777777" w:rsidTr="00FB1B88">
        <w:trPr>
          <w:trHeight w:val="6836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0810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3.8.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382E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Нахождение неизвестного компонента арифметического действия.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18DC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796F3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CCCA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4E31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7AAF6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5F668A83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7BDCBA0C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5DDA653B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1E6A607A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7203EC34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1B897676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0392522E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1F6762DD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87BF2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7CD93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75E45A34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24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3923"/>
        <w:gridCol w:w="491"/>
        <w:gridCol w:w="872"/>
        <w:gridCol w:w="899"/>
        <w:gridCol w:w="614"/>
        <w:gridCol w:w="4168"/>
        <w:gridCol w:w="1733"/>
        <w:gridCol w:w="2497"/>
      </w:tblGrid>
      <w:tr w:rsidR="00FB1B88" w:rsidRPr="00FB1B88" w14:paraId="205D4438" w14:textId="77777777" w:rsidTr="00FB1B88">
        <w:trPr>
          <w:trHeight w:val="6759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5759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3.9.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D7753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797F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4D153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424A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E880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4AC2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202D8F44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0EDDEC89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72C80C86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7F9558D4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1F7DA970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32DA013C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706E229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4C31620E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8B8848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7F9CB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203686BD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1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66DBB7A8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16218E5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350ED1D1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73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815"/>
        <w:gridCol w:w="500"/>
        <w:gridCol w:w="866"/>
        <w:gridCol w:w="894"/>
        <w:gridCol w:w="636"/>
        <w:gridCol w:w="4248"/>
        <w:gridCol w:w="1739"/>
        <w:gridCol w:w="2505"/>
      </w:tblGrid>
      <w:tr w:rsidR="00FB1B88" w:rsidRPr="00FB1B88" w14:paraId="4E6F78CA" w14:textId="77777777" w:rsidTr="00FB1B88">
        <w:trPr>
          <w:trHeight w:val="691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3FE9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3.10.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BB60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Однородные величины: сложение и вычитание.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256E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3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D80A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DC6E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59C1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F2BD7B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2F5BF352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7592703F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0DE90A77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40432829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6B6877D2" w14:textId="77777777" w:rsidR="00FB1B88" w:rsidRPr="00FB1B88" w:rsidRDefault="00FB1B88" w:rsidP="00FB1B88">
            <w:pPr>
              <w:spacing w:after="0" w:line="240" w:lineRule="auto"/>
              <w:ind w:left="78" w:right="306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21C9A5B5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4FE6D251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651F44C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EF1A4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A90EE0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3FAC693D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2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544E1609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52B03F0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2579B786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917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3861"/>
        <w:gridCol w:w="505"/>
        <w:gridCol w:w="872"/>
        <w:gridCol w:w="900"/>
        <w:gridCol w:w="640"/>
        <w:gridCol w:w="4282"/>
        <w:gridCol w:w="1755"/>
        <w:gridCol w:w="2528"/>
      </w:tblGrid>
      <w:tr w:rsidR="00FB1B88" w:rsidRPr="00FB1B88" w14:paraId="39F51A75" w14:textId="77777777" w:rsidTr="00FB1B88">
        <w:trPr>
          <w:trHeight w:val="6927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8256D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3.11.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B253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Равенство с неизвестным числом, записанным буквой.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DE988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8E30B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F7C6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43D6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57FC6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2D73AE77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49F8D569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6A1FF03D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66503EDB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2F884A93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1AA1BC47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49C09F39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7DA926B8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F58F4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44691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757FCEF9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3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433414D4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400FD1E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0B04DE8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30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3614"/>
        <w:gridCol w:w="468"/>
        <w:gridCol w:w="762"/>
        <w:gridCol w:w="787"/>
        <w:gridCol w:w="560"/>
        <w:gridCol w:w="3987"/>
        <w:gridCol w:w="1745"/>
        <w:gridCol w:w="3365"/>
      </w:tblGrid>
      <w:tr w:rsidR="00FB1B88" w:rsidRPr="00FB1B88" w14:paraId="3E5EAB75" w14:textId="77777777" w:rsidTr="00FB1B88">
        <w:trPr>
          <w:trHeight w:val="69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9F40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3.12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47F19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Умножение и деление круглого числа на однозначное число.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3CBCE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77CB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E8B5C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159D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309E2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5B30A446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741AEFC3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 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486CFFFB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18A508A4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0E4947DC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2C5672F4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0B84BEAE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7E93C9FC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B8D245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74F25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</w:t>
            </w:r>
            <w:hyperlink r:id="rId24" w:history="1">
              <w:r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4554337B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4A47C508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collection.edu.ru)llection.edu.ru/catalog/</w:t>
            </w:r>
          </w:p>
        </w:tc>
      </w:tr>
    </w:tbl>
    <w:p w14:paraId="50E48264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72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3971"/>
        <w:gridCol w:w="546"/>
        <w:gridCol w:w="918"/>
        <w:gridCol w:w="915"/>
        <w:gridCol w:w="650"/>
        <w:gridCol w:w="4313"/>
        <w:gridCol w:w="1749"/>
        <w:gridCol w:w="2235"/>
      </w:tblGrid>
      <w:tr w:rsidR="00FB1B88" w:rsidRPr="00FB1B88" w14:paraId="42A888E9" w14:textId="77777777" w:rsidTr="00FB1B88">
        <w:trPr>
          <w:trHeight w:val="6699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6B1CD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3.13.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DDD70" w14:textId="77777777" w:rsidR="00FB1B88" w:rsidRPr="00FB1B88" w:rsidRDefault="00FB1B88" w:rsidP="00FB1B88">
            <w:pPr>
              <w:spacing w:after="0" w:line="240" w:lineRule="auto"/>
              <w:ind w:left="84" w:right="116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Умножение суммы на число. Деление трёхзначного числа на однозначное уголком. Деление суммы на число</w:t>
            </w: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.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64E52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B816B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BFC2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5AC0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4668C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устные и письменные приёмы вычислений.; Устное вычисление в случаях, сводимых к действиям в пределах 100 (действия с десятками, сотнями, умножение и деление на 1, 10, 100). Действия с числами 0 и 1.;</w:t>
            </w:r>
          </w:p>
          <w:p w14:paraId="0F8EEDF1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Прикидка результата выполнения действия; Комментирование хода вычислений с использованием математической терминологии.;</w:t>
            </w:r>
          </w:p>
          <w:p w14:paraId="794AEB4C" w14:textId="77777777" w:rsidR="00FB1B88" w:rsidRPr="00FB1B88" w:rsidRDefault="00FB1B88" w:rsidP="00FB1B88">
            <w:pPr>
              <w:spacing w:after="0" w:line="240" w:lineRule="auto"/>
              <w:ind w:left="78" w:right="10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вычислений.; 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</w:t>
            </w:r>
          </w:p>
          <w:p w14:paraId="4A31BE04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Проверка хода и результата выполнения действия; Дифференцированное задание: приведение примеров, иллюстрирующих смысл деления с остатком, интерпретацию результата деления в практической ситуации.;</w:t>
            </w:r>
          </w:p>
          <w:p w14:paraId="71537F95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фигур).;</w:t>
            </w:r>
          </w:p>
          <w:p w14:paraId="2B52790E" w14:textId="77777777" w:rsidR="00FB1B88" w:rsidRPr="00FB1B88" w:rsidRDefault="00FB1B88" w:rsidP="00FB1B88">
            <w:pPr>
              <w:spacing w:after="0" w:line="240" w:lineRule="auto"/>
              <w:ind w:left="78" w:right="30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умножения-деления).;</w:t>
            </w:r>
          </w:p>
          <w:p w14:paraId="15FAE6BB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действия.;</w:t>
            </w:r>
          </w:p>
          <w:p w14:paraId="557242D6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выражения.;</w:t>
            </w:r>
          </w:p>
          <w:p w14:paraId="1B7B00B5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Составление инструкции умножения/деления на круглое число, деления чисел подбором.;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6E7FC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E8C48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538883CB" w14:textId="77777777" w:rsidTr="00FB1B88">
        <w:trPr>
          <w:trHeight w:val="331"/>
        </w:trPr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93BE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Итого по разделу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C881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48</w:t>
            </w:r>
          </w:p>
        </w:tc>
        <w:tc>
          <w:tcPr>
            <w:tcW w:w="107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D3BB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00670A88" w14:textId="77777777" w:rsidTr="00FB1B88">
        <w:trPr>
          <w:trHeight w:val="337"/>
        </w:trPr>
        <w:tc>
          <w:tcPr>
            <w:tcW w:w="1587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4D1F2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Раздел 4.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Текстовые задачи</w:t>
            </w:r>
          </w:p>
        </w:tc>
      </w:tr>
    </w:tbl>
    <w:p w14:paraId="0C0BC02D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67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022"/>
        <w:gridCol w:w="495"/>
        <w:gridCol w:w="881"/>
        <w:gridCol w:w="908"/>
        <w:gridCol w:w="620"/>
        <w:gridCol w:w="4143"/>
        <w:gridCol w:w="1749"/>
        <w:gridCol w:w="2520"/>
      </w:tblGrid>
      <w:tr w:rsidR="00FB1B88" w:rsidRPr="00FB1B88" w14:paraId="3574E940" w14:textId="77777777" w:rsidTr="00FB1B88">
        <w:trPr>
          <w:trHeight w:val="5019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D83DB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4.1.</w:t>
            </w:r>
          </w:p>
        </w:tc>
        <w:tc>
          <w:tcPr>
            <w:tcW w:w="4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55724" w14:textId="77777777" w:rsidR="00FB1B88" w:rsidRPr="00FB1B88" w:rsidRDefault="00FB1B88" w:rsidP="00FB1B88">
            <w:pPr>
              <w:spacing w:after="0" w:line="240" w:lineRule="auto"/>
              <w:ind w:left="84" w:right="116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ACC25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A766C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1ED9D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7655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6C351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задачи.;</w:t>
            </w:r>
          </w:p>
          <w:p w14:paraId="284FF40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нахождение одной из трёх взаимосвязанных величин при решении задач («на движение», «на работу» и пр.).;</w:t>
            </w:r>
          </w:p>
          <w:p w14:paraId="1E51CF9E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решений.;</w:t>
            </w:r>
          </w:p>
          <w:p w14:paraId="4396ABC7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Комментирование. Описание хода рассуждения для решения задачи: по вопросам, с комментированием, составлением выражения.;</w:t>
            </w:r>
          </w:p>
          <w:p w14:paraId="0648C0CC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 на  контроль и самоконтроль  при решении задач.</w:t>
            </w:r>
          </w:p>
          <w:p w14:paraId="3018FADF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Анализ образцов записи решения задачи по действиям и с помощью числового выражения.;</w:t>
            </w:r>
          </w:p>
          <w:p w14:paraId="495D0FA8" w14:textId="77777777" w:rsidR="00FB1B88" w:rsidRPr="00FB1B88" w:rsidRDefault="00FB1B88" w:rsidP="00FB1B88">
            <w:pPr>
              <w:spacing w:after="0" w:line="240" w:lineRule="auto"/>
              <w:ind w:left="78" w:righ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получения.;</w:t>
            </w:r>
          </w:p>
          <w:p w14:paraId="122E8749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нахождение доли величины. Сравнение долей одной величины;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8BA89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8EA64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3ECB7015" w14:textId="77777777" w:rsidTr="00FB1B88">
        <w:trPr>
          <w:trHeight w:val="5029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251DC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4.2.</w:t>
            </w:r>
          </w:p>
        </w:tc>
        <w:tc>
          <w:tcPr>
            <w:tcW w:w="4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F554B4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Задачи на понимание смысла арифметических действий (в том числе деления с остатком), отношений</w:t>
            </w:r>
          </w:p>
          <w:p w14:paraId="49BF7AAC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(больше/меньше на/в), зависимостей (купля-продажа, расчёт времени, количества), на сравнение (разностное, кратное).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D1E6E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53F7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137A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1307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D893E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задачи.;</w:t>
            </w:r>
          </w:p>
          <w:p w14:paraId="03A6EFF6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нахождение одной из трёх взаимосвязанных величин при решении задач («на движение», «на работу» и пр.).;</w:t>
            </w:r>
          </w:p>
          <w:p w14:paraId="36505B1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решений.;</w:t>
            </w:r>
          </w:p>
          <w:p w14:paraId="43C2D646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Комментирование. Описание хода рассуждения для решения задачи: по вопросам, с комментированием, составлением выражения.;</w:t>
            </w:r>
          </w:p>
          <w:p w14:paraId="24A30443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выражения.;</w:t>
            </w:r>
          </w:p>
          <w:p w14:paraId="1CE74719" w14:textId="77777777" w:rsidR="00FB1B88" w:rsidRPr="00FB1B88" w:rsidRDefault="00FB1B88" w:rsidP="00FB1B88">
            <w:pPr>
              <w:spacing w:after="0" w:line="240" w:lineRule="auto"/>
              <w:ind w:left="78" w:righ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получения.;</w:t>
            </w:r>
          </w:p>
          <w:p w14:paraId="6F9F4BDE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нахождение доли величины. Сравнение долей одной величины;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2E6FEB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87659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5330DDFE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5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14C132D1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52C731B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1D97A25C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76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4099"/>
        <w:gridCol w:w="541"/>
        <w:gridCol w:w="872"/>
        <w:gridCol w:w="932"/>
        <w:gridCol w:w="639"/>
        <w:gridCol w:w="4203"/>
        <w:gridCol w:w="1739"/>
        <w:gridCol w:w="2220"/>
      </w:tblGrid>
      <w:tr w:rsidR="00FB1B88" w:rsidRPr="00FB1B88" w14:paraId="080BEE45" w14:textId="77777777" w:rsidTr="00FB1B88">
        <w:trPr>
          <w:trHeight w:val="4987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C56E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4.3.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E8739" w14:textId="77777777" w:rsidR="00FB1B88" w:rsidRPr="00FB1B88" w:rsidRDefault="00FB1B88" w:rsidP="00FB1B88">
            <w:pPr>
              <w:spacing w:after="0" w:line="240" w:lineRule="auto"/>
              <w:ind w:left="84" w:right="512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Запись решения задачи по действиям и с помощью числового выражения. Проверка решения и оценка полученного результата.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6957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09E2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50AA5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3B9D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CB4E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задачи.;</w:t>
            </w:r>
          </w:p>
          <w:p w14:paraId="6E551FA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нахождение одной из трёх взаимосвязанных величин при решении задач («на движение», «на работу» и пр.).;</w:t>
            </w:r>
          </w:p>
          <w:p w14:paraId="52ABBDFA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решений.;</w:t>
            </w:r>
          </w:p>
          <w:p w14:paraId="21A4132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Комментирование. Описание хода рассуждения для решения задачи: по вопросам, с комментированием, составлением выражения.;</w:t>
            </w:r>
          </w:p>
          <w:p w14:paraId="2E7EEE19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выражения.;</w:t>
            </w:r>
          </w:p>
          <w:p w14:paraId="5680FA64" w14:textId="77777777" w:rsidR="00FB1B88" w:rsidRPr="00FB1B88" w:rsidRDefault="00FB1B88" w:rsidP="00FB1B88">
            <w:pPr>
              <w:spacing w:after="0" w:line="240" w:lineRule="auto"/>
              <w:ind w:left="78" w:righ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получения.;</w:t>
            </w:r>
          </w:p>
          <w:p w14:paraId="2D12A8D8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нахождение доли величины. Сравнение долей одной величины;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42A21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10EA7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788CFD04" w14:textId="77777777" w:rsidTr="00FB1B88">
        <w:trPr>
          <w:trHeight w:val="509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0792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4.4.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392F9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5A25D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A523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1E3A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E729F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13688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задачи.;</w:t>
            </w:r>
          </w:p>
          <w:p w14:paraId="0ED5BE93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нахождение одной из трёх взаимосвязанных величин при решении задач («на движение», «на работу» и пр.).;</w:t>
            </w:r>
          </w:p>
          <w:p w14:paraId="38FCC599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решений.;</w:t>
            </w:r>
          </w:p>
          <w:p w14:paraId="5435614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Комментирование. Описание хода рассуждения для решения задачи: по вопросам, с комментированием, составлением выражения.;</w:t>
            </w:r>
          </w:p>
          <w:p w14:paraId="1EE129A6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выражения.;</w:t>
            </w:r>
          </w:p>
          <w:p w14:paraId="3F0784C5" w14:textId="77777777" w:rsidR="00FB1B88" w:rsidRPr="00FB1B88" w:rsidRDefault="00FB1B88" w:rsidP="00FB1B88">
            <w:pPr>
              <w:spacing w:after="0" w:line="240" w:lineRule="auto"/>
              <w:ind w:left="78" w:righ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получения.;</w:t>
            </w:r>
          </w:p>
          <w:p w14:paraId="1E7D4DA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Практическая работа: нахождение доли величины. Сравнение долей одной величины;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83869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38F7F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2BCAEDCA" w14:textId="77777777" w:rsidTr="00FB1B88">
        <w:trPr>
          <w:trHeight w:val="338"/>
        </w:trPr>
        <w:tc>
          <w:tcPr>
            <w:tcW w:w="4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3773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Итого по разделу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06CA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23</w:t>
            </w:r>
          </w:p>
        </w:tc>
        <w:tc>
          <w:tcPr>
            <w:tcW w:w="106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4A14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66FFD05E" w14:textId="77777777" w:rsidTr="00FB1B88">
        <w:trPr>
          <w:trHeight w:val="332"/>
        </w:trPr>
        <w:tc>
          <w:tcPr>
            <w:tcW w:w="157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113A8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Раздел 5.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Пространственные отношения и геометрические фигуры</w:t>
            </w:r>
          </w:p>
        </w:tc>
      </w:tr>
    </w:tbl>
    <w:p w14:paraId="7EE9993C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906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3172"/>
        <w:gridCol w:w="388"/>
        <w:gridCol w:w="695"/>
        <w:gridCol w:w="717"/>
        <w:gridCol w:w="491"/>
        <w:gridCol w:w="3288"/>
        <w:gridCol w:w="1348"/>
        <w:gridCol w:w="5395"/>
      </w:tblGrid>
      <w:tr w:rsidR="00FB1B88" w:rsidRPr="00FB1B88" w14:paraId="0C5E7B08" w14:textId="77777777" w:rsidTr="00FB1B88">
        <w:trPr>
          <w:trHeight w:val="4754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892F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5.1.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C38BE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Конструирование геометрических фигур (разбиение фигуры на части, составление фигуры из частей).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9D7B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9684A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B61B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0970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EB072" w14:textId="77777777" w:rsidR="00FB1B88" w:rsidRPr="00FB1B88" w:rsidRDefault="00FB1B88" w:rsidP="00FB1B88">
            <w:pPr>
              <w:spacing w:after="0" w:line="240" w:lineRule="auto"/>
              <w:ind w:left="78" w:right="1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  <w:p w14:paraId="02C3FB81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величин.;</w:t>
            </w:r>
          </w:p>
          <w:p w14:paraId="33944188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измерением.;</w:t>
            </w:r>
          </w:p>
          <w:p w14:paraId="59A2C4B1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сравнение фигур по площади, периметру, сравнение однородных величин.; Нахождение площади прямоугольника, квадрата, составление числового равенства при вычислении площади прямоугольника (квадрата).;</w:t>
            </w:r>
          </w:p>
          <w:p w14:paraId="54609351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фигуры.;</w:t>
            </w:r>
          </w:p>
          <w:p w14:paraId="18005C2D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CE457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0CE13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0431B71B" w14:textId="77777777" w:rsidTr="00FB1B88">
        <w:trPr>
          <w:trHeight w:val="676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2AA5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5.2.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E7E10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E7023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C6F4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56410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9668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AF6A11" w14:textId="77777777" w:rsidR="00FB1B88" w:rsidRPr="00FB1B88" w:rsidRDefault="00FB1B88" w:rsidP="00FB1B88">
            <w:pPr>
              <w:spacing w:after="0" w:line="240" w:lineRule="auto"/>
              <w:ind w:left="78" w:right="1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  <w:p w14:paraId="1A84CEEB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величин.;</w:t>
            </w:r>
          </w:p>
          <w:p w14:paraId="7402BE72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измерением.;</w:t>
            </w:r>
          </w:p>
          <w:p w14:paraId="28511AA5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сравнение фигур по площади, периметру, сравнение однородных величин.; Нахождение площади прямоугольника, квадрата, составление числового равенства при вычислении площади прямоугольника (квадрата).;</w:t>
            </w:r>
          </w:p>
          <w:p w14:paraId="4A77EFE7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 xml:space="preserve"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</w:t>
            </w: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проверка возможности конструирования заданной геометрической фигуры.;</w:t>
            </w:r>
          </w:p>
          <w:p w14:paraId="763B4117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3CF6D5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Устный опрос; Письменный контроль;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61D5F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024A4860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56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032"/>
        <w:gridCol w:w="509"/>
        <w:gridCol w:w="888"/>
        <w:gridCol w:w="949"/>
        <w:gridCol w:w="652"/>
        <w:gridCol w:w="4316"/>
        <w:gridCol w:w="1748"/>
        <w:gridCol w:w="2228"/>
      </w:tblGrid>
      <w:tr w:rsidR="00FB1B88" w:rsidRPr="00FB1B88" w14:paraId="65795429" w14:textId="77777777" w:rsidTr="00FB1B88">
        <w:trPr>
          <w:trHeight w:val="484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73BE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5.3.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0F8A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Измерение площади, запись результата измерения в квадратных сантиметрах.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F642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1E4F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9A56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1C54A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8C038" w14:textId="77777777" w:rsidR="00FB1B88" w:rsidRPr="00FB1B88" w:rsidRDefault="00FB1B88" w:rsidP="00FB1B88">
            <w:pPr>
              <w:spacing w:after="0" w:line="240" w:lineRule="auto"/>
              <w:ind w:left="78" w:right="1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  <w:p w14:paraId="5123029B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величин.;</w:t>
            </w:r>
          </w:p>
          <w:p w14:paraId="4727C980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измерением.;</w:t>
            </w:r>
          </w:p>
          <w:p w14:paraId="5C6A217E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сравнение фигур по площади, периметру, сравнение однородных величин.; Нахождение площади прямоугольника, квадрата, составление числового равенства при вычислении площади прямоугольника (квадрата).;</w:t>
            </w:r>
          </w:p>
          <w:p w14:paraId="6E93D17C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фигуры.;</w:t>
            </w:r>
          </w:p>
          <w:p w14:paraId="37D885C6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0BCFF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F41BA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2B9D5124" w14:textId="77777777" w:rsidTr="00FB1B88">
        <w:trPr>
          <w:trHeight w:val="484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9E8FB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5.4.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FB8199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Вычисление площади прямоугольника (квадрата) с заданными сторонами, запись равенства.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A78DA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1BC3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EA2E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C941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93EB2" w14:textId="77777777" w:rsidR="00FB1B88" w:rsidRPr="00FB1B88" w:rsidRDefault="00FB1B88" w:rsidP="00FB1B88">
            <w:pPr>
              <w:spacing w:after="0" w:line="240" w:lineRule="auto"/>
              <w:ind w:left="78" w:right="1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  <w:p w14:paraId="4F47096E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величин.;</w:t>
            </w:r>
          </w:p>
          <w:p w14:paraId="7341A7D6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измерением.;</w:t>
            </w:r>
          </w:p>
          <w:p w14:paraId="38D0A5A4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сравнение фигур по площади, периметру, сравнение однородных величин.; Нахождение площади прямоугольника, квадрата, составление числового равенства при вычислении площади прямоугольника (квадрата).;</w:t>
            </w:r>
          </w:p>
          <w:p w14:paraId="376F69CF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фигуры.;</w:t>
            </w:r>
          </w:p>
          <w:p w14:paraId="483AECE3" w14:textId="77777777" w:rsidR="00FB1B88" w:rsidRPr="00FB1B88" w:rsidRDefault="00FB1B88" w:rsidP="00FB1B88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9E8D45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E4A83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4D3EABD7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12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069"/>
        <w:gridCol w:w="528"/>
        <w:gridCol w:w="819"/>
        <w:gridCol w:w="881"/>
        <w:gridCol w:w="601"/>
        <w:gridCol w:w="4131"/>
        <w:gridCol w:w="1743"/>
        <w:gridCol w:w="2515"/>
      </w:tblGrid>
      <w:tr w:rsidR="00FB1B88" w:rsidRPr="00FB1B88" w14:paraId="1FE640ED" w14:textId="77777777" w:rsidTr="00FB1B88">
        <w:trPr>
          <w:trHeight w:val="4907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3482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5.5.</w:t>
            </w:r>
          </w:p>
        </w:tc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49D7F" w14:textId="77777777" w:rsidR="00FB1B88" w:rsidRPr="00FB1B88" w:rsidRDefault="00FB1B88" w:rsidP="00FB1B88">
            <w:pPr>
              <w:spacing w:after="0" w:line="240" w:lineRule="auto"/>
              <w:ind w:left="84" w:right="41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ADEF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E95F2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56EA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3190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4980E" w14:textId="77777777" w:rsidR="00FB1B88" w:rsidRPr="00FB1B88" w:rsidRDefault="00FB1B88" w:rsidP="00FB1B88">
            <w:pPr>
              <w:spacing w:after="0" w:line="240" w:lineRule="auto"/>
              <w:ind w:left="78" w:right="1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  <w:p w14:paraId="434A41DA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величин.;</w:t>
            </w:r>
          </w:p>
          <w:p w14:paraId="12CD3033" w14:textId="77777777" w:rsidR="00FB1B88" w:rsidRPr="00FB1B88" w:rsidRDefault="00FB1B88" w:rsidP="00FB1B88">
            <w:pPr>
              <w:spacing w:after="0" w:line="240" w:lineRule="auto"/>
              <w:ind w:left="78" w:right="12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измерением.;</w:t>
            </w:r>
          </w:p>
          <w:p w14:paraId="64BECC7F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Пропедевтика исследовательской работы: сравнение фигур по площади, периметру, сравнение однородных величин.; Нахождение площади прямоугольника, квадрата, составление числового равенства при вычислении площади прямоугольника (квадрата).;</w:t>
            </w:r>
          </w:p>
          <w:p w14:paraId="06B81848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фигуры.;</w:t>
            </w:r>
          </w:p>
          <w:p w14:paraId="5F882419" w14:textId="77777777" w:rsidR="00FB1B88" w:rsidRPr="00FB1B88" w:rsidRDefault="00FB1B88" w:rsidP="00FB1B88">
            <w:pPr>
              <w:numPr>
                <w:ilvl w:val="0"/>
                <w:numId w:val="3"/>
              </w:numPr>
              <w:tabs>
                <w:tab w:val="clear" w:pos="1080"/>
              </w:tabs>
              <w:spacing w:after="0" w:line="240" w:lineRule="auto"/>
              <w:ind w:left="7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DB7CA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078A7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66818851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6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1257699D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3E7B6BE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  <w:tr w:rsidR="00FB1B88" w:rsidRPr="00FB1B88" w14:paraId="27AAB4D9" w14:textId="77777777" w:rsidTr="00FB1B88">
        <w:trPr>
          <w:trHeight w:val="340"/>
        </w:trPr>
        <w:tc>
          <w:tcPr>
            <w:tcW w:w="4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581B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D229D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20</w:t>
            </w:r>
          </w:p>
        </w:tc>
        <w:tc>
          <w:tcPr>
            <w:tcW w:w="106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05CD89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2A22E477" w14:textId="77777777" w:rsidTr="00FB1B88">
        <w:trPr>
          <w:trHeight w:val="346"/>
        </w:trPr>
        <w:tc>
          <w:tcPr>
            <w:tcW w:w="158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8A58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Раздел 6. </w:t>
            </w: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Математическая информация</w:t>
            </w:r>
          </w:p>
        </w:tc>
      </w:tr>
      <w:tr w:rsidR="00FB1B88" w:rsidRPr="00FB1B88" w14:paraId="27BC6FD8" w14:textId="77777777" w:rsidTr="00FB1B88">
        <w:trPr>
          <w:trHeight w:val="93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37A7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6.1.</w:t>
            </w:r>
          </w:p>
        </w:tc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9D8A1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Классификация объектов по двум признакам.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72E9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52D3C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38EB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64A5C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F8364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90503E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634E38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14277E8E" w14:textId="77777777" w:rsidTr="00FB1B88">
        <w:trPr>
          <w:trHeight w:val="941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B7F79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6.2.</w:t>
            </w:r>
          </w:p>
        </w:tc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5FBCE" w14:textId="77777777" w:rsidR="00FB1B88" w:rsidRPr="00FB1B88" w:rsidRDefault="00FB1B88" w:rsidP="00FB1B88">
            <w:pPr>
              <w:spacing w:after="0" w:line="240" w:lineRule="auto"/>
              <w:ind w:left="84" w:right="172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9E62F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0431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B5F3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2FA25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468C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58852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B7153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4A2EDBA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95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939"/>
        <w:gridCol w:w="488"/>
        <w:gridCol w:w="828"/>
        <w:gridCol w:w="890"/>
        <w:gridCol w:w="608"/>
        <w:gridCol w:w="4267"/>
        <w:gridCol w:w="1741"/>
        <w:gridCol w:w="2509"/>
      </w:tblGrid>
      <w:tr w:rsidR="00FB1B88" w:rsidRPr="00FB1B88" w14:paraId="0928FCCC" w14:textId="77777777" w:rsidTr="00FB1B88">
        <w:trPr>
          <w:trHeight w:val="7142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DC694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6.3.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7C99F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EB8E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381BC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DB0E7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85612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AEDAC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529C9FFF" w14:textId="77777777" w:rsidR="00FB1B88" w:rsidRPr="00FB1B88" w:rsidRDefault="00FB1B88" w:rsidP="00FB1B88">
            <w:pPr>
              <w:spacing w:after="0" w:line="240" w:lineRule="auto"/>
              <w:ind w:left="78" w:right="31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5DB2E289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32A99276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2E6499E7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6470EF02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5B8E137D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E9499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7AAE5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7E93C9A9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7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06AC5AA0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1D1D53E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0476C7D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20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875"/>
        <w:gridCol w:w="509"/>
        <w:gridCol w:w="890"/>
        <w:gridCol w:w="951"/>
        <w:gridCol w:w="652"/>
        <w:gridCol w:w="4443"/>
        <w:gridCol w:w="1744"/>
        <w:gridCol w:w="2223"/>
      </w:tblGrid>
      <w:tr w:rsidR="00FB1B88" w:rsidRPr="00FB1B88" w14:paraId="4843D7F4" w14:textId="77777777" w:rsidTr="00FB1B88">
        <w:trPr>
          <w:trHeight w:val="7129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D89FA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6.4.</w:t>
            </w:r>
          </w:p>
        </w:tc>
        <w:tc>
          <w:tcPr>
            <w:tcW w:w="3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313D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Таблицы сложения и умножения: заполнение на основе результатов счёта.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DC92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B663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C2B0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BCBD1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6D8B6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2594720B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24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4AE7E51D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3D4D7090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5EE414C9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6EFE4001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2AEA502A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22103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9746A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6DC0967C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32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4199"/>
        <w:gridCol w:w="493"/>
        <w:gridCol w:w="839"/>
        <w:gridCol w:w="866"/>
        <w:gridCol w:w="616"/>
        <w:gridCol w:w="4325"/>
        <w:gridCol w:w="1745"/>
        <w:gridCol w:w="2222"/>
      </w:tblGrid>
      <w:tr w:rsidR="00FB1B88" w:rsidRPr="00FB1B88" w14:paraId="77EF980B" w14:textId="77777777" w:rsidTr="00FB1B88">
        <w:trPr>
          <w:trHeight w:val="7187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5A140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6.5.</w:t>
            </w:r>
          </w:p>
        </w:tc>
        <w:tc>
          <w:tcPr>
            <w:tcW w:w="4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BE0EB4" w14:textId="77777777" w:rsidR="00FB1B88" w:rsidRPr="00FB1B88" w:rsidRDefault="00FB1B88" w:rsidP="00FB1B88">
            <w:pPr>
              <w:spacing w:after="0" w:line="240" w:lineRule="auto"/>
              <w:ind w:left="84" w:right="33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Формализованное описание последовательности действий (инструкция, план, схема, алгоритм).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6ECE7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FB27C4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17FD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23BD6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E6DB1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2382D6D3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24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6D7826FB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357C4C37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7C84BC82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0B40C1F6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4E5DC239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0E5F6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305BB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3DA8D848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903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932"/>
        <w:gridCol w:w="494"/>
        <w:gridCol w:w="840"/>
        <w:gridCol w:w="901"/>
        <w:gridCol w:w="616"/>
        <w:gridCol w:w="4311"/>
        <w:gridCol w:w="1753"/>
        <w:gridCol w:w="2526"/>
      </w:tblGrid>
      <w:tr w:rsidR="00FB1B88" w:rsidRPr="00FB1B88" w14:paraId="1C5D4CCA" w14:textId="77777777" w:rsidTr="00FB1B88">
        <w:trPr>
          <w:trHeight w:val="7193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E066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6.6.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C8FC8E" w14:textId="77777777" w:rsidR="00FB1B88" w:rsidRPr="00FB1B88" w:rsidRDefault="00FB1B88" w:rsidP="00FB1B88">
            <w:pPr>
              <w:spacing w:after="0" w:line="240" w:lineRule="auto"/>
              <w:ind w:left="84" w:right="116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DAA9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5C53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FA789D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F1DF05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5C7AB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18C9A08C" w14:textId="77777777" w:rsidR="00FB1B88" w:rsidRPr="00FB1B88" w:rsidRDefault="00FB1B88" w:rsidP="00FB1B88">
            <w:pPr>
              <w:spacing w:after="0" w:line="240" w:lineRule="auto"/>
              <w:ind w:left="78" w:right="31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0A20E1E5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2A86C929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0FE001DD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1FB43834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5FDCF037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85934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2F6F6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  <w:p w14:paraId="4648F164" w14:textId="77777777" w:rsidR="00FB1B88" w:rsidRPr="00FB1B88" w:rsidRDefault="007A2850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hyperlink r:id="rId28" w:history="1">
              <w:r w:rsidR="00FB1B88" w:rsidRPr="00FB1B88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val="ru-RU" w:eastAsia="ru-RU"/>
                </w:rPr>
                <w:t>https://education.yandex.ru</w:t>
              </w:r>
            </w:hyperlink>
          </w:p>
          <w:p w14:paraId="776161BE" w14:textId="77777777" w:rsidR="00FB1B88" w:rsidRPr="00FB1B88" w:rsidRDefault="00FB1B88" w:rsidP="00FB1B8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Электронное приложение к учебнику</w:t>
            </w:r>
          </w:p>
          <w:p w14:paraId="6DEF9CB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«Математика», 3 класс (Диск СD), авторы С.И Волкова, С.П.Максимова единая коллекция цифровых образовательных ресурсов (или по адресу: http://school- collection.edu.ru)</w:t>
            </w:r>
          </w:p>
        </w:tc>
      </w:tr>
    </w:tbl>
    <w:p w14:paraId="4257AF89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747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3994"/>
        <w:gridCol w:w="501"/>
        <w:gridCol w:w="866"/>
        <w:gridCol w:w="895"/>
        <w:gridCol w:w="636"/>
        <w:gridCol w:w="4379"/>
        <w:gridCol w:w="1736"/>
        <w:gridCol w:w="2211"/>
      </w:tblGrid>
      <w:tr w:rsidR="00FB1B88" w:rsidRPr="00FB1B88" w14:paraId="69CBB24B" w14:textId="77777777" w:rsidTr="00FB1B88">
        <w:trPr>
          <w:trHeight w:val="7158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5DF8E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6.7.</w:t>
            </w: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8E1AAF" w14:textId="77777777" w:rsidR="00FB1B88" w:rsidRPr="00FB1B88" w:rsidRDefault="00FB1B88" w:rsidP="00FB1B88">
            <w:pPr>
              <w:spacing w:after="0" w:line="240" w:lineRule="auto"/>
              <w:ind w:left="84" w:right="20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Столбчатая диаграмма: чтение, использование данных для решения учебных и практических задач.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28C1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E4D9AB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F5F5E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A88B8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BC013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526492CF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24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7760FD57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5EE3F341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69F8002B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6A2B5F9D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1CFFFCC1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902F1D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C2B7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</w:tbl>
    <w:p w14:paraId="4683C714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15895" w:type="dxa"/>
        <w:tblInd w:w="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3836"/>
        <w:gridCol w:w="581"/>
        <w:gridCol w:w="943"/>
        <w:gridCol w:w="1011"/>
        <w:gridCol w:w="633"/>
        <w:gridCol w:w="4391"/>
        <w:gridCol w:w="1752"/>
        <w:gridCol w:w="2235"/>
      </w:tblGrid>
      <w:tr w:rsidR="00FB1B88" w:rsidRPr="00FB1B88" w14:paraId="1B4B1F1D" w14:textId="77777777" w:rsidTr="00FB1B88">
        <w:trPr>
          <w:trHeight w:val="723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9305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lastRenderedPageBreak/>
              <w:t>6.8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F7C66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ru-RU" w:eastAsia="ru-RU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94414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2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98192F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0AC6E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CCFC0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3AD80F" w14:textId="77777777" w:rsidR="00FB1B88" w:rsidRPr="00FB1B88" w:rsidRDefault="00FB1B88" w:rsidP="00FB1B88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78" w:right="12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средствами.;</w:t>
            </w:r>
          </w:p>
          <w:p w14:paraId="597F9316" w14:textId="77777777" w:rsidR="00FB1B88" w:rsidRPr="00FB1B88" w:rsidRDefault="00FB1B88" w:rsidP="00FB1B8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8" w:right="244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«значит».;</w:t>
            </w:r>
          </w:p>
          <w:p w14:paraId="0E3A9274" w14:textId="77777777" w:rsidR="00FB1B88" w:rsidRPr="00FB1B88" w:rsidRDefault="00FB1B88" w:rsidP="00FB1B88">
            <w:pPr>
              <w:spacing w:after="0" w:line="240" w:lineRule="auto"/>
              <w:ind w:left="78" w:right="16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Оформление результата вычисления по алгоритму.; Использование математической терминологии для описания сюжетной ситуации, отношений и зависимостей.; 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вопрос).;</w:t>
            </w:r>
          </w:p>
          <w:p w14:paraId="78112F59" w14:textId="77777777" w:rsidR="00FB1B88" w:rsidRPr="00FB1B88" w:rsidRDefault="00FB1B88" w:rsidP="00FB1B88">
            <w:pPr>
              <w:spacing w:after="0" w:line="240" w:lineRule="auto"/>
              <w:ind w:left="78" w:right="558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Моделирование предложенной ситуации, нахождение и представление в тексте или графически всех найденных решений.;</w:t>
            </w:r>
          </w:p>
          <w:p w14:paraId="465266E9" w14:textId="77777777" w:rsidR="00FB1B88" w:rsidRPr="00FB1B88" w:rsidRDefault="00FB1B88" w:rsidP="00FB1B88">
            <w:pPr>
              <w:spacing w:after="0" w:line="240" w:lineRule="auto"/>
              <w:ind w:left="78" w:right="15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прямоугольника.;</w:t>
            </w:r>
          </w:p>
          <w:p w14:paraId="6242E2F7" w14:textId="77777777" w:rsidR="00FB1B88" w:rsidRPr="00FB1B88" w:rsidRDefault="00FB1B88" w:rsidP="00FB1B88">
            <w:pPr>
              <w:spacing w:after="0" w:line="240" w:lineRule="auto"/>
              <w:ind w:left="78" w:right="24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диаграмме).;</w:t>
            </w:r>
          </w:p>
          <w:p w14:paraId="3B0A1445" w14:textId="77777777" w:rsidR="00FB1B88" w:rsidRPr="00FB1B88" w:rsidRDefault="00FB1B88" w:rsidP="00FB1B88">
            <w:pPr>
              <w:spacing w:after="0" w:line="240" w:lineRule="auto"/>
              <w:ind w:left="78" w:right="35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задач.; Учебный диалог: символы, знаки, пиктограммы; их использование в повседневной жизни и в математике.; Составление правил работы с известными электронными средствами обучения (ЭФУ, тренажёры и др.);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B85C2F" w14:textId="77777777" w:rsidR="00FB1B88" w:rsidRPr="00FB1B88" w:rsidRDefault="00FB1B88" w:rsidP="00FB1B88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90" w:right="18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Устный опрос; Письменный контроль;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B524A2" w14:textId="77777777" w:rsidR="00FB1B88" w:rsidRPr="00FB1B88" w:rsidRDefault="00FB1B88" w:rsidP="00FB1B8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100" w:firstLine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http://school- collection.edu.ru/catalog/</w:t>
            </w:r>
          </w:p>
        </w:tc>
      </w:tr>
      <w:tr w:rsidR="00FB1B88" w:rsidRPr="00FB1B88" w14:paraId="3C9B3FEE" w14:textId="77777777" w:rsidTr="00FB1B88">
        <w:trPr>
          <w:trHeight w:val="344"/>
        </w:trPr>
        <w:tc>
          <w:tcPr>
            <w:tcW w:w="4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56138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Итого по разделу: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F7855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15</w:t>
            </w:r>
          </w:p>
        </w:tc>
        <w:tc>
          <w:tcPr>
            <w:tcW w:w="109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850AA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64D2B9F7" w14:textId="77777777" w:rsidTr="00FB1B88">
        <w:trPr>
          <w:trHeight w:val="338"/>
        </w:trPr>
        <w:tc>
          <w:tcPr>
            <w:tcW w:w="4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073D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Резервное время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97D10C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10</w:t>
            </w:r>
          </w:p>
        </w:tc>
        <w:tc>
          <w:tcPr>
            <w:tcW w:w="109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B9513" w14:textId="77777777" w:rsidR="00FB1B88" w:rsidRPr="00FB1B88" w:rsidRDefault="00FB1B88" w:rsidP="00FB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FB1B88" w:rsidRPr="00FB1B88" w14:paraId="14B8F41A" w14:textId="77777777" w:rsidTr="00FB1B88">
        <w:trPr>
          <w:trHeight w:val="344"/>
        </w:trPr>
        <w:tc>
          <w:tcPr>
            <w:tcW w:w="4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51E30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D3C8AB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136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60891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9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34EE3" w14:textId="77777777" w:rsidR="00FB1B88" w:rsidRPr="00FB1B88" w:rsidRDefault="00FB1B88" w:rsidP="00FB1B88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B1B8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  <w:t>11</w:t>
            </w:r>
          </w:p>
        </w:tc>
        <w:tc>
          <w:tcPr>
            <w:tcW w:w="90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61462" w14:textId="77777777" w:rsidR="00FB1B88" w:rsidRPr="00FB1B88" w:rsidRDefault="00FB1B88" w:rsidP="00FB1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</w:tbl>
    <w:p w14:paraId="48B085AE" w14:textId="26BBC0A1" w:rsidR="00593AB9" w:rsidRDefault="00593AB9" w:rsidP="00FB1B88">
      <w:pPr>
        <w:tabs>
          <w:tab w:val="left" w:pos="2904"/>
        </w:tabs>
      </w:pPr>
    </w:p>
    <w:p w14:paraId="19C7477F" w14:textId="77777777" w:rsidR="00087E82" w:rsidRDefault="00087E82" w:rsidP="00FB1B88">
      <w:pPr>
        <w:tabs>
          <w:tab w:val="left" w:pos="2904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022C5CC1" w14:textId="77777777" w:rsidR="00087E82" w:rsidRDefault="00087E82" w:rsidP="00FB1B88">
      <w:pPr>
        <w:tabs>
          <w:tab w:val="left" w:pos="2904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0BD9A07B" w14:textId="0D0E8C63" w:rsidR="00E4414F" w:rsidRDefault="00E4414F" w:rsidP="00FB1B88">
      <w:pPr>
        <w:tabs>
          <w:tab w:val="left" w:pos="2904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tbl>
      <w:tblPr>
        <w:tblStyle w:val="TableNormal"/>
        <w:tblW w:w="1585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6374"/>
        <w:gridCol w:w="572"/>
        <w:gridCol w:w="1196"/>
        <w:gridCol w:w="1235"/>
        <w:gridCol w:w="3212"/>
        <w:gridCol w:w="1339"/>
        <w:gridCol w:w="1495"/>
      </w:tblGrid>
      <w:tr w:rsidR="00087E82" w:rsidRPr="00087E82" w14:paraId="1B6107E7" w14:textId="77777777" w:rsidTr="00087E82">
        <w:trPr>
          <w:trHeight w:val="335"/>
        </w:trPr>
        <w:tc>
          <w:tcPr>
            <w:tcW w:w="429" w:type="dxa"/>
            <w:vMerge w:val="restart"/>
          </w:tcPr>
          <w:p w14:paraId="6B2C23D1" w14:textId="77777777" w:rsidR="00087E82" w:rsidRPr="00087E82" w:rsidRDefault="00087E82" w:rsidP="00087E82">
            <w:pPr>
              <w:spacing w:before="74" w:line="266" w:lineRule="auto"/>
              <w:ind w:left="76" w:right="6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lastRenderedPageBreak/>
              <w:t>№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п/п</w:t>
            </w:r>
          </w:p>
        </w:tc>
        <w:tc>
          <w:tcPr>
            <w:tcW w:w="6374" w:type="dxa"/>
            <w:vMerge w:val="restart"/>
          </w:tcPr>
          <w:p w14:paraId="1766FF8A" w14:textId="77777777" w:rsidR="00087E82" w:rsidRPr="00087E82" w:rsidRDefault="00087E82" w:rsidP="00087E82">
            <w:pPr>
              <w:spacing w:before="74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Наименование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разделов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тем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3003" w:type="dxa"/>
            <w:gridSpan w:val="3"/>
          </w:tcPr>
          <w:p w14:paraId="65661949" w14:textId="77777777" w:rsidR="00087E82" w:rsidRPr="00087E82" w:rsidRDefault="00087E82" w:rsidP="00087E82">
            <w:pPr>
              <w:spacing w:before="7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Количество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часов</w:t>
            </w:r>
          </w:p>
        </w:tc>
        <w:tc>
          <w:tcPr>
            <w:tcW w:w="3212" w:type="dxa"/>
            <w:vMerge w:val="restart"/>
          </w:tcPr>
          <w:p w14:paraId="18E502A7" w14:textId="77777777" w:rsidR="00087E82" w:rsidRPr="00087E82" w:rsidRDefault="00087E82" w:rsidP="00087E82">
            <w:pPr>
              <w:spacing w:before="74"/>
              <w:ind w:left="7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Виды</w:t>
            </w:r>
            <w:r w:rsidRPr="00087E8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деятельности</w:t>
            </w:r>
          </w:p>
        </w:tc>
        <w:tc>
          <w:tcPr>
            <w:tcW w:w="1339" w:type="dxa"/>
            <w:vMerge w:val="restart"/>
          </w:tcPr>
          <w:p w14:paraId="24A3812F" w14:textId="77777777" w:rsidR="00087E82" w:rsidRPr="00087E82" w:rsidRDefault="00087E82" w:rsidP="00087E82">
            <w:pPr>
              <w:spacing w:before="74" w:line="266" w:lineRule="auto"/>
              <w:ind w:left="79" w:right="161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>Виды, формы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контроля</w:t>
            </w:r>
          </w:p>
        </w:tc>
        <w:tc>
          <w:tcPr>
            <w:tcW w:w="1495" w:type="dxa"/>
            <w:vMerge w:val="restart"/>
          </w:tcPr>
          <w:p w14:paraId="2F9FAA9D" w14:textId="77777777" w:rsidR="00087E82" w:rsidRPr="00087E82" w:rsidRDefault="00087E82" w:rsidP="00087E82">
            <w:pPr>
              <w:spacing w:before="74" w:line="266" w:lineRule="auto"/>
              <w:ind w:left="80" w:right="4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Электронные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(цифровые)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образовательные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ресурсы</w:t>
            </w:r>
          </w:p>
        </w:tc>
      </w:tr>
      <w:tr w:rsidR="00087E82" w:rsidRPr="00087E82" w14:paraId="4EDE910F" w14:textId="77777777" w:rsidTr="00087E82">
        <w:trPr>
          <w:trHeight w:val="566"/>
        </w:trPr>
        <w:tc>
          <w:tcPr>
            <w:tcW w:w="429" w:type="dxa"/>
            <w:vMerge/>
            <w:tcBorders>
              <w:top w:val="nil"/>
            </w:tcBorders>
          </w:tcPr>
          <w:p w14:paraId="7478EB9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374" w:type="dxa"/>
            <w:vMerge/>
            <w:tcBorders>
              <w:top w:val="nil"/>
            </w:tcBorders>
          </w:tcPr>
          <w:p w14:paraId="5DF3661C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2" w:type="dxa"/>
          </w:tcPr>
          <w:p w14:paraId="5DA1210D" w14:textId="77777777" w:rsidR="00087E82" w:rsidRPr="00087E82" w:rsidRDefault="00087E82" w:rsidP="00087E82">
            <w:pPr>
              <w:spacing w:before="7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всего</w:t>
            </w:r>
          </w:p>
        </w:tc>
        <w:tc>
          <w:tcPr>
            <w:tcW w:w="1196" w:type="dxa"/>
          </w:tcPr>
          <w:p w14:paraId="097DEA9C" w14:textId="77777777" w:rsidR="00087E82" w:rsidRPr="00087E82" w:rsidRDefault="00087E82" w:rsidP="00087E82">
            <w:pPr>
              <w:spacing w:before="74" w:line="266" w:lineRule="auto"/>
              <w:ind w:left="77"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контрольные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1235" w:type="dxa"/>
          </w:tcPr>
          <w:p w14:paraId="3E9E11F4" w14:textId="77777777" w:rsidR="00087E82" w:rsidRPr="00087E82" w:rsidRDefault="00087E82" w:rsidP="00087E82">
            <w:pPr>
              <w:spacing w:before="74" w:line="266" w:lineRule="auto"/>
              <w:ind w:left="78"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практические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3212" w:type="dxa"/>
            <w:vMerge/>
            <w:tcBorders>
              <w:top w:val="nil"/>
            </w:tcBorders>
          </w:tcPr>
          <w:p w14:paraId="512388B8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5B40D4D5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131CEFC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87E82" w:rsidRPr="00087E82" w14:paraId="3C44EE87" w14:textId="77777777" w:rsidTr="00087E82">
        <w:trPr>
          <w:trHeight w:val="260"/>
        </w:trPr>
        <w:tc>
          <w:tcPr>
            <w:tcW w:w="429" w:type="dxa"/>
            <w:tcBorders>
              <w:bottom w:val="nil"/>
            </w:tcBorders>
          </w:tcPr>
          <w:p w14:paraId="4B6FBB6C" w14:textId="77777777" w:rsidR="00087E82" w:rsidRPr="00087E82" w:rsidRDefault="00087E82" w:rsidP="00087E82">
            <w:pPr>
              <w:spacing w:before="74" w:line="163" w:lineRule="exact"/>
              <w:ind w:left="55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1.1.</w:t>
            </w:r>
          </w:p>
        </w:tc>
        <w:tc>
          <w:tcPr>
            <w:tcW w:w="6374" w:type="dxa"/>
            <w:tcBorders>
              <w:bottom w:val="nil"/>
            </w:tcBorders>
          </w:tcPr>
          <w:p w14:paraId="1876094F" w14:textId="77777777" w:rsidR="00087E82" w:rsidRPr="00087E82" w:rsidRDefault="00087E82" w:rsidP="00087E82">
            <w:pPr>
              <w:spacing w:before="74" w:line="163" w:lineRule="exact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Числа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пределах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миллиона: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чтение,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запись,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поразрядное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сравнение,</w:t>
            </w:r>
          </w:p>
        </w:tc>
        <w:tc>
          <w:tcPr>
            <w:tcW w:w="572" w:type="dxa"/>
            <w:tcBorders>
              <w:bottom w:val="nil"/>
            </w:tcBorders>
          </w:tcPr>
          <w:p w14:paraId="034FE4D5" w14:textId="77777777" w:rsidR="00087E82" w:rsidRPr="00087E82" w:rsidRDefault="00087E82" w:rsidP="00087E82">
            <w:pPr>
              <w:spacing w:before="74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96" w:type="dxa"/>
            <w:tcBorders>
              <w:bottom w:val="nil"/>
            </w:tcBorders>
          </w:tcPr>
          <w:p w14:paraId="2B0A7DA5" w14:textId="77777777" w:rsidR="00087E82" w:rsidRPr="00087E82" w:rsidRDefault="00087E82" w:rsidP="00087E82">
            <w:pPr>
              <w:spacing w:before="74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235" w:type="dxa"/>
            <w:tcBorders>
              <w:bottom w:val="nil"/>
            </w:tcBorders>
          </w:tcPr>
          <w:p w14:paraId="4C82FA9C" w14:textId="77777777" w:rsidR="00087E82" w:rsidRPr="00087E82" w:rsidRDefault="00087E82" w:rsidP="00087E82">
            <w:pPr>
              <w:spacing w:before="74" w:line="163" w:lineRule="exact"/>
              <w:ind w:left="7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3212" w:type="dxa"/>
            <w:tcBorders>
              <w:bottom w:val="nil"/>
            </w:tcBorders>
          </w:tcPr>
          <w:p w14:paraId="57D51115" w14:textId="77777777" w:rsidR="00087E82" w:rsidRPr="00087E82" w:rsidRDefault="00087E82" w:rsidP="00087E82">
            <w:pPr>
              <w:spacing w:before="74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Упражнения: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устная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</w:p>
        </w:tc>
        <w:tc>
          <w:tcPr>
            <w:tcW w:w="1339" w:type="dxa"/>
            <w:tcBorders>
              <w:bottom w:val="nil"/>
            </w:tcBorders>
          </w:tcPr>
          <w:p w14:paraId="23FD2760" w14:textId="77777777" w:rsidR="00087E82" w:rsidRPr="00087E82" w:rsidRDefault="00087E82" w:rsidP="00087E82">
            <w:pPr>
              <w:spacing w:before="74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495" w:type="dxa"/>
            <w:tcBorders>
              <w:bottom w:val="nil"/>
            </w:tcBorders>
          </w:tcPr>
          <w:p w14:paraId="41DC520F" w14:textId="77777777" w:rsidR="00087E82" w:rsidRPr="00087E82" w:rsidRDefault="00087E82" w:rsidP="00087E82">
            <w:pPr>
              <w:spacing w:before="74" w:line="163" w:lineRule="exact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</w:tr>
      <w:tr w:rsidR="00087E82" w:rsidRPr="00087E82" w14:paraId="2973790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B7F8C2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2730AF94" w14:textId="77777777" w:rsidR="00087E82" w:rsidRPr="00087E82" w:rsidRDefault="00087E82" w:rsidP="00087E82">
            <w:pPr>
              <w:spacing w:before="8" w:line="163" w:lineRule="exact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упорядочение.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1CC7A7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C82D57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7243EC7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2D3F1A4" w14:textId="77777777" w:rsidR="00087E82" w:rsidRPr="00087E82" w:rsidRDefault="00087E82" w:rsidP="00087E82">
            <w:pPr>
              <w:spacing w:before="8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письменная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7E9FB05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64FAB82" w14:textId="77777777" w:rsidR="00087E82" w:rsidRPr="00087E82" w:rsidRDefault="00087E82" w:rsidP="00087E82">
            <w:pPr>
              <w:spacing w:before="8" w:line="163" w:lineRule="exact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1A5A562B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4DF6395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A01880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27CB755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3606E1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56BE44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7228BE1" w14:textId="77777777" w:rsidR="00087E82" w:rsidRPr="00087E82" w:rsidRDefault="00087E82" w:rsidP="00087E82">
            <w:pPr>
              <w:spacing w:before="8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числами: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запись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35D2722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7B3088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428BD13D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16A87B8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58979D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B85A8D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1ABD53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81E876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663D42A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многозначного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732B80A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FCB3A6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EA6D03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08E6F2D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F00031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E837E6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594B7E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55F7F7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BA8F52F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BD2CB77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0D4615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8D66B2D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08DF1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507A2F7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A7C64A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12EA59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592CDB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BEBEDF5" w14:textId="77777777" w:rsidR="00087E82" w:rsidRPr="00087E82" w:rsidRDefault="00087E82" w:rsidP="00087E82">
            <w:pPr>
              <w:spacing w:before="8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его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представление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514941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182FAA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38553DC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44DA720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B54E70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330071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48D718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7149E06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A33840C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виде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суммы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разрядных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слагаемых;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55DA11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3F9DC4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7E6EEEA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1CEEE94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4771D4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38AB359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B34957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B55B58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2215BE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классы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4CF635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321EF5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1F6573B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1683D7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70B738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D5C8FD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307C83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C98789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05607F4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разряды;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выбор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F7BD4B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C9D19D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781F8369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27D366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89C90D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96E55C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8DCEDC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E9A161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84EA921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заданными;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CBB2E2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3E58B5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D46AFE9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C01482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83B026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AD8D0D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AD169C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ED3D9A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0528849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свойствами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(число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943021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AB4986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17E637F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BD73BF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4B25112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810FB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E87D69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C40DE8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FA51824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разрядных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единиц;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B9BDAB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52397A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CE2D506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58BBD9F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39A51ED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E9BDBB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C49DB1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867F8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7B8D23D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8661AA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019E7E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17ACE68" w14:textId="77777777" w:rsidTr="00087E82">
        <w:trPr>
          <w:trHeight w:val="269"/>
        </w:trPr>
        <w:tc>
          <w:tcPr>
            <w:tcW w:w="429" w:type="dxa"/>
            <w:tcBorders>
              <w:top w:val="nil"/>
            </w:tcBorders>
          </w:tcPr>
          <w:p w14:paraId="151318E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374" w:type="dxa"/>
            <w:tcBorders>
              <w:top w:val="nil"/>
            </w:tcBorders>
          </w:tcPr>
          <w:p w14:paraId="18B01C7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14:paraId="37407E9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14:paraId="4045F2C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14:paraId="56806AE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14:paraId="1792F8BE" w14:textId="77777777" w:rsidR="00087E82" w:rsidRPr="00087E82" w:rsidRDefault="00087E82" w:rsidP="00087E82">
            <w:pPr>
              <w:spacing w:before="8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чётность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т.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д.);;</w:t>
            </w:r>
          </w:p>
        </w:tc>
        <w:tc>
          <w:tcPr>
            <w:tcW w:w="1339" w:type="dxa"/>
            <w:tcBorders>
              <w:top w:val="nil"/>
            </w:tcBorders>
          </w:tcPr>
          <w:p w14:paraId="7C5D410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14:paraId="20957A2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7D07DD68" w14:textId="77777777" w:rsidTr="00087E82">
        <w:trPr>
          <w:trHeight w:val="260"/>
        </w:trPr>
        <w:tc>
          <w:tcPr>
            <w:tcW w:w="429" w:type="dxa"/>
            <w:tcBorders>
              <w:bottom w:val="nil"/>
            </w:tcBorders>
          </w:tcPr>
          <w:p w14:paraId="7F4D28C5" w14:textId="77777777" w:rsidR="00087E82" w:rsidRPr="00087E82" w:rsidRDefault="00087E82" w:rsidP="00087E82">
            <w:pPr>
              <w:spacing w:before="74" w:line="163" w:lineRule="exact"/>
              <w:ind w:left="55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1.2.</w:t>
            </w:r>
          </w:p>
        </w:tc>
        <w:tc>
          <w:tcPr>
            <w:tcW w:w="6374" w:type="dxa"/>
            <w:tcBorders>
              <w:bottom w:val="nil"/>
            </w:tcBorders>
          </w:tcPr>
          <w:p w14:paraId="4E220839" w14:textId="77777777" w:rsidR="00087E82" w:rsidRPr="00087E82" w:rsidRDefault="00087E82" w:rsidP="00087E82">
            <w:pPr>
              <w:spacing w:before="74" w:line="163" w:lineRule="exact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большее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или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меньшее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данного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2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заданное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разрядных</w:t>
            </w:r>
          </w:p>
        </w:tc>
        <w:tc>
          <w:tcPr>
            <w:tcW w:w="572" w:type="dxa"/>
            <w:tcBorders>
              <w:bottom w:val="nil"/>
            </w:tcBorders>
          </w:tcPr>
          <w:p w14:paraId="0AA259E3" w14:textId="77777777" w:rsidR="00087E82" w:rsidRPr="00087E82" w:rsidRDefault="00087E82" w:rsidP="00087E82">
            <w:pPr>
              <w:spacing w:before="74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96" w:type="dxa"/>
            <w:tcBorders>
              <w:bottom w:val="nil"/>
            </w:tcBorders>
          </w:tcPr>
          <w:p w14:paraId="115F1184" w14:textId="77777777" w:rsidR="00087E82" w:rsidRPr="00087E82" w:rsidRDefault="00087E82" w:rsidP="00087E82">
            <w:pPr>
              <w:spacing w:before="74" w:line="163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235" w:type="dxa"/>
            <w:tcBorders>
              <w:bottom w:val="nil"/>
            </w:tcBorders>
          </w:tcPr>
          <w:p w14:paraId="072FA356" w14:textId="77777777" w:rsidR="00087E82" w:rsidRPr="00087E82" w:rsidRDefault="00087E82" w:rsidP="00087E82">
            <w:pPr>
              <w:spacing w:before="74" w:line="163" w:lineRule="exact"/>
              <w:ind w:left="7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3212" w:type="dxa"/>
            <w:tcBorders>
              <w:bottom w:val="nil"/>
            </w:tcBorders>
          </w:tcPr>
          <w:p w14:paraId="4999DE6D" w14:textId="77777777" w:rsidR="00087E82" w:rsidRPr="00087E82" w:rsidRDefault="00087E82" w:rsidP="00087E82">
            <w:pPr>
              <w:spacing w:before="74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Моделирование</w:t>
            </w:r>
          </w:p>
        </w:tc>
        <w:tc>
          <w:tcPr>
            <w:tcW w:w="1339" w:type="dxa"/>
            <w:tcBorders>
              <w:bottom w:val="nil"/>
            </w:tcBorders>
          </w:tcPr>
          <w:p w14:paraId="2EF6E0AD" w14:textId="77777777" w:rsidR="00087E82" w:rsidRPr="00087E82" w:rsidRDefault="00087E82" w:rsidP="00087E82">
            <w:pPr>
              <w:spacing w:before="74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495" w:type="dxa"/>
            <w:tcBorders>
              <w:bottom w:val="nil"/>
            </w:tcBorders>
          </w:tcPr>
          <w:p w14:paraId="501627F6" w14:textId="77777777" w:rsidR="00087E82" w:rsidRPr="00087E82" w:rsidRDefault="00087E82" w:rsidP="00087E82">
            <w:pPr>
              <w:spacing w:before="74" w:line="163" w:lineRule="exact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</w:tr>
      <w:tr w:rsidR="00087E82" w:rsidRPr="00087E82" w14:paraId="357A7C0D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1C5E53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FF6D0A3" w14:textId="77777777" w:rsidR="00087E82" w:rsidRPr="00087E82" w:rsidRDefault="00087E82" w:rsidP="00087E82">
            <w:pPr>
              <w:spacing w:before="8" w:line="163" w:lineRule="exact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единиц,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заданное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раз.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AAEC16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D3E4B2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9D5327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2FDD44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многозначных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EC5617C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539CD02" w14:textId="77777777" w:rsidR="00087E82" w:rsidRPr="00087E82" w:rsidRDefault="00087E82" w:rsidP="00087E82">
            <w:pPr>
              <w:spacing w:before="8" w:line="163" w:lineRule="exact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05BEBD2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6F5CCA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EB8D28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372215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2C75262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54648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45BA432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AB6D5C1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332FA7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E13B91C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016A936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0A585E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90F8EB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4E3021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3D3C64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E6A8C27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характеристика</w:t>
            </w:r>
          </w:p>
          <w:p w14:paraId="188F7F66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4172D9E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3DDDC5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717A1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465FF6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802EE19" w14:textId="77777777" w:rsidR="00087E82" w:rsidRPr="00087E82" w:rsidRDefault="007A2850" w:rsidP="00087E82">
            <w:pPr>
              <w:spacing w:before="61" w:line="266" w:lineRule="auto"/>
              <w:ind w:left="81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29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53752852" w14:textId="77777777" w:rsidR="00087E82" w:rsidRPr="00087E82" w:rsidRDefault="00087E82" w:rsidP="00087E82">
            <w:pPr>
              <w:spacing w:before="61" w:line="266" w:lineRule="auto"/>
              <w:ind w:left="8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5098B99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30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2C9F01CC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5B11AF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663A37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782AEC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B77B1A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79E737B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6509450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классов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разрядов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C56833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DF50A7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4034BA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B14BA0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531DDB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35126A8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E8C87D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045218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724BFCA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многозначного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числа.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7DE909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05E7D8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5FF0D40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D7975A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27A3151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366C8DD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D892D7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2A2245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1581B74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Учебный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диалог: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C221DC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3DD908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7F17CA2D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4AC012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5B60CA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40FBBA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A9DF76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92974E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675874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формулирование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5D350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6BEC1A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4B5DD86B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4EB42E7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1683AE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6A9041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D0FB5F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EC467A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FC91783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проверка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истинности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097A5A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4BABFD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F3D407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A4467B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5D4CF34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C1E1CB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A41B46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5B3F9A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47CD0F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утверждения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числе.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36932A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5C9F15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BDD0B73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0BDE301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65E740D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3B030B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949621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F454AE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057300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Запись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BDA212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A37DB1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2AF6E41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A0D0B8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5180F2B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AEC562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7B22A2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907EA0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FAA7399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92198F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8F6E4A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891E89D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0F25907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2F2367A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C4BCC9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2F426F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B881D2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FD38DA7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обладающего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1EE35D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A93F10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43D53B18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7095B7C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3AB8715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0DFD51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5FDC03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2C321E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2F81EF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заданным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свойством.;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3C8BC3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6E9D67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9423F77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648D37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2E594F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C8F75B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6A3754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77D6D41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792A80F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Называние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046021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8CC1B5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9ED8B50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4D895DB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29DC489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2DA657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F72283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297DBE7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800CF12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объяснение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214B85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FF08A1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F67E3F4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19064D7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21D57F3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67DCC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31EFA3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067150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42D9795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числа:;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41D0A1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91901D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F9EBA01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6FA0DB7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91107B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D614E5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9076A8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C8E678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E267F82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чётное/нечётное;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5F6736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AB6BDD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87A9A26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57526F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08702B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267F648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0041085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9E9649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69C3F7A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E0095E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78305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22A90A0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327855E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4D85792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485CA6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BB18C5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56263D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A9CEE6B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круглое;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1736B5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3EACF9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17AB1CE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05FB09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AABB9E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9088B4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7D4A00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30CEA7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18BA59A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трёх-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55D050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C9594D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24711D8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5B03CED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3C226E3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FE9FE3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EC9F7C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533031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10AE1AC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(четырёх-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9806C8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ED0909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98884C1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5B847F6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517AC5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83C5CD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EC2F4B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83291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708B69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пяти-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45152B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EDEEF2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214A41E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559A9B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7BCFD35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EECEF2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2A0815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28FBBE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F287511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E1FF97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BB1765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F7DE6F9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5CE8F08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6F6179B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9880EB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3A87DA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31E887D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0AF4035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шести-)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значное;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E3EFE9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1B95EF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04939B9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4C12E15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0B5C467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E08E87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6CC4E1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6DCAF3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B3B5356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ведение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DF8C91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C47F9D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C25AF2C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24384F0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1F3C1A0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FBE722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282D26B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673231C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BADC66B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математических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4A19FC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77B9C3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A52223E" w14:textId="77777777" w:rsidTr="00087E82">
        <w:trPr>
          <w:trHeight w:val="193"/>
        </w:trPr>
        <w:tc>
          <w:tcPr>
            <w:tcW w:w="429" w:type="dxa"/>
            <w:tcBorders>
              <w:top w:val="nil"/>
              <w:bottom w:val="nil"/>
            </w:tcBorders>
          </w:tcPr>
          <w:p w14:paraId="1CBDEAC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374" w:type="dxa"/>
            <w:tcBorders>
              <w:top w:val="nil"/>
              <w:bottom w:val="nil"/>
            </w:tcBorders>
          </w:tcPr>
          <w:p w14:paraId="3CE3915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14B2B9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BD4252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54A25F8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438785D" w14:textId="77777777" w:rsidR="00087E82" w:rsidRPr="00087E82" w:rsidRDefault="00087E82" w:rsidP="00087E82">
            <w:pPr>
              <w:spacing w:before="8" w:line="163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записей;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56E875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C49E7E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17653FC" w14:textId="77777777" w:rsidTr="00087E82">
        <w:trPr>
          <w:trHeight w:val="269"/>
        </w:trPr>
        <w:tc>
          <w:tcPr>
            <w:tcW w:w="429" w:type="dxa"/>
            <w:tcBorders>
              <w:top w:val="nil"/>
            </w:tcBorders>
          </w:tcPr>
          <w:p w14:paraId="6BF88DA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374" w:type="dxa"/>
            <w:tcBorders>
              <w:top w:val="nil"/>
            </w:tcBorders>
          </w:tcPr>
          <w:p w14:paraId="395EED1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14:paraId="09B9CEB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14:paraId="383D048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14:paraId="17E356A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14:paraId="07812E6D" w14:textId="77777777" w:rsidR="00087E82" w:rsidRPr="00087E82" w:rsidRDefault="00087E82" w:rsidP="00087E82">
            <w:pPr>
              <w:spacing w:before="8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01DEBD9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14:paraId="591B902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</w:tbl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617"/>
        <w:gridCol w:w="3212"/>
        <w:gridCol w:w="1236"/>
        <w:gridCol w:w="1380"/>
      </w:tblGrid>
      <w:tr w:rsidR="00087E82" w:rsidRPr="00087E82" w14:paraId="05CA0E9E" w14:textId="77777777" w:rsidTr="00BA4D64">
        <w:trPr>
          <w:trHeight w:val="258"/>
        </w:trPr>
        <w:tc>
          <w:tcPr>
            <w:tcW w:w="396" w:type="dxa"/>
            <w:tcBorders>
              <w:bottom w:val="nil"/>
            </w:tcBorders>
          </w:tcPr>
          <w:p w14:paraId="1C6B6A93" w14:textId="77777777" w:rsidR="00087E82" w:rsidRPr="00087E82" w:rsidRDefault="00087E82" w:rsidP="00087E82">
            <w:pPr>
              <w:spacing w:before="64"/>
              <w:ind w:left="55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1.3.</w:t>
            </w:r>
          </w:p>
        </w:tc>
        <w:tc>
          <w:tcPr>
            <w:tcW w:w="5883" w:type="dxa"/>
            <w:tcBorders>
              <w:bottom w:val="nil"/>
            </w:tcBorders>
          </w:tcPr>
          <w:p w14:paraId="5FE447BE" w14:textId="77777777" w:rsidR="00087E82" w:rsidRPr="00087E82" w:rsidRDefault="00087E82" w:rsidP="00087E82">
            <w:pPr>
              <w:spacing w:before="64"/>
              <w:ind w:left="7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Свойства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многозначного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числа.</w:t>
            </w:r>
          </w:p>
        </w:tc>
        <w:tc>
          <w:tcPr>
            <w:tcW w:w="528" w:type="dxa"/>
            <w:tcBorders>
              <w:bottom w:val="nil"/>
            </w:tcBorders>
          </w:tcPr>
          <w:p w14:paraId="53A122A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14:paraId="67BB70A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14:paraId="1CDEA166" w14:textId="77777777" w:rsidR="00087E82" w:rsidRPr="00087E82" w:rsidRDefault="00087E82" w:rsidP="00087E82">
            <w:pPr>
              <w:spacing w:before="64"/>
              <w:ind w:left="7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617" w:type="dxa"/>
            <w:tcBorders>
              <w:bottom w:val="nil"/>
            </w:tcBorders>
          </w:tcPr>
          <w:p w14:paraId="23E285E5" w14:textId="77777777" w:rsidR="00087E82" w:rsidRPr="00087E82" w:rsidRDefault="00087E82" w:rsidP="00087E82">
            <w:pPr>
              <w:spacing w:before="64"/>
              <w:ind w:left="55" w:right="45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212" w:type="dxa"/>
            <w:tcBorders>
              <w:bottom w:val="nil"/>
            </w:tcBorders>
          </w:tcPr>
          <w:p w14:paraId="443772BD" w14:textId="77777777" w:rsidR="00087E82" w:rsidRPr="00087E82" w:rsidRDefault="00087E82" w:rsidP="00087E82">
            <w:pPr>
              <w:spacing w:before="64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парах/группах.</w:t>
            </w:r>
          </w:p>
        </w:tc>
        <w:tc>
          <w:tcPr>
            <w:tcW w:w="1236" w:type="dxa"/>
            <w:tcBorders>
              <w:bottom w:val="nil"/>
            </w:tcBorders>
          </w:tcPr>
          <w:p w14:paraId="1E39A09E" w14:textId="77777777" w:rsidR="00087E82" w:rsidRPr="00087E82" w:rsidRDefault="00087E82" w:rsidP="00087E82">
            <w:pPr>
              <w:spacing w:before="64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380" w:type="dxa"/>
            <w:tcBorders>
              <w:bottom w:val="nil"/>
            </w:tcBorders>
          </w:tcPr>
          <w:p w14:paraId="23D38CB7" w14:textId="77777777" w:rsidR="00087E82" w:rsidRPr="00087E82" w:rsidRDefault="00087E82" w:rsidP="00087E82">
            <w:pPr>
              <w:spacing w:before="64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</w:t>
            </w:r>
          </w:p>
        </w:tc>
      </w:tr>
      <w:tr w:rsidR="00087E82" w:rsidRPr="00087E82" w14:paraId="4BDF4261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39F777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07B7400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C1F91E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22C0F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F5F368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2BB99A2" w14:textId="77777777" w:rsidR="00087E82" w:rsidRPr="00087E82" w:rsidRDefault="00087E82" w:rsidP="00087E82">
            <w:pPr>
              <w:spacing w:line="171" w:lineRule="exact"/>
              <w:ind w:left="55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6201BC6F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Упорядочение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7A6CD55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5201C01" w14:textId="77777777" w:rsidR="00087E82" w:rsidRPr="00087E82" w:rsidRDefault="00087E82" w:rsidP="00087E82">
            <w:pPr>
              <w:spacing w:line="171" w:lineRule="exact"/>
              <w:ind w:left="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13AD0230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F02724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BE7155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B2A74A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6C9566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5036D7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F8AC70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A02CAFD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многозначных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8320528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1FCA0A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F474985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F39B02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13276AF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A3E377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FE234C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410B09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F54083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5CB307D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Классификация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F1032C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B79EB5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0AC3D83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CDC3B2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67D6E83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A98638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32ECCB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5707BC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74A097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E5B0316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одному-двум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492347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7F2978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03EA9E0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AC07CC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1580460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50C0D1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A5EA67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C25C46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5FEB953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6BC7CF2B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основаниям.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Запись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B63984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6D6F9E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FA24053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F07D9B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4B38AF3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8A72B2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0300E6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EA6447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7B9D4D0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CA1614E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общего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свойства</w:t>
            </w:r>
          </w:p>
          <w:p w14:paraId="361EE419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216919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EC9D200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F8A35C0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43CC1DE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9E6478E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53C742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310236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D2B7DAF" w14:textId="77777777" w:rsidR="00087E82" w:rsidRPr="00087E82" w:rsidRDefault="007A2850" w:rsidP="00087E82">
            <w:pPr>
              <w:spacing w:before="61" w:line="266" w:lineRule="auto"/>
              <w:ind w:left="81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31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68819D28" w14:textId="77777777" w:rsidR="00087E82" w:rsidRPr="00087E82" w:rsidRDefault="00087E82" w:rsidP="00087E82">
            <w:pPr>
              <w:spacing w:before="61" w:line="266" w:lineRule="auto"/>
              <w:ind w:left="8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4F76E7A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32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670F31BB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2E8A624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0DE92B7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536314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B0C521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2B6478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5E1B8B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F791031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группы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26EE00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2941C5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7A245D15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CF3B8C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D03E4E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97190D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4CE6BE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E0EA16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0252216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3D8C02B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работы: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D50F13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54383C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82551B0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013FA5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7978DF3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D17E62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8E4F6E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2DFDC9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711F932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635D45BD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установление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C49463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2169A2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41542E72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ABBC6B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10C27AE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FF09F8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D256BD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FA7EB5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27FCD56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992C37B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E6205F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18BF57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A3B15BD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58693F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6E67E2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382BD2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99FDF0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53C099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6B492EB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192E1AC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которому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составлен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AE87B9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3DA56A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D908671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27BDE20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A9515B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46FBC6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D9C16A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81E174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570D0D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409C411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5B39DD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6BAF68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578AE22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C82580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F778FC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8D3CEE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0B69A8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8527ED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2FD7C8A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438A4E1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C19FDC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C2A151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22C10FA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1BD3BD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3ACCF9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7A4A7B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2C261A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62A406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0DF49FD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CA56D7F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продолжение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166924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706926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57C6A75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F94153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EFDF8D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040AD4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C44F7E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CE6403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683A50C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039B11F" w14:textId="77777777" w:rsidR="00087E82" w:rsidRPr="00087E82" w:rsidRDefault="00087E82" w:rsidP="00087E82">
            <w:pPr>
              <w:spacing w:line="171" w:lineRule="exact"/>
              <w:ind w:left="7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04CA90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7FD8FA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170CB05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210CE94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075E8D1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1581AC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C071EB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831A8E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24293A4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CAE5F08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заполнение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пропусков;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880A58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A5BDE6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7022D1FE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F296D5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354530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5015A9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FFDAED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22979B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2C2E8AB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108C5B49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ряду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описание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396B9F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869064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6C39B32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2DEF56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E78910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260D75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83229F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78141F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44CBD0D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A1849A2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0CDB12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E12153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1D7AB463" w14:textId="77777777" w:rsidTr="00BA4D64">
        <w:trPr>
          <w:trHeight w:val="267"/>
        </w:trPr>
        <w:tc>
          <w:tcPr>
            <w:tcW w:w="396" w:type="dxa"/>
            <w:tcBorders>
              <w:top w:val="nil"/>
            </w:tcBorders>
          </w:tcPr>
          <w:p w14:paraId="09258EF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14:paraId="00E9EC8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2924A2C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7D84B58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67350B9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17" w:type="dxa"/>
            <w:tcBorders>
              <w:top w:val="nil"/>
            </w:tcBorders>
          </w:tcPr>
          <w:p w14:paraId="7909A42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14:paraId="01EB23EB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ряду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чисел.;</w:t>
            </w:r>
          </w:p>
        </w:tc>
        <w:tc>
          <w:tcPr>
            <w:tcW w:w="1236" w:type="dxa"/>
            <w:tcBorders>
              <w:top w:val="nil"/>
            </w:tcBorders>
          </w:tcPr>
          <w:p w14:paraId="34CDA73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095CA3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24B64C28" w14:textId="77777777" w:rsidTr="00BA4D64">
        <w:trPr>
          <w:trHeight w:val="258"/>
        </w:trPr>
        <w:tc>
          <w:tcPr>
            <w:tcW w:w="396" w:type="dxa"/>
            <w:tcBorders>
              <w:bottom w:val="nil"/>
            </w:tcBorders>
          </w:tcPr>
          <w:p w14:paraId="0766F3BD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1.4.</w:t>
            </w:r>
          </w:p>
        </w:tc>
        <w:tc>
          <w:tcPr>
            <w:tcW w:w="5883" w:type="dxa"/>
            <w:tcBorders>
              <w:bottom w:val="nil"/>
            </w:tcBorders>
          </w:tcPr>
          <w:p w14:paraId="13A14ED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Дополнение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до</w:t>
            </w:r>
            <w:r w:rsidRPr="00087E82">
              <w:rPr>
                <w:rFonts w:ascii="Times New Roman" w:eastAsia="Times New Roman" w:hAnsi="Times New Roman" w:cs="Times New Roman"/>
                <w:b/>
                <w:spacing w:val="2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заданного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круглого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числа.</w:t>
            </w:r>
          </w:p>
        </w:tc>
        <w:tc>
          <w:tcPr>
            <w:tcW w:w="528" w:type="dxa"/>
            <w:tcBorders>
              <w:bottom w:val="nil"/>
            </w:tcBorders>
          </w:tcPr>
          <w:p w14:paraId="2E5B266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14:paraId="79DD77D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14:paraId="404B49F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14:paraId="2360B6D6" w14:textId="77777777" w:rsidR="00087E82" w:rsidRPr="00087E82" w:rsidRDefault="00087E82" w:rsidP="00087E82">
            <w:pPr>
              <w:spacing w:before="64"/>
              <w:ind w:left="77" w:right="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212" w:type="dxa"/>
            <w:tcBorders>
              <w:bottom w:val="nil"/>
            </w:tcBorders>
          </w:tcPr>
          <w:p w14:paraId="5052F52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Контрольная работа</w:t>
            </w:r>
          </w:p>
        </w:tc>
        <w:tc>
          <w:tcPr>
            <w:tcW w:w="1236" w:type="dxa"/>
            <w:tcBorders>
              <w:bottom w:val="nil"/>
            </w:tcBorders>
          </w:tcPr>
          <w:p w14:paraId="1992AE1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380" w:type="dxa"/>
            <w:tcBorders>
              <w:bottom w:val="nil"/>
            </w:tcBorders>
          </w:tcPr>
          <w:p w14:paraId="2B2E27B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</w:t>
            </w:r>
          </w:p>
        </w:tc>
      </w:tr>
      <w:tr w:rsidR="00087E82" w:rsidRPr="00087E82" w14:paraId="1BA3000F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094689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587DE67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1001DA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C7D951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8CD408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2531B5EB" w14:textId="77777777" w:rsidR="00087E82" w:rsidRPr="00087E82" w:rsidRDefault="00087E82" w:rsidP="00087E82">
            <w:pPr>
              <w:spacing w:line="171" w:lineRule="exact"/>
              <w:ind w:left="77" w:right="45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F1CAC4B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установление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A0AB4BB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7C42A98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2D4DBC2E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745F61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1FDFA5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779A1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0304AC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7B052D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266A03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61DABA9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B4F3D06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9E4E5B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9B0961D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A38FF9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17B2E7C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5728A8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639DAC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489D2F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66E1D3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39630977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которому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составлен;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76EEF33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5DB509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62039B89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67BB2C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0286206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E9624E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11273B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BEDC3B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3B7B137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BA65B9F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815E716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B4F087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111B36B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F72B1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E0AE10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268864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EF3B0A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5CDABE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4E48623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49ED5CCE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20E2FD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54E1F3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0048AB2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F1CC93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E5F34E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57DF1B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BAF404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D42B65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735AA43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775B1B1F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продолжение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D2C78F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E29433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218DCBEC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9498FD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2620791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6D20EF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396037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D10846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6DB3A9B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2082FD4B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C3BED0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201FE8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512F4BBF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7D4D88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1B83A1F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3E8476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1093F9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AD994FD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0835A7E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0D76CAF2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заполнение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пропусков;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15455B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B69495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BAFCEA7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E79C09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FDF4C4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47D582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7AC3B7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571456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57F6039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29B375C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ряду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описание;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7A7974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363EE0A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303E4B22" w14:textId="77777777" w:rsidTr="00BA4D6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297880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14:paraId="3A4B3B1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3265EE1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212DE2B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8E1D7F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B27B98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14:paraId="5E049DB2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2229DF6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512E09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</w:tr>
      <w:tr w:rsidR="00087E82" w:rsidRPr="00087E82" w14:paraId="0363CC15" w14:textId="77777777" w:rsidTr="00BA4D64">
        <w:trPr>
          <w:trHeight w:val="267"/>
        </w:trPr>
        <w:tc>
          <w:tcPr>
            <w:tcW w:w="396" w:type="dxa"/>
            <w:tcBorders>
              <w:top w:val="nil"/>
            </w:tcBorders>
          </w:tcPr>
          <w:p w14:paraId="60D5281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14:paraId="6C71261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4BD04C93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1116910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29C6630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17" w:type="dxa"/>
            <w:tcBorders>
              <w:top w:val="nil"/>
            </w:tcBorders>
          </w:tcPr>
          <w:p w14:paraId="3AD2DBB0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14:paraId="4642D357" w14:textId="77777777" w:rsidR="00087E82" w:rsidRPr="00087E82" w:rsidRDefault="00087E82" w:rsidP="00087E82">
            <w:pPr>
              <w:spacing w:line="171" w:lineRule="exact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ряду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236" w:type="dxa"/>
            <w:tcBorders>
              <w:top w:val="nil"/>
            </w:tcBorders>
          </w:tcPr>
          <w:p w14:paraId="0CB299BC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3AC06EB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53824CE3" w14:textId="77777777" w:rsidTr="00BA4D64">
        <w:trPr>
          <w:trHeight w:val="333"/>
        </w:trPr>
        <w:tc>
          <w:tcPr>
            <w:tcW w:w="6279" w:type="dxa"/>
            <w:gridSpan w:val="2"/>
          </w:tcPr>
          <w:p w14:paraId="2698E93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14:paraId="5336D30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11</w:t>
            </w:r>
          </w:p>
        </w:tc>
        <w:tc>
          <w:tcPr>
            <w:tcW w:w="8689" w:type="dxa"/>
            <w:gridSpan w:val="6"/>
          </w:tcPr>
          <w:p w14:paraId="794B2974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68D004BF" w14:textId="77777777" w:rsidTr="00BA4D64">
        <w:trPr>
          <w:trHeight w:val="333"/>
        </w:trPr>
        <w:tc>
          <w:tcPr>
            <w:tcW w:w="15496" w:type="dxa"/>
            <w:gridSpan w:val="9"/>
          </w:tcPr>
          <w:p w14:paraId="48CC832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Величины</w:t>
            </w:r>
          </w:p>
        </w:tc>
      </w:tr>
    </w:tbl>
    <w:p w14:paraId="0F52F938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4F5C6F7A" w14:textId="77777777" w:rsidTr="00BA4D64">
        <w:trPr>
          <w:trHeight w:val="5280"/>
        </w:trPr>
        <w:tc>
          <w:tcPr>
            <w:tcW w:w="396" w:type="dxa"/>
          </w:tcPr>
          <w:p w14:paraId="7D2F870C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2.1.</w:t>
            </w:r>
          </w:p>
        </w:tc>
        <w:tc>
          <w:tcPr>
            <w:tcW w:w="5883" w:type="dxa"/>
          </w:tcPr>
          <w:p w14:paraId="235CCFE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Величины: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сравнение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объектов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массе,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длине,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площади,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вместимости.</w:t>
            </w:r>
          </w:p>
        </w:tc>
        <w:tc>
          <w:tcPr>
            <w:tcW w:w="528" w:type="dxa"/>
          </w:tcPr>
          <w:p w14:paraId="3AA14E4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5943CBF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18F466A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7311BBD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0A5F743C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0AFAC88A" w14:textId="77777777" w:rsidR="00087E82" w:rsidRPr="00087E82" w:rsidRDefault="00087E82" w:rsidP="00087E82">
            <w:pPr>
              <w:spacing w:before="64" w:line="266" w:lineRule="auto"/>
              <w:ind w:left="77" w:right="183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Обсуждение;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ситуаций.;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Распознавание;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величин;</w:t>
            </w:r>
          </w:p>
          <w:p w14:paraId="51EC0616" w14:textId="77777777" w:rsidR="00087E82" w:rsidRPr="00087E82" w:rsidRDefault="00087E82" w:rsidP="00087E82">
            <w:pPr>
              <w:spacing w:before="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66B25D6C" w14:textId="77777777" w:rsidR="00087E82" w:rsidRPr="00087E82" w:rsidRDefault="00087E82" w:rsidP="00087E82">
            <w:pPr>
              <w:spacing w:before="19" w:line="266" w:lineRule="auto"/>
              <w:ind w:left="77" w:right="1603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характеризующих;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процесс движения;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(скорость;</w:t>
            </w:r>
          </w:p>
          <w:p w14:paraId="63B6D37F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время;</w:t>
            </w:r>
          </w:p>
          <w:p w14:paraId="77DC921D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63DE60B6" w14:textId="77777777" w:rsidR="00087E82" w:rsidRPr="00087E82" w:rsidRDefault="00087E82" w:rsidP="00087E82">
            <w:pPr>
              <w:spacing w:before="19" w:line="266" w:lineRule="auto"/>
              <w:ind w:left="77" w:right="201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расстояние);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работы;</w:t>
            </w:r>
          </w:p>
          <w:p w14:paraId="653121D2" w14:textId="77777777" w:rsidR="00087E82" w:rsidRPr="00087E82" w:rsidRDefault="00087E82" w:rsidP="00087E82">
            <w:pPr>
              <w:spacing w:before="2" w:line="266" w:lineRule="auto"/>
              <w:ind w:left="77" w:right="140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(производительность;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труда;</w:t>
            </w:r>
          </w:p>
          <w:p w14:paraId="28EB7139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время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работы;</w:t>
            </w:r>
          </w:p>
          <w:p w14:paraId="6B635BD1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5DC63F09" w14:textId="77777777" w:rsidR="00087E82" w:rsidRPr="00087E82" w:rsidRDefault="00087E82" w:rsidP="00087E82">
            <w:pPr>
              <w:spacing w:before="19" w:line="266" w:lineRule="auto"/>
              <w:ind w:left="77" w:right="143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объём работ).;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Установление;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зависимостей между;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величинами.;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Упорядочение по;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скорости;</w:t>
            </w:r>
          </w:p>
          <w:p w14:paraId="196D1B82" w14:textId="77777777" w:rsidR="00087E82" w:rsidRPr="00087E82" w:rsidRDefault="00087E82" w:rsidP="00087E82">
            <w:pPr>
              <w:spacing w:before="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времени;</w:t>
            </w:r>
          </w:p>
          <w:p w14:paraId="09C4F889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647F5CFC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массе.;</w:t>
            </w:r>
          </w:p>
        </w:tc>
        <w:tc>
          <w:tcPr>
            <w:tcW w:w="1236" w:type="dxa"/>
          </w:tcPr>
          <w:p w14:paraId="051F18C0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 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15053221" w14:textId="77777777" w:rsidR="00087E82" w:rsidRPr="00087E82" w:rsidRDefault="00087E82" w:rsidP="00087E82">
            <w:pPr>
              <w:spacing w:before="5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листа»;;</w:t>
            </w:r>
          </w:p>
        </w:tc>
        <w:tc>
          <w:tcPr>
            <w:tcW w:w="1380" w:type="dxa"/>
          </w:tcPr>
          <w:p w14:paraId="0360CE32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33D2FC1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01E442B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429ED7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7884294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33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016EF8C4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194A383E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34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0834C40D" w14:textId="77777777" w:rsidTr="00BA4D64">
        <w:trPr>
          <w:trHeight w:val="3406"/>
        </w:trPr>
        <w:tc>
          <w:tcPr>
            <w:tcW w:w="396" w:type="dxa"/>
          </w:tcPr>
          <w:p w14:paraId="282D6F34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2.2.</w:t>
            </w:r>
          </w:p>
        </w:tc>
        <w:tc>
          <w:tcPr>
            <w:tcW w:w="5883" w:type="dxa"/>
          </w:tcPr>
          <w:p w14:paraId="720FF1C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Единицы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массы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—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центнер,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тонна;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соотношения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между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единицами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массы.</w:t>
            </w:r>
          </w:p>
        </w:tc>
        <w:tc>
          <w:tcPr>
            <w:tcW w:w="528" w:type="dxa"/>
          </w:tcPr>
          <w:p w14:paraId="68BC7CD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220D706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789E4A1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6B8DBF1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37E94BCC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0C0D94A0" w14:textId="77777777" w:rsidR="00087E82" w:rsidRPr="00087E82" w:rsidRDefault="00087E82" w:rsidP="00087E82">
            <w:pPr>
              <w:spacing w:before="64" w:line="266" w:lineRule="auto"/>
              <w:ind w:left="77" w:right="15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Моделирование:;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составление схемы;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движения;</w:t>
            </w:r>
          </w:p>
          <w:p w14:paraId="000B647E" w14:textId="77777777" w:rsidR="00087E82" w:rsidRPr="00087E82" w:rsidRDefault="00087E82" w:rsidP="00087E82">
            <w:pPr>
              <w:spacing w:before="2" w:line="266" w:lineRule="auto"/>
              <w:ind w:left="77" w:right="141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Представление;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разных</w:t>
            </w:r>
            <w:r w:rsidRPr="00087E82">
              <w:rPr>
                <w:rFonts w:ascii="Times New Roman" w:eastAsia="Times New Roman" w:hAnsi="Times New Roman" w:cs="Times New Roman"/>
                <w:spacing w:val="-4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единицах;</w:t>
            </w:r>
          </w:p>
          <w:p w14:paraId="501AE940" w14:textId="77777777" w:rsidR="00087E82" w:rsidRPr="00087E82" w:rsidRDefault="00087E82" w:rsidP="00087E82">
            <w:pPr>
              <w:spacing w:before="3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3730DED" w14:textId="77777777" w:rsidR="00087E82" w:rsidRPr="00087E82" w:rsidRDefault="00087E82" w:rsidP="00087E82">
            <w:pPr>
              <w:spacing w:before="20" w:line="266" w:lineRule="auto"/>
              <w:ind w:left="77" w:right="127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пошаговый переход от;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более крупных единиц;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 более мелким.;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Практические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сравнение величин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выполнение действий;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(увеличение/уменьшен;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ие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на/в)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величинами;</w:t>
            </w:r>
          </w:p>
        </w:tc>
        <w:tc>
          <w:tcPr>
            <w:tcW w:w="1236" w:type="dxa"/>
          </w:tcPr>
          <w:p w14:paraId="5FE9FDC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380" w:type="dxa"/>
          </w:tcPr>
          <w:p w14:paraId="2EB8F250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</w:tbl>
    <w:p w14:paraId="6B51EA28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54E38D93" w14:textId="77777777" w:rsidTr="00BA4D64">
        <w:trPr>
          <w:trHeight w:val="3406"/>
        </w:trPr>
        <w:tc>
          <w:tcPr>
            <w:tcW w:w="396" w:type="dxa"/>
          </w:tcPr>
          <w:p w14:paraId="4090ECA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2.3.</w:t>
            </w:r>
          </w:p>
        </w:tc>
        <w:tc>
          <w:tcPr>
            <w:tcW w:w="5883" w:type="dxa"/>
          </w:tcPr>
          <w:p w14:paraId="12D3A0B5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Единицы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времени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(сутки,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неделя,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месяц,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год,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век),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соотношение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между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ними.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Календарь.</w:t>
            </w:r>
          </w:p>
        </w:tc>
        <w:tc>
          <w:tcPr>
            <w:tcW w:w="528" w:type="dxa"/>
          </w:tcPr>
          <w:p w14:paraId="5BC8F1A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46EB92D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566C657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177E7F7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6AEDF41D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5BAF997" w14:textId="77777777" w:rsidR="00087E82" w:rsidRPr="00087E82" w:rsidRDefault="00087E82" w:rsidP="00087E82">
            <w:pPr>
              <w:spacing w:before="64" w:line="266" w:lineRule="auto"/>
              <w:ind w:left="77" w:right="15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Моделирование:;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составление схемы;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движения;</w:t>
            </w:r>
          </w:p>
          <w:p w14:paraId="3105F5D7" w14:textId="77777777" w:rsidR="00087E82" w:rsidRPr="00087E82" w:rsidRDefault="00087E82" w:rsidP="00087E82">
            <w:pPr>
              <w:spacing w:before="2" w:line="266" w:lineRule="auto"/>
              <w:ind w:left="77" w:right="141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Представление;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разных</w:t>
            </w:r>
            <w:r w:rsidRPr="00087E82">
              <w:rPr>
                <w:rFonts w:ascii="Times New Roman" w:eastAsia="Times New Roman" w:hAnsi="Times New Roman" w:cs="Times New Roman"/>
                <w:spacing w:val="-4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единицах;</w:t>
            </w:r>
          </w:p>
          <w:p w14:paraId="4CB506BB" w14:textId="77777777" w:rsidR="00087E82" w:rsidRPr="00087E82" w:rsidRDefault="00087E82" w:rsidP="00087E82">
            <w:pPr>
              <w:spacing w:before="3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57D014AA" w14:textId="77777777" w:rsidR="00087E82" w:rsidRPr="00087E82" w:rsidRDefault="00087E82" w:rsidP="00087E82">
            <w:pPr>
              <w:spacing w:before="20" w:line="266" w:lineRule="auto"/>
              <w:ind w:left="77" w:right="127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пошаговый переход от;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более крупных единиц;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 более мелким.;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Практические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сравнение величин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выполнение действий;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(увеличение/уменьшен;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на/в)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величинами.;</w:t>
            </w:r>
          </w:p>
        </w:tc>
        <w:tc>
          <w:tcPr>
            <w:tcW w:w="1236" w:type="dxa"/>
          </w:tcPr>
          <w:p w14:paraId="64B5AAB4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28629947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699F031F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479D4C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35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1A6A28B4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75A84EC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36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</w:tbl>
    <w:p w14:paraId="38BB1359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7000DCC0" w14:textId="77777777" w:rsidTr="00BA4D64">
        <w:trPr>
          <w:trHeight w:val="7477"/>
        </w:trPr>
        <w:tc>
          <w:tcPr>
            <w:tcW w:w="396" w:type="dxa"/>
          </w:tcPr>
          <w:p w14:paraId="7BE21A17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2.4.</w:t>
            </w:r>
          </w:p>
        </w:tc>
        <w:tc>
          <w:tcPr>
            <w:tcW w:w="5883" w:type="dxa"/>
          </w:tcPr>
          <w:p w14:paraId="2C0FDF9D" w14:textId="77777777" w:rsidR="00087E82" w:rsidRPr="00087E82" w:rsidRDefault="00087E82" w:rsidP="00087E82">
            <w:pPr>
              <w:spacing w:before="64" w:line="266" w:lineRule="auto"/>
              <w:ind w:left="77" w:right="12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Единицы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длины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(миллиметр,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сантиметр,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дециметр,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метр,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километр),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площади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(квадратный метр, квадратный дециметр, квадратный сантиметр),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вместимости (литр), скорости (километры в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час, метры в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минуту, метры в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секунду);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соотношение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между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единицами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3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пределах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100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000.</w:t>
            </w:r>
          </w:p>
        </w:tc>
        <w:tc>
          <w:tcPr>
            <w:tcW w:w="528" w:type="dxa"/>
          </w:tcPr>
          <w:p w14:paraId="78025C3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14:paraId="0D99273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478326E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0D783A4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586128EF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226C42ED" w14:textId="77777777" w:rsidR="00087E82" w:rsidRPr="00087E82" w:rsidRDefault="00087E82" w:rsidP="00087E82">
            <w:pPr>
              <w:spacing w:before="64" w:line="266" w:lineRule="auto"/>
              <w:ind w:left="77" w:right="135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Дифференцированное;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задание: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оформление;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записи: запись в виде;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равенства;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(неравенства);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разностного;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кратного;</w:t>
            </w:r>
          </w:p>
          <w:p w14:paraId="2E50395E" w14:textId="77777777" w:rsidR="00087E82" w:rsidRPr="00087E82" w:rsidRDefault="00087E82" w:rsidP="00087E82">
            <w:pPr>
              <w:spacing w:before="6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сравнения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величин;</w:t>
            </w:r>
          </w:p>
          <w:p w14:paraId="56B598A0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0FAD04ED" w14:textId="77777777" w:rsidR="00087E82" w:rsidRPr="00087E82" w:rsidRDefault="00087E82" w:rsidP="00087E82">
            <w:pPr>
              <w:spacing w:before="19" w:line="266" w:lineRule="auto"/>
              <w:ind w:left="77" w:right="132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увеличения/уменьшен;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величины;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 несколько раз.;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Пропедевтика;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исследовательской;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работы: определять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помощью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аналоговых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приборов;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массу</w:t>
            </w:r>
            <w:r w:rsidRPr="00087E82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предмета;</w:t>
            </w:r>
          </w:p>
          <w:p w14:paraId="7BA2A08E" w14:textId="77777777" w:rsidR="00087E82" w:rsidRPr="00087E82" w:rsidRDefault="00087E82" w:rsidP="00087E82">
            <w:pPr>
              <w:spacing w:before="6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8F66B16" w14:textId="77777777" w:rsidR="00087E82" w:rsidRPr="00087E82" w:rsidRDefault="00087E82" w:rsidP="00087E82">
            <w:pPr>
              <w:spacing w:before="20" w:line="266" w:lineRule="auto"/>
              <w:ind w:left="77" w:right="197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температуру;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(например;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воды;</w:t>
            </w:r>
          </w:p>
          <w:p w14:paraId="1076FC71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FBF3F89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воздуха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помещении);</w:t>
            </w:r>
          </w:p>
          <w:p w14:paraId="26F5455C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A72A50D" w14:textId="77777777" w:rsidR="00087E82" w:rsidRPr="00087E82" w:rsidRDefault="00087E82" w:rsidP="00087E82">
            <w:pPr>
              <w:spacing w:before="20" w:line="266" w:lineRule="auto"/>
              <w:ind w:left="77" w:right="130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скорость движения;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транспортного;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средства;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определять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помощью;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измерительных;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сосудов вместимость;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выполнять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прикидку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оценку 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измерений;</w:t>
            </w:r>
          </w:p>
          <w:p w14:paraId="0B32BA45" w14:textId="77777777" w:rsidR="00087E82" w:rsidRPr="00087E82" w:rsidRDefault="00087E82" w:rsidP="00087E82">
            <w:pPr>
              <w:spacing w:before="6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42094AD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</w:tc>
        <w:tc>
          <w:tcPr>
            <w:tcW w:w="1236" w:type="dxa"/>
          </w:tcPr>
          <w:p w14:paraId="60F47FBF" w14:textId="77777777" w:rsidR="00087E82" w:rsidRPr="00087E82" w:rsidRDefault="00087E82" w:rsidP="00087E82">
            <w:pPr>
              <w:spacing w:before="64" w:line="266" w:lineRule="auto"/>
              <w:ind w:left="77" w:right="26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1ED5A67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0560FD07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D7B36E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37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120B8484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5EE771AD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38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19905DC3" w14:textId="77777777" w:rsidTr="00BA4D64">
        <w:trPr>
          <w:trHeight w:val="1870"/>
        </w:trPr>
        <w:tc>
          <w:tcPr>
            <w:tcW w:w="396" w:type="dxa"/>
          </w:tcPr>
          <w:p w14:paraId="6C21A8F5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2.5.</w:t>
            </w:r>
          </w:p>
        </w:tc>
        <w:tc>
          <w:tcPr>
            <w:tcW w:w="5883" w:type="dxa"/>
          </w:tcPr>
          <w:p w14:paraId="625BBEE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Доля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времени,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массы,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длины.</w:t>
            </w:r>
          </w:p>
        </w:tc>
        <w:tc>
          <w:tcPr>
            <w:tcW w:w="528" w:type="dxa"/>
          </w:tcPr>
          <w:p w14:paraId="74B7A68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14:paraId="447C06C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651D88D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9186E7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79518498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758A71E" w14:textId="77777777" w:rsidR="00087E82" w:rsidRPr="00087E82" w:rsidRDefault="00087E82" w:rsidP="00087E82">
            <w:pPr>
              <w:spacing w:before="64" w:line="266" w:lineRule="auto"/>
              <w:ind w:left="77" w:right="14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Выбор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соответствующей;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ситуации единицы;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измерения.;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Нахождение доли;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содержательного;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смысла.;;</w:t>
            </w:r>
          </w:p>
        </w:tc>
        <w:tc>
          <w:tcPr>
            <w:tcW w:w="1236" w:type="dxa"/>
          </w:tcPr>
          <w:p w14:paraId="2F0FF2F4" w14:textId="77777777" w:rsidR="00087E82" w:rsidRPr="00087E82" w:rsidRDefault="00087E82" w:rsidP="00087E82">
            <w:pPr>
              <w:spacing w:before="64" w:line="266" w:lineRule="auto"/>
              <w:ind w:left="77" w:right="26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11E8584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2275D31B" w14:textId="77777777" w:rsidTr="00BA4D64">
        <w:trPr>
          <w:trHeight w:val="333"/>
        </w:trPr>
        <w:tc>
          <w:tcPr>
            <w:tcW w:w="6279" w:type="dxa"/>
            <w:gridSpan w:val="2"/>
          </w:tcPr>
          <w:p w14:paraId="5269C8D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14:paraId="3F4BF45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12</w:t>
            </w:r>
          </w:p>
        </w:tc>
        <w:tc>
          <w:tcPr>
            <w:tcW w:w="8689" w:type="dxa"/>
            <w:gridSpan w:val="6"/>
          </w:tcPr>
          <w:p w14:paraId="5FE9ABEF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68B08392" w14:textId="77777777" w:rsidTr="00BA4D64">
        <w:trPr>
          <w:trHeight w:val="333"/>
        </w:trPr>
        <w:tc>
          <w:tcPr>
            <w:tcW w:w="15496" w:type="dxa"/>
            <w:gridSpan w:val="9"/>
          </w:tcPr>
          <w:p w14:paraId="1D30802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3.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Арифметические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действия</w:t>
            </w:r>
          </w:p>
        </w:tc>
      </w:tr>
    </w:tbl>
    <w:p w14:paraId="56B47578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3784F941" w14:textId="77777777" w:rsidTr="00BA4D64">
        <w:trPr>
          <w:trHeight w:val="4247"/>
        </w:trPr>
        <w:tc>
          <w:tcPr>
            <w:tcW w:w="396" w:type="dxa"/>
          </w:tcPr>
          <w:p w14:paraId="640B58F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3.1.</w:t>
            </w:r>
          </w:p>
        </w:tc>
        <w:tc>
          <w:tcPr>
            <w:tcW w:w="5883" w:type="dxa"/>
          </w:tcPr>
          <w:p w14:paraId="22616D9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Письменное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сложение,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вычитание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многозначных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чисел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пределах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миллиона.</w:t>
            </w:r>
          </w:p>
        </w:tc>
        <w:tc>
          <w:tcPr>
            <w:tcW w:w="528" w:type="dxa"/>
          </w:tcPr>
          <w:p w14:paraId="0EB66D5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078C4AA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2C1922D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5B5B609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5B952E56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051F7CE7" w14:textId="77777777" w:rsidR="00087E82" w:rsidRPr="00087E82" w:rsidRDefault="00087E82" w:rsidP="00087E82">
            <w:pPr>
              <w:spacing w:before="64" w:line="266" w:lineRule="auto"/>
              <w:ind w:left="77" w:right="141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Упражнения: устные;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вычисления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пределах ста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случаях;</w:t>
            </w:r>
          </w:p>
          <w:p w14:paraId="24074D5C" w14:textId="77777777" w:rsidR="00087E82" w:rsidRPr="00087E82" w:rsidRDefault="00087E82" w:rsidP="00087E82">
            <w:pPr>
              <w:spacing w:before="3" w:line="266" w:lineRule="auto"/>
              <w:ind w:left="77" w:right="159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сводимых к;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вычислениям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пределах ста.;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Алгоритмы;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вычислений.;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Комментирование;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хода выполнения;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арифметического;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 по;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алгоритму;</w:t>
            </w:r>
          </w:p>
          <w:p w14:paraId="472F990A" w14:textId="77777777" w:rsidR="00087E82" w:rsidRPr="00087E82" w:rsidRDefault="00087E82" w:rsidP="00087E82">
            <w:pPr>
              <w:spacing w:before="7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080EED94" w14:textId="77777777" w:rsidR="00087E82" w:rsidRPr="00087E82" w:rsidRDefault="00087E82" w:rsidP="00087E82">
            <w:pPr>
              <w:spacing w:before="20" w:line="266" w:lineRule="auto"/>
              <w:ind w:left="77" w:right="16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неизвестного;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компонента;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арифметического;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действия;</w:t>
            </w:r>
          </w:p>
        </w:tc>
        <w:tc>
          <w:tcPr>
            <w:tcW w:w="1236" w:type="dxa"/>
          </w:tcPr>
          <w:p w14:paraId="3FBCEB2E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4D972830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3AEDA988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8D960E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39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34C27426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22EEA036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40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</w:tbl>
    <w:p w14:paraId="035B10F4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03BFDB07" w14:textId="77777777" w:rsidTr="00BA4D64">
        <w:trPr>
          <w:trHeight w:val="6768"/>
        </w:trPr>
        <w:tc>
          <w:tcPr>
            <w:tcW w:w="396" w:type="dxa"/>
          </w:tcPr>
          <w:p w14:paraId="57A6080D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3.2.</w:t>
            </w:r>
          </w:p>
        </w:tc>
        <w:tc>
          <w:tcPr>
            <w:tcW w:w="5883" w:type="dxa"/>
          </w:tcPr>
          <w:p w14:paraId="178FC965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Письменное умножение, деление многозначных чисел на однозначное/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двузначное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число;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остатком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(запись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уголком)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пределах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100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000.</w:t>
            </w:r>
          </w:p>
        </w:tc>
        <w:tc>
          <w:tcPr>
            <w:tcW w:w="528" w:type="dxa"/>
          </w:tcPr>
          <w:p w14:paraId="022DE60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35DE9F8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389B5AC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AF69FD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225EFE9B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315A51AF" w14:textId="77777777" w:rsidR="00087E82" w:rsidRPr="00087E82" w:rsidRDefault="00087E82" w:rsidP="00087E82">
            <w:pPr>
              <w:spacing w:before="64" w:line="266" w:lineRule="auto"/>
              <w:ind w:left="77" w:right="129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Учебный диалог:;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обсуждение;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допустимого;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выполнения действия;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 основе зависимости;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между компонентами;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результатом;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(сложения;</w:t>
            </w:r>
          </w:p>
          <w:p w14:paraId="70FC6416" w14:textId="77777777" w:rsidR="00087E82" w:rsidRPr="00087E82" w:rsidRDefault="00087E82" w:rsidP="00087E82">
            <w:pPr>
              <w:spacing w:before="6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1D98A511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вычитания;</w:t>
            </w:r>
          </w:p>
          <w:p w14:paraId="0401476F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401E2106" w14:textId="77777777" w:rsidR="00087E82" w:rsidRPr="00087E82" w:rsidRDefault="00087E82" w:rsidP="00087E82">
            <w:pPr>
              <w:spacing w:before="20" w:line="266" w:lineRule="auto"/>
              <w:ind w:left="77" w:right="205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умножения;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деления).;</w:t>
            </w:r>
          </w:p>
          <w:p w14:paraId="5EE5C9C1" w14:textId="77777777" w:rsidR="00087E82" w:rsidRPr="00087E82" w:rsidRDefault="00087E82" w:rsidP="00087E82">
            <w:pPr>
              <w:spacing w:before="1" w:line="266" w:lineRule="auto"/>
              <w:ind w:left="77" w:right="7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Упражнения: прогнозирование;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возможных ошибок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вычислениях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по;</w:t>
            </w:r>
          </w:p>
          <w:p w14:paraId="3079E481" w14:textId="77777777" w:rsidR="00087E82" w:rsidRPr="00087E82" w:rsidRDefault="00087E82" w:rsidP="00087E82">
            <w:pPr>
              <w:spacing w:before="2" w:line="266" w:lineRule="auto"/>
              <w:ind w:left="77" w:right="193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алгоритму;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неизвестного;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компонента;</w:t>
            </w:r>
          </w:p>
          <w:p w14:paraId="4F3FF836" w14:textId="77777777" w:rsidR="00087E82" w:rsidRPr="00087E82" w:rsidRDefault="00087E82" w:rsidP="00087E82">
            <w:pPr>
              <w:spacing w:before="4" w:line="266" w:lineRule="auto"/>
              <w:ind w:left="77" w:right="16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арифметического;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действия.;</w:t>
            </w:r>
          </w:p>
          <w:p w14:paraId="6422172B" w14:textId="77777777" w:rsidR="00087E82" w:rsidRPr="00087E82" w:rsidRDefault="00087E82" w:rsidP="00087E82">
            <w:pPr>
              <w:spacing w:before="1" w:line="266" w:lineRule="auto"/>
              <w:ind w:left="77" w:right="128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Задания на проведение;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контроля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самоконтроля.;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Проверка хода;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(соответствие;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алгоритму;</w:t>
            </w:r>
          </w:p>
          <w:p w14:paraId="0ADFA783" w14:textId="77777777" w:rsidR="00087E82" w:rsidRPr="00087E82" w:rsidRDefault="00087E82" w:rsidP="00087E82">
            <w:pPr>
              <w:spacing w:before="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частные;</w:t>
            </w:r>
          </w:p>
          <w:p w14:paraId="412A0CBB" w14:textId="77777777" w:rsidR="00087E82" w:rsidRPr="00087E82" w:rsidRDefault="00087E82" w:rsidP="00087E82">
            <w:pPr>
              <w:spacing w:before="19" w:line="266" w:lineRule="auto"/>
              <w:ind w:left="77" w:right="128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случаи выполнения;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действий)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действия.;</w:t>
            </w:r>
          </w:p>
        </w:tc>
        <w:tc>
          <w:tcPr>
            <w:tcW w:w="1236" w:type="dxa"/>
          </w:tcPr>
          <w:p w14:paraId="053727FF" w14:textId="77777777" w:rsidR="00087E82" w:rsidRPr="00087E82" w:rsidRDefault="00087E82" w:rsidP="00087E82">
            <w:pPr>
              <w:spacing w:before="64" w:line="266" w:lineRule="auto"/>
              <w:ind w:left="77" w:right="26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Контрольная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30060EBF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73707632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C7360F0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15AABEF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41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7E82B401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774095CD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42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1E99C7AD" w14:textId="77777777" w:rsidTr="00BA4D64">
        <w:trPr>
          <w:trHeight w:val="2638"/>
        </w:trPr>
        <w:tc>
          <w:tcPr>
            <w:tcW w:w="396" w:type="dxa"/>
          </w:tcPr>
          <w:p w14:paraId="72425144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3.3.</w:t>
            </w:r>
          </w:p>
        </w:tc>
        <w:tc>
          <w:tcPr>
            <w:tcW w:w="5883" w:type="dxa"/>
          </w:tcPr>
          <w:p w14:paraId="7534809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Умножение/деление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100,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1000.</w:t>
            </w:r>
          </w:p>
        </w:tc>
        <w:tc>
          <w:tcPr>
            <w:tcW w:w="528" w:type="dxa"/>
          </w:tcPr>
          <w:p w14:paraId="7A36B18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14:paraId="1F4514D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383DF1C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B71E99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1C1B0E77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55069F14" w14:textId="77777777" w:rsidR="00087E82" w:rsidRPr="00087E82" w:rsidRDefault="00087E82" w:rsidP="00087E82">
            <w:pPr>
              <w:spacing w:before="64" w:line="266" w:lineRule="auto"/>
              <w:ind w:left="77" w:right="134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Умножение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деление;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круглых чисел (в том;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числе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10;</w:t>
            </w:r>
          </w:p>
          <w:p w14:paraId="7A11B6C7" w14:textId="77777777" w:rsidR="00087E82" w:rsidRPr="00087E82" w:rsidRDefault="00087E82" w:rsidP="00087E82">
            <w:pPr>
              <w:spacing w:before="2" w:line="266" w:lineRule="auto"/>
              <w:ind w:left="77" w:right="33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352281, Краснодарский край,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Отрадненский р-н, Отрадненский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районст-ца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Спокойнаяул.</w:t>
            </w:r>
            <w:r w:rsidRPr="00087E82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Советская3;</w:t>
            </w:r>
          </w:p>
          <w:p w14:paraId="149DDB72" w14:textId="77777777" w:rsidR="00087E82" w:rsidRPr="00087E82" w:rsidRDefault="00087E82" w:rsidP="00087E82">
            <w:pPr>
              <w:spacing w:before="2" w:line="266" w:lineRule="auto"/>
              <w:ind w:left="77" w:right="24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1000).;</w:t>
            </w:r>
          </w:p>
          <w:p w14:paraId="06F84E4E" w14:textId="77777777" w:rsidR="00087E82" w:rsidRPr="00087E82" w:rsidRDefault="00087E82" w:rsidP="00087E82">
            <w:pPr>
              <w:spacing w:before="1" w:line="266" w:lineRule="auto"/>
              <w:ind w:left="77" w:right="145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 букв;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для обозначения;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  <w:p w14:paraId="7EE0A80D" w14:textId="77777777" w:rsidR="00087E82" w:rsidRPr="00087E82" w:rsidRDefault="00087E82" w:rsidP="00087E82">
            <w:pPr>
              <w:spacing w:before="2" w:line="266" w:lineRule="auto"/>
              <w:ind w:left="77" w:right="135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неизвестного;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компонента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действия.;</w:t>
            </w:r>
          </w:p>
        </w:tc>
        <w:tc>
          <w:tcPr>
            <w:tcW w:w="1236" w:type="dxa"/>
          </w:tcPr>
          <w:p w14:paraId="0B9BF0E3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7874F92C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3A87FC7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DEDB8F4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43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73DD19F1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04392053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44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</w:tbl>
    <w:p w14:paraId="0C8E022E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6530F5D7" w14:textId="77777777" w:rsidTr="00BA4D64">
        <w:trPr>
          <w:trHeight w:val="1485"/>
        </w:trPr>
        <w:tc>
          <w:tcPr>
            <w:tcW w:w="396" w:type="dxa"/>
          </w:tcPr>
          <w:p w14:paraId="3EF65961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3.4.</w:t>
            </w:r>
          </w:p>
        </w:tc>
        <w:tc>
          <w:tcPr>
            <w:tcW w:w="5883" w:type="dxa"/>
          </w:tcPr>
          <w:p w14:paraId="0BCFC0B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Свойства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арифметических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действий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применение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вычислений.</w:t>
            </w:r>
          </w:p>
        </w:tc>
        <w:tc>
          <w:tcPr>
            <w:tcW w:w="528" w:type="dxa"/>
          </w:tcPr>
          <w:p w14:paraId="3C203A1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3B606A0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7CCF7B4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3EBA627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0F601DEA" w14:textId="77777777" w:rsidR="00087E82" w:rsidRPr="00087E82" w:rsidRDefault="00087E82" w:rsidP="00087E82">
            <w:pPr>
              <w:spacing w:before="64" w:line="266" w:lineRule="auto"/>
              <w:ind w:left="77" w:right="13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Применение приёмов;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вычислений;</w:t>
            </w:r>
          </w:p>
          <w:p w14:paraId="756853B3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E5FF4FC" w14:textId="77777777" w:rsidR="00087E82" w:rsidRPr="00087E82" w:rsidRDefault="00087E82" w:rsidP="00087E82">
            <w:pPr>
              <w:spacing w:before="19" w:line="266" w:lineRule="auto"/>
              <w:ind w:left="77" w:right="77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основанных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знании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арифметических;</w:t>
            </w:r>
          </w:p>
          <w:p w14:paraId="0246443D" w14:textId="77777777" w:rsidR="00087E82" w:rsidRPr="00087E82" w:rsidRDefault="00087E82" w:rsidP="00087E82">
            <w:pPr>
              <w:spacing w:before="2" w:line="266" w:lineRule="auto"/>
              <w:ind w:left="77" w:right="155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действий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состава;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числа;</w:t>
            </w:r>
          </w:p>
        </w:tc>
        <w:tc>
          <w:tcPr>
            <w:tcW w:w="1236" w:type="dxa"/>
          </w:tcPr>
          <w:p w14:paraId="5CB47FB9" w14:textId="77777777" w:rsidR="00087E82" w:rsidRPr="00087E82" w:rsidRDefault="00087E82" w:rsidP="00087E82">
            <w:pPr>
              <w:spacing w:before="64" w:line="266" w:lineRule="auto"/>
              <w:ind w:left="77" w:right="16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  <w:p w14:paraId="1394B274" w14:textId="77777777" w:rsidR="00087E82" w:rsidRPr="00087E82" w:rsidRDefault="00087E82" w:rsidP="00087E82">
            <w:pPr>
              <w:spacing w:before="3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</w:tc>
        <w:tc>
          <w:tcPr>
            <w:tcW w:w="1380" w:type="dxa"/>
          </w:tcPr>
          <w:p w14:paraId="4A8ED93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6FB58CB0" w14:textId="77777777" w:rsidTr="00BA4D64">
        <w:trPr>
          <w:trHeight w:val="3563"/>
        </w:trPr>
        <w:tc>
          <w:tcPr>
            <w:tcW w:w="396" w:type="dxa"/>
          </w:tcPr>
          <w:p w14:paraId="22541C8A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3.5.</w:t>
            </w:r>
          </w:p>
        </w:tc>
        <w:tc>
          <w:tcPr>
            <w:tcW w:w="5883" w:type="dxa"/>
          </w:tcPr>
          <w:p w14:paraId="0FD78F09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Поиск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значения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числового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выражения,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содержащего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несколько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действий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пределах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100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000.</w:t>
            </w:r>
          </w:p>
        </w:tc>
        <w:tc>
          <w:tcPr>
            <w:tcW w:w="528" w:type="dxa"/>
          </w:tcPr>
          <w:p w14:paraId="5B9708E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4C3CC44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5242D38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68B8AB1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0F8795A7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5F84DF6A" w14:textId="77777777" w:rsidR="00087E82" w:rsidRPr="00087E82" w:rsidRDefault="00087E82" w:rsidP="00087E82">
            <w:pPr>
              <w:spacing w:before="64" w:line="266" w:lineRule="auto"/>
              <w:ind w:left="77" w:right="158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Проверка хода (соответствие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алгоритму,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частные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случаи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действий)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действия;</w:t>
            </w:r>
          </w:p>
          <w:p w14:paraId="077BC4BF" w14:textId="77777777" w:rsidR="00087E82" w:rsidRPr="00087E82" w:rsidRDefault="00087E82" w:rsidP="00087E82">
            <w:pPr>
              <w:spacing w:before="2" w:line="266" w:lineRule="auto"/>
              <w:ind w:left="77" w:right="33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Применение приёмов устных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вычислений, основанных на знании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свойств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арифметических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состава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числа;</w:t>
            </w:r>
          </w:p>
          <w:p w14:paraId="323781B2" w14:textId="77777777" w:rsidR="00087E82" w:rsidRPr="00087E82" w:rsidRDefault="00087E82" w:rsidP="00087E82">
            <w:pPr>
              <w:spacing w:before="3" w:line="266" w:lineRule="auto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Проверка правильности нахождения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числового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выражения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(с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опорой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 правила установления порядка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действий, алгоритмы выполнения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арифметических действий, прикидку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результата);</w:t>
            </w:r>
          </w:p>
          <w:p w14:paraId="167746E2" w14:textId="77777777" w:rsidR="00087E82" w:rsidRPr="00087E82" w:rsidRDefault="00087E82" w:rsidP="00087E82">
            <w:pPr>
              <w:spacing w:before="4" w:line="266" w:lineRule="auto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Работа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группах: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приведение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примеров,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иллюстрирующих смысл и ход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выполнения арифметических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действий,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свойства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действий;</w:t>
            </w:r>
          </w:p>
        </w:tc>
        <w:tc>
          <w:tcPr>
            <w:tcW w:w="1236" w:type="dxa"/>
          </w:tcPr>
          <w:p w14:paraId="78E70EEF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5334E7ED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2FB247BD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576F2ED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526310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45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36AF250B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782CF4B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46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35F3E271" w14:textId="77777777" w:rsidTr="00BA4D64">
        <w:trPr>
          <w:trHeight w:val="2638"/>
        </w:trPr>
        <w:tc>
          <w:tcPr>
            <w:tcW w:w="396" w:type="dxa"/>
          </w:tcPr>
          <w:p w14:paraId="22E3255D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3.6.</w:t>
            </w:r>
          </w:p>
        </w:tc>
        <w:tc>
          <w:tcPr>
            <w:tcW w:w="5883" w:type="dxa"/>
          </w:tcPr>
          <w:p w14:paraId="7F1D2A2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Проверка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результата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вычислений,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2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том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24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помощью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калькулятора.</w:t>
            </w:r>
          </w:p>
        </w:tc>
        <w:tc>
          <w:tcPr>
            <w:tcW w:w="528" w:type="dxa"/>
          </w:tcPr>
          <w:p w14:paraId="1CE67A4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50ECB4B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23DD33D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781B49E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9EFDC1E" w14:textId="77777777" w:rsidR="00087E82" w:rsidRPr="00087E82" w:rsidRDefault="00087E82" w:rsidP="00087E82">
            <w:pPr>
              <w:spacing w:before="64" w:line="266" w:lineRule="auto"/>
              <w:ind w:left="77" w:right="153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Прикидка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оценка;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результатов;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вычисления;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(реальность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ответа;</w:t>
            </w:r>
          </w:p>
          <w:p w14:paraId="11DC4EA2" w14:textId="77777777" w:rsidR="00087E82" w:rsidRPr="00087E82" w:rsidRDefault="00087E82" w:rsidP="00087E82">
            <w:pPr>
              <w:spacing w:before="3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4BC14743" w14:textId="77777777" w:rsidR="00087E82" w:rsidRPr="00087E82" w:rsidRDefault="00087E82" w:rsidP="00087E82">
            <w:pPr>
              <w:spacing w:before="20" w:line="266" w:lineRule="auto"/>
              <w:ind w:left="77" w:right="212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прикидка;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последняя;</w:t>
            </w:r>
          </w:p>
          <w:p w14:paraId="50D7A7D6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цифра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результата;</w:t>
            </w:r>
          </w:p>
          <w:p w14:paraId="7C4E960E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6DDF84B4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обратное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действие;</w:t>
            </w:r>
          </w:p>
          <w:p w14:paraId="32F2E3B4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B16430A" w14:textId="77777777" w:rsidR="00087E82" w:rsidRPr="00087E82" w:rsidRDefault="00087E82" w:rsidP="00087E82">
            <w:pPr>
              <w:spacing w:before="19" w:line="266" w:lineRule="auto"/>
              <w:ind w:left="77" w:right="182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калькулятора);;</w:t>
            </w:r>
          </w:p>
        </w:tc>
        <w:tc>
          <w:tcPr>
            <w:tcW w:w="1236" w:type="dxa"/>
          </w:tcPr>
          <w:p w14:paraId="10169786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4DBFAEB2" w14:textId="77777777" w:rsidR="00087E82" w:rsidRPr="00087E82" w:rsidRDefault="00087E82" w:rsidP="00087E82">
            <w:pPr>
              <w:spacing w:before="4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листа»;;</w:t>
            </w:r>
          </w:p>
        </w:tc>
        <w:tc>
          <w:tcPr>
            <w:tcW w:w="1380" w:type="dxa"/>
          </w:tcPr>
          <w:p w14:paraId="4D9DB349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0F158503" w14:textId="77777777" w:rsidTr="00BA4D64">
        <w:trPr>
          <w:trHeight w:val="1101"/>
        </w:trPr>
        <w:tc>
          <w:tcPr>
            <w:tcW w:w="396" w:type="dxa"/>
          </w:tcPr>
          <w:p w14:paraId="6842EA9B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3.7.</w:t>
            </w:r>
          </w:p>
        </w:tc>
        <w:tc>
          <w:tcPr>
            <w:tcW w:w="5883" w:type="dxa"/>
          </w:tcPr>
          <w:p w14:paraId="6A2F292D" w14:textId="77777777" w:rsidR="00087E82" w:rsidRPr="00087E82" w:rsidRDefault="00087E82" w:rsidP="00087E82">
            <w:pPr>
              <w:spacing w:before="64" w:line="266" w:lineRule="auto"/>
              <w:ind w:left="77" w:right="355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Равенство, содержащее неизвестный компонент арифметического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действия: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запись,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нахождение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неизвестного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компонента.</w:t>
            </w:r>
          </w:p>
        </w:tc>
        <w:tc>
          <w:tcPr>
            <w:tcW w:w="528" w:type="dxa"/>
          </w:tcPr>
          <w:p w14:paraId="2E4BA0A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265E0EF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016FEDD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3E045D7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881C06C" w14:textId="77777777" w:rsidR="00087E82" w:rsidRPr="00087E82" w:rsidRDefault="00087E82" w:rsidP="00087E82">
            <w:pPr>
              <w:spacing w:before="64" w:line="266" w:lineRule="auto"/>
              <w:ind w:left="77" w:right="145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 букв;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для обозначения;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чисел;</w:t>
            </w:r>
          </w:p>
          <w:p w14:paraId="34BFC4A7" w14:textId="77777777" w:rsidR="00087E82" w:rsidRPr="00087E82" w:rsidRDefault="00087E82" w:rsidP="00087E82">
            <w:pPr>
              <w:spacing w:before="2" w:line="266" w:lineRule="auto"/>
              <w:ind w:left="77" w:right="139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неизвестного;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компонента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действия;</w:t>
            </w:r>
          </w:p>
        </w:tc>
        <w:tc>
          <w:tcPr>
            <w:tcW w:w="1236" w:type="dxa"/>
          </w:tcPr>
          <w:p w14:paraId="3BE81734" w14:textId="77777777" w:rsidR="00087E82" w:rsidRPr="00087E82" w:rsidRDefault="00087E82" w:rsidP="00087E82">
            <w:pPr>
              <w:spacing w:before="64" w:line="266" w:lineRule="auto"/>
              <w:ind w:left="77" w:right="16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работа;;</w:t>
            </w:r>
          </w:p>
        </w:tc>
        <w:tc>
          <w:tcPr>
            <w:tcW w:w="1380" w:type="dxa"/>
          </w:tcPr>
          <w:p w14:paraId="51CF0C3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25F7A63C" w14:textId="77777777" w:rsidTr="00BA4D64">
        <w:trPr>
          <w:trHeight w:val="717"/>
        </w:trPr>
        <w:tc>
          <w:tcPr>
            <w:tcW w:w="396" w:type="dxa"/>
          </w:tcPr>
          <w:p w14:paraId="479C7970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3.8.</w:t>
            </w:r>
          </w:p>
        </w:tc>
        <w:tc>
          <w:tcPr>
            <w:tcW w:w="5883" w:type="dxa"/>
          </w:tcPr>
          <w:p w14:paraId="58EBA41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Умножение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однозначное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число.</w:t>
            </w:r>
          </w:p>
        </w:tc>
        <w:tc>
          <w:tcPr>
            <w:tcW w:w="528" w:type="dxa"/>
          </w:tcPr>
          <w:p w14:paraId="6303D1F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14:paraId="249BAE8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03824B4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88FAAE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7A9C4944" w14:textId="77777777" w:rsidR="00087E82" w:rsidRPr="00087E82" w:rsidRDefault="00087E82" w:rsidP="00087E82">
            <w:pPr>
              <w:spacing w:before="64" w:line="266" w:lineRule="auto"/>
              <w:ind w:left="77" w:right="56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Задания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проведение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контроля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самоконтроля;</w:t>
            </w:r>
          </w:p>
        </w:tc>
        <w:tc>
          <w:tcPr>
            <w:tcW w:w="1236" w:type="dxa"/>
          </w:tcPr>
          <w:p w14:paraId="58B39E60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7DCFBFA2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0BA6DE50" w14:textId="77777777" w:rsidTr="00BA4D64">
        <w:trPr>
          <w:trHeight w:val="333"/>
        </w:trPr>
        <w:tc>
          <w:tcPr>
            <w:tcW w:w="6279" w:type="dxa"/>
            <w:gridSpan w:val="2"/>
          </w:tcPr>
          <w:p w14:paraId="28B1135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14:paraId="2C404F7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37</w:t>
            </w:r>
          </w:p>
        </w:tc>
        <w:tc>
          <w:tcPr>
            <w:tcW w:w="8689" w:type="dxa"/>
            <w:gridSpan w:val="6"/>
          </w:tcPr>
          <w:p w14:paraId="3A348388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1751BBBD" w14:textId="77777777" w:rsidTr="00BA4D64">
        <w:trPr>
          <w:trHeight w:val="333"/>
        </w:trPr>
        <w:tc>
          <w:tcPr>
            <w:tcW w:w="15496" w:type="dxa"/>
            <w:gridSpan w:val="9"/>
          </w:tcPr>
          <w:p w14:paraId="1BAB57B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Раздел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Текстовые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задачи</w:t>
            </w:r>
          </w:p>
        </w:tc>
      </w:tr>
    </w:tbl>
    <w:p w14:paraId="359BFF7A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27A9F6A8" w14:textId="77777777" w:rsidTr="00BA4D64">
        <w:trPr>
          <w:trHeight w:val="1521"/>
        </w:trPr>
        <w:tc>
          <w:tcPr>
            <w:tcW w:w="396" w:type="dxa"/>
          </w:tcPr>
          <w:p w14:paraId="3CA4BF8A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4.1.</w:t>
            </w:r>
          </w:p>
        </w:tc>
        <w:tc>
          <w:tcPr>
            <w:tcW w:w="5883" w:type="dxa"/>
          </w:tcPr>
          <w:p w14:paraId="1754F145" w14:textId="77777777" w:rsidR="00087E82" w:rsidRPr="00087E82" w:rsidRDefault="00087E82" w:rsidP="00087E82">
            <w:pPr>
              <w:spacing w:before="64" w:line="266" w:lineRule="auto"/>
              <w:ind w:left="77" w:right="12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Работа с текстовой задачей, решение которой содержит 2—3 действия: анализ,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представление на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модели; планирование и запись решения; проверка решения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ответа.</w:t>
            </w:r>
          </w:p>
        </w:tc>
        <w:tc>
          <w:tcPr>
            <w:tcW w:w="528" w:type="dxa"/>
          </w:tcPr>
          <w:p w14:paraId="30B8994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14:paraId="34DC9E3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0EADAB8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798FDF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03544DAB" w14:textId="77777777" w:rsidR="00087E82" w:rsidRPr="00087E82" w:rsidRDefault="00087E82" w:rsidP="00087E82">
            <w:pPr>
              <w:spacing w:before="64" w:line="266" w:lineRule="auto"/>
              <w:ind w:left="77" w:right="130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Моделирование текста;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геометрических;</w:t>
            </w:r>
          </w:p>
          <w:p w14:paraId="54345789" w14:textId="77777777" w:rsidR="00087E82" w:rsidRPr="00087E82" w:rsidRDefault="00087E82" w:rsidP="00087E82">
            <w:pPr>
              <w:spacing w:before="3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770F085F" w14:textId="77777777" w:rsidR="00087E82" w:rsidRPr="00087E82" w:rsidRDefault="00087E82" w:rsidP="00087E82">
            <w:pPr>
              <w:spacing w:before="20" w:line="266" w:lineRule="auto"/>
              <w:ind w:left="77" w:right="129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графических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образов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ходе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</w:p>
        </w:tc>
        <w:tc>
          <w:tcPr>
            <w:tcW w:w="1236" w:type="dxa"/>
          </w:tcPr>
          <w:p w14:paraId="16C1210C" w14:textId="77777777" w:rsidR="00087E82" w:rsidRPr="00087E82" w:rsidRDefault="00087E82" w:rsidP="00087E82">
            <w:pPr>
              <w:spacing w:before="64" w:line="266" w:lineRule="auto"/>
              <w:ind w:left="77" w:right="26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0A1D78A5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75974D1A" w14:textId="77777777" w:rsidTr="00BA4D64">
        <w:trPr>
          <w:trHeight w:val="2062"/>
        </w:trPr>
        <w:tc>
          <w:tcPr>
            <w:tcW w:w="396" w:type="dxa"/>
          </w:tcPr>
          <w:p w14:paraId="3E686505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4.2.</w:t>
            </w:r>
          </w:p>
        </w:tc>
        <w:tc>
          <w:tcPr>
            <w:tcW w:w="5883" w:type="dxa"/>
          </w:tcPr>
          <w:p w14:paraId="45F8506D" w14:textId="77777777" w:rsidR="00087E82" w:rsidRPr="00087E82" w:rsidRDefault="00087E82" w:rsidP="00087E82">
            <w:pPr>
              <w:spacing w:before="64" w:line="266" w:lineRule="auto"/>
              <w:ind w:left="77" w:right="124"/>
              <w:jc w:val="both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Анализ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зависимостей,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характеризующих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процессы: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движения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(скорость,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время,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пройденный путь), работы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(производительность, время, объём работы), купли-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продажи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(цена,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количество,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стоимость)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решение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соответствующих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задач.</w:t>
            </w:r>
          </w:p>
        </w:tc>
        <w:tc>
          <w:tcPr>
            <w:tcW w:w="528" w:type="dxa"/>
          </w:tcPr>
          <w:p w14:paraId="623236B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3B6B0C5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14C6107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0D73A14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27FE9255" w14:textId="77777777" w:rsidR="00087E82" w:rsidRPr="00087E82" w:rsidRDefault="00087E82" w:rsidP="00087E82">
            <w:pPr>
              <w:spacing w:before="64" w:line="266" w:lineRule="auto"/>
              <w:ind w:left="77" w:right="141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Обсуждение способа;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</w:p>
          <w:p w14:paraId="6C409E8B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060F2845" w14:textId="77777777" w:rsidR="00087E82" w:rsidRPr="00087E82" w:rsidRDefault="00087E82" w:rsidP="00087E82">
            <w:pPr>
              <w:spacing w:before="19" w:line="266" w:lineRule="auto"/>
              <w:ind w:left="77" w:right="186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формы записи;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реальности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</w:p>
          <w:p w14:paraId="0E889697" w14:textId="77777777" w:rsidR="00087E82" w:rsidRPr="00087E82" w:rsidRDefault="00087E82" w:rsidP="00087E82">
            <w:pPr>
              <w:spacing w:before="2" w:line="266" w:lineRule="auto"/>
              <w:ind w:left="77" w:right="139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логичности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ответа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вопрос.;</w:t>
            </w:r>
          </w:p>
          <w:p w14:paraId="2905E930" w14:textId="77777777" w:rsidR="00087E82" w:rsidRPr="00087E82" w:rsidRDefault="00087E82" w:rsidP="00087E82">
            <w:pPr>
              <w:spacing w:before="1" w:line="266" w:lineRule="auto"/>
              <w:ind w:left="77" w:right="151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Выбор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основания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сравнение</w:t>
            </w:r>
            <w:r w:rsidRPr="00087E82">
              <w:rPr>
                <w:rFonts w:ascii="Times New Roman" w:eastAsia="Times New Roman" w:hAnsi="Times New Roman" w:cs="Times New Roman"/>
                <w:spacing w:val="-4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задач;</w:t>
            </w:r>
          </w:p>
        </w:tc>
        <w:tc>
          <w:tcPr>
            <w:tcW w:w="1236" w:type="dxa"/>
          </w:tcPr>
          <w:p w14:paraId="62CF911B" w14:textId="77777777" w:rsidR="00087E82" w:rsidRPr="00087E82" w:rsidRDefault="00087E82" w:rsidP="00087E82">
            <w:pPr>
              <w:spacing w:before="64" w:line="266" w:lineRule="auto"/>
              <w:ind w:left="77" w:right="26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4FFE9B44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0B32D3E6" w14:textId="77777777" w:rsidTr="00BA4D64">
        <w:trPr>
          <w:trHeight w:val="3599"/>
        </w:trPr>
        <w:tc>
          <w:tcPr>
            <w:tcW w:w="396" w:type="dxa"/>
          </w:tcPr>
          <w:p w14:paraId="4875D0A3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4.3.</w:t>
            </w:r>
          </w:p>
        </w:tc>
        <w:tc>
          <w:tcPr>
            <w:tcW w:w="5883" w:type="dxa"/>
          </w:tcPr>
          <w:p w14:paraId="6AD1D028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Задачи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установление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времени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(начало,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продолжительность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окончание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события),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расчёта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количества,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расхода,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изменения.</w:t>
            </w:r>
          </w:p>
        </w:tc>
        <w:tc>
          <w:tcPr>
            <w:tcW w:w="528" w:type="dxa"/>
          </w:tcPr>
          <w:p w14:paraId="0E2B91A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387FAF1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156C4BF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76AAF0F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16EAE9FB" w14:textId="77777777" w:rsidR="00087E82" w:rsidRPr="00087E82" w:rsidRDefault="00087E82" w:rsidP="00087E82">
            <w:pPr>
              <w:spacing w:before="64" w:line="266" w:lineRule="auto"/>
              <w:ind w:left="77" w:right="141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Обсуждение способа;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</w:p>
          <w:p w14:paraId="4D1F0924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AAE8471" w14:textId="77777777" w:rsidR="00087E82" w:rsidRPr="00087E82" w:rsidRDefault="00087E82" w:rsidP="00087E82">
            <w:pPr>
              <w:spacing w:before="19" w:line="266" w:lineRule="auto"/>
              <w:ind w:left="77" w:right="186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формы записи;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реальности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</w:p>
          <w:p w14:paraId="541BBF23" w14:textId="77777777" w:rsidR="00087E82" w:rsidRPr="00087E82" w:rsidRDefault="00087E82" w:rsidP="00087E82">
            <w:pPr>
              <w:spacing w:before="2" w:line="266" w:lineRule="auto"/>
              <w:ind w:left="77" w:right="139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логичности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ответа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вопрос.;</w:t>
            </w:r>
          </w:p>
          <w:p w14:paraId="4780849F" w14:textId="77777777" w:rsidR="00087E82" w:rsidRPr="00087E82" w:rsidRDefault="00087E82" w:rsidP="00087E82">
            <w:pPr>
              <w:spacing w:before="1" w:line="266" w:lineRule="auto"/>
              <w:ind w:left="77" w:right="151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Выбор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основания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сравнение задач.;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парах/группах.;</w:t>
            </w:r>
          </w:p>
          <w:p w14:paraId="286C989C" w14:textId="77777777" w:rsidR="00087E82" w:rsidRPr="00087E82" w:rsidRDefault="00087E82" w:rsidP="00087E82">
            <w:pPr>
              <w:spacing w:before="3" w:line="266" w:lineRule="auto"/>
              <w:ind w:left="77" w:right="74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Решениеспособом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2—3;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действия.;</w:t>
            </w:r>
          </w:p>
          <w:p w14:paraId="69277222" w14:textId="77777777" w:rsidR="00087E82" w:rsidRPr="00087E82" w:rsidRDefault="00087E82" w:rsidP="00087E82">
            <w:pPr>
              <w:spacing w:before="1" w:line="266" w:lineRule="auto"/>
              <w:ind w:left="77" w:right="159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Комментирование;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этапов решения;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арифметическим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</w:t>
            </w:r>
          </w:p>
        </w:tc>
        <w:tc>
          <w:tcPr>
            <w:tcW w:w="1236" w:type="dxa"/>
          </w:tcPr>
          <w:p w14:paraId="29527DE9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5CB51B46" w14:textId="77777777" w:rsidR="00087E82" w:rsidRPr="00087E82" w:rsidRDefault="00087E82" w:rsidP="00087E82">
            <w:pPr>
              <w:spacing w:before="4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листа»;;</w:t>
            </w:r>
          </w:p>
        </w:tc>
        <w:tc>
          <w:tcPr>
            <w:tcW w:w="1380" w:type="dxa"/>
          </w:tcPr>
          <w:p w14:paraId="2AE43F26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11574BCE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D03DDC0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47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785EE643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6BB49E89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48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6F5A19DE" w14:textId="77777777" w:rsidTr="00BA4D64">
        <w:trPr>
          <w:trHeight w:val="1677"/>
        </w:trPr>
        <w:tc>
          <w:tcPr>
            <w:tcW w:w="396" w:type="dxa"/>
          </w:tcPr>
          <w:p w14:paraId="37F7E836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4.4.</w:t>
            </w:r>
          </w:p>
        </w:tc>
        <w:tc>
          <w:tcPr>
            <w:tcW w:w="5883" w:type="dxa"/>
          </w:tcPr>
          <w:p w14:paraId="3C94284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Задачи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нахождение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доли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величины,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величины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её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доле.</w:t>
            </w:r>
          </w:p>
        </w:tc>
        <w:tc>
          <w:tcPr>
            <w:tcW w:w="528" w:type="dxa"/>
          </w:tcPr>
          <w:p w14:paraId="1ADACCC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56EF51C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3621047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2BB4A2B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BD338BF" w14:textId="77777777" w:rsidR="00087E82" w:rsidRPr="00087E82" w:rsidRDefault="00087E82" w:rsidP="00087E82">
            <w:pPr>
              <w:spacing w:before="64" w:line="266" w:lineRule="auto"/>
              <w:ind w:left="77" w:right="136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 работа:;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нахождение доли;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величины;</w:t>
            </w:r>
          </w:p>
          <w:p w14:paraId="0134D14E" w14:textId="77777777" w:rsidR="00087E82" w:rsidRPr="00087E82" w:rsidRDefault="00087E82" w:rsidP="00087E82">
            <w:pPr>
              <w:spacing w:before="2" w:line="266" w:lineRule="auto"/>
              <w:ind w:left="77" w:right="205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величины;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её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доле;</w:t>
            </w:r>
          </w:p>
        </w:tc>
        <w:tc>
          <w:tcPr>
            <w:tcW w:w="1236" w:type="dxa"/>
          </w:tcPr>
          <w:p w14:paraId="624E4F9C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  <w:p w14:paraId="71510F4D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4DC4FD66" w14:textId="77777777" w:rsidR="00087E82" w:rsidRPr="00087E82" w:rsidRDefault="00087E82" w:rsidP="00087E82">
            <w:pPr>
              <w:spacing w:before="19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193A18C9" w14:textId="77777777" w:rsidR="00087E82" w:rsidRPr="00087E82" w:rsidRDefault="00087E82" w:rsidP="00087E82">
            <w:pPr>
              <w:spacing w:before="2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</w:tcPr>
          <w:p w14:paraId="64D58B9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</w:tbl>
    <w:p w14:paraId="6E9F41F2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0DC29B73" w14:textId="77777777" w:rsidTr="00BA4D64">
        <w:trPr>
          <w:trHeight w:val="3310"/>
        </w:trPr>
        <w:tc>
          <w:tcPr>
            <w:tcW w:w="396" w:type="dxa"/>
          </w:tcPr>
          <w:p w14:paraId="6EB1DB1F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4.5.</w:t>
            </w:r>
          </w:p>
        </w:tc>
        <w:tc>
          <w:tcPr>
            <w:tcW w:w="5883" w:type="dxa"/>
          </w:tcPr>
          <w:p w14:paraId="383017F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Разные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способы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некоторых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видов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изученных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задач.</w:t>
            </w:r>
          </w:p>
        </w:tc>
        <w:tc>
          <w:tcPr>
            <w:tcW w:w="528" w:type="dxa"/>
          </w:tcPr>
          <w:p w14:paraId="28153C1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51B04AB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732F96C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03B7A4D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373B7218" w14:textId="77777777" w:rsidR="00087E82" w:rsidRPr="00087E82" w:rsidRDefault="00087E82" w:rsidP="00087E82">
            <w:pPr>
              <w:spacing w:before="64" w:line="266" w:lineRule="auto"/>
              <w:ind w:left="77" w:right="133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Оформление;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записи: полная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запись;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 текстовой;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 (модель;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решение по;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действиям;</w:t>
            </w:r>
          </w:p>
          <w:p w14:paraId="7E94E013" w14:textId="77777777" w:rsidR="00087E82" w:rsidRPr="00087E82" w:rsidRDefault="00087E82" w:rsidP="00087E82">
            <w:pPr>
              <w:spacing w:before="5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по;</w:t>
            </w:r>
          </w:p>
          <w:p w14:paraId="3065458B" w14:textId="77777777" w:rsidR="00087E82" w:rsidRPr="00087E82" w:rsidRDefault="00087E82" w:rsidP="00087E82">
            <w:pPr>
              <w:spacing w:before="19" w:line="266" w:lineRule="auto"/>
              <w:ind w:left="77" w:right="144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вопросам или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помощью числового;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выражения;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ответа).;</w:t>
            </w:r>
          </w:p>
          <w:p w14:paraId="3829BD17" w14:textId="77777777" w:rsidR="00087E82" w:rsidRPr="00087E82" w:rsidRDefault="00087E82" w:rsidP="00087E82">
            <w:pPr>
              <w:spacing w:before="4" w:line="266" w:lineRule="auto"/>
              <w:ind w:left="77" w:right="14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Разные записи;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одной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той;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же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задачи.;</w:t>
            </w:r>
          </w:p>
        </w:tc>
        <w:tc>
          <w:tcPr>
            <w:tcW w:w="1236" w:type="dxa"/>
          </w:tcPr>
          <w:p w14:paraId="3447DBCB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43C7DCAD" w14:textId="77777777" w:rsidR="00087E82" w:rsidRPr="00087E82" w:rsidRDefault="00087E82" w:rsidP="00087E82">
            <w:pPr>
              <w:spacing w:before="4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</w:tcPr>
          <w:p w14:paraId="6569C232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254BE0D7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FD686D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49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169C1303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7C9225D7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50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22FEC4E7" w14:textId="77777777" w:rsidTr="00BA4D64">
        <w:trPr>
          <w:trHeight w:val="3022"/>
        </w:trPr>
        <w:tc>
          <w:tcPr>
            <w:tcW w:w="396" w:type="dxa"/>
          </w:tcPr>
          <w:p w14:paraId="7DD24571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4.6.</w:t>
            </w:r>
          </w:p>
        </w:tc>
        <w:tc>
          <w:tcPr>
            <w:tcW w:w="5883" w:type="dxa"/>
          </w:tcPr>
          <w:p w14:paraId="06BF08E0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Оформление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действиям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пояснением,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вопросам,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помощью</w:t>
            </w:r>
            <w:r w:rsidRPr="00087E82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числового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выражения.</w:t>
            </w:r>
          </w:p>
        </w:tc>
        <w:tc>
          <w:tcPr>
            <w:tcW w:w="528" w:type="dxa"/>
          </w:tcPr>
          <w:p w14:paraId="69C4208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24220E1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4982DFF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3CD70A9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20BEAA29" w14:textId="77777777" w:rsidR="00087E82" w:rsidRPr="00087E82" w:rsidRDefault="00087E82" w:rsidP="00087E82">
            <w:pPr>
              <w:spacing w:before="64" w:line="266" w:lineRule="auto"/>
              <w:ind w:left="77" w:right="77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Оформление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записи: полная запись;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текстовой;</w:t>
            </w:r>
          </w:p>
          <w:p w14:paraId="4D92B62B" w14:textId="77777777" w:rsidR="00087E82" w:rsidRPr="00087E82" w:rsidRDefault="00087E82" w:rsidP="00087E82">
            <w:pPr>
              <w:spacing w:before="2" w:line="266" w:lineRule="auto"/>
              <w:ind w:left="77" w:right="180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задачи (модель;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решение по;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действиям;</w:t>
            </w:r>
          </w:p>
          <w:p w14:paraId="10637035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по;</w:t>
            </w:r>
          </w:p>
          <w:p w14:paraId="51D459E6" w14:textId="77777777" w:rsidR="00087E82" w:rsidRPr="00087E82" w:rsidRDefault="00087E82" w:rsidP="00087E82">
            <w:pPr>
              <w:spacing w:before="20" w:line="266" w:lineRule="auto"/>
              <w:ind w:left="77" w:right="144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вопросам или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помощью числового;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выражения;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ответа).;</w:t>
            </w:r>
          </w:p>
          <w:p w14:paraId="5A89B2AE" w14:textId="77777777" w:rsidR="00087E82" w:rsidRPr="00087E82" w:rsidRDefault="00087E82" w:rsidP="00087E82">
            <w:pPr>
              <w:spacing w:before="3" w:line="266" w:lineRule="auto"/>
              <w:ind w:left="77" w:right="14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Разные записи;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одной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той;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же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задачи;</w:t>
            </w:r>
          </w:p>
        </w:tc>
        <w:tc>
          <w:tcPr>
            <w:tcW w:w="1236" w:type="dxa"/>
          </w:tcPr>
          <w:p w14:paraId="6F98AD27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4F37993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3DBF9D73" w14:textId="77777777" w:rsidTr="00BA4D64">
        <w:trPr>
          <w:trHeight w:val="333"/>
        </w:trPr>
        <w:tc>
          <w:tcPr>
            <w:tcW w:w="6279" w:type="dxa"/>
            <w:gridSpan w:val="2"/>
          </w:tcPr>
          <w:p w14:paraId="22D4A28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14:paraId="526C730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21</w:t>
            </w:r>
          </w:p>
        </w:tc>
        <w:tc>
          <w:tcPr>
            <w:tcW w:w="8689" w:type="dxa"/>
            <w:gridSpan w:val="6"/>
          </w:tcPr>
          <w:p w14:paraId="2586C1A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011B4A1E" w14:textId="77777777" w:rsidTr="00BA4D64">
        <w:trPr>
          <w:trHeight w:val="333"/>
        </w:trPr>
        <w:tc>
          <w:tcPr>
            <w:tcW w:w="15496" w:type="dxa"/>
            <w:gridSpan w:val="9"/>
          </w:tcPr>
          <w:p w14:paraId="7B081BB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5.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Пространственные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отношения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24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геометрические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фигуры</w:t>
            </w:r>
          </w:p>
        </w:tc>
      </w:tr>
      <w:tr w:rsidR="00087E82" w:rsidRPr="00087E82" w14:paraId="2A412B32" w14:textId="77777777" w:rsidTr="00BA4D64">
        <w:trPr>
          <w:trHeight w:val="1485"/>
        </w:trPr>
        <w:tc>
          <w:tcPr>
            <w:tcW w:w="396" w:type="dxa"/>
          </w:tcPr>
          <w:p w14:paraId="0EF71B45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5.1.</w:t>
            </w:r>
          </w:p>
        </w:tc>
        <w:tc>
          <w:tcPr>
            <w:tcW w:w="5883" w:type="dxa"/>
          </w:tcPr>
          <w:p w14:paraId="38DDECA7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Наглядные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представления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симметрии.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Ось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симметрии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фигуры.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Фигуры,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имеющие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ось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симметрии.</w:t>
            </w:r>
          </w:p>
        </w:tc>
        <w:tc>
          <w:tcPr>
            <w:tcW w:w="528" w:type="dxa"/>
          </w:tcPr>
          <w:p w14:paraId="34CC85B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14:paraId="2531B05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7E45E52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5A75A95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6EEE5F38" w14:textId="77777777" w:rsidR="00087E82" w:rsidRPr="00087E82" w:rsidRDefault="00087E82" w:rsidP="00087E82">
            <w:pPr>
              <w:spacing w:before="64" w:line="266" w:lineRule="auto"/>
              <w:ind w:left="77" w:right="1465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Исследование;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объектов;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окружающего мира:;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сопоставление их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изученными;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геометрическими;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формами;</w:t>
            </w:r>
          </w:p>
        </w:tc>
        <w:tc>
          <w:tcPr>
            <w:tcW w:w="1236" w:type="dxa"/>
          </w:tcPr>
          <w:p w14:paraId="49C7E7C5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</w:p>
        </w:tc>
        <w:tc>
          <w:tcPr>
            <w:tcW w:w="1380" w:type="dxa"/>
          </w:tcPr>
          <w:p w14:paraId="1513574C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2208B336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CFE5B9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51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3CACD282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4D149912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lastRenderedPageBreak/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52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</w:tbl>
    <w:p w14:paraId="2122E6F8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15D0F748" w14:textId="77777777" w:rsidTr="00BA4D64">
        <w:trPr>
          <w:trHeight w:val="2722"/>
        </w:trPr>
        <w:tc>
          <w:tcPr>
            <w:tcW w:w="396" w:type="dxa"/>
          </w:tcPr>
          <w:p w14:paraId="53038EB6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5.2.</w:t>
            </w:r>
          </w:p>
        </w:tc>
        <w:tc>
          <w:tcPr>
            <w:tcW w:w="5883" w:type="dxa"/>
          </w:tcPr>
          <w:p w14:paraId="4A86B50F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Окружность,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круг: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распознавание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изображение;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построение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окружности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заданного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радиуса.</w:t>
            </w:r>
          </w:p>
        </w:tc>
        <w:tc>
          <w:tcPr>
            <w:tcW w:w="528" w:type="dxa"/>
          </w:tcPr>
          <w:p w14:paraId="2CDCCB3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2D6D548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56516EF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0D1A564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466D31F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Конструирование;</w:t>
            </w:r>
          </w:p>
          <w:p w14:paraId="6621DB51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BE79A6D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изображение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фигур;</w:t>
            </w:r>
          </w:p>
          <w:p w14:paraId="3F1C25EF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5E80F9A" w14:textId="77777777" w:rsidR="00087E82" w:rsidRPr="00087E82" w:rsidRDefault="00087E82" w:rsidP="00087E82">
            <w:pPr>
              <w:spacing w:before="20" w:line="266" w:lineRule="auto"/>
              <w:ind w:left="77" w:right="19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имеющих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ось;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симметрии;</w:t>
            </w:r>
          </w:p>
          <w:p w14:paraId="22AB4F41" w14:textId="77777777" w:rsidR="00087E82" w:rsidRPr="00087E82" w:rsidRDefault="00087E82" w:rsidP="00087E82">
            <w:pPr>
              <w:spacing w:before="1" w:line="266" w:lineRule="auto"/>
              <w:ind w:left="77" w:right="50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построение окружности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заданного;</w:t>
            </w:r>
            <w:r w:rsidRPr="00087E82">
              <w:rPr>
                <w:rFonts w:ascii="Times New Roman" w:eastAsia="Times New Roman" w:hAnsi="Times New Roman" w:cs="Times New Roman"/>
                <w:spacing w:val="-3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радиуса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помощью;</w:t>
            </w:r>
          </w:p>
          <w:p w14:paraId="210C2EF5" w14:textId="77777777" w:rsidR="00087E82" w:rsidRPr="00087E82" w:rsidRDefault="00087E82" w:rsidP="00087E82">
            <w:pPr>
              <w:spacing w:before="1" w:line="266" w:lineRule="auto"/>
              <w:ind w:left="77" w:right="131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циркуля;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Изображение;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геометрических фигур;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 заданными;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свойствами.;</w:t>
            </w:r>
          </w:p>
        </w:tc>
        <w:tc>
          <w:tcPr>
            <w:tcW w:w="1236" w:type="dxa"/>
          </w:tcPr>
          <w:p w14:paraId="6B722546" w14:textId="77777777" w:rsidR="00087E82" w:rsidRPr="00087E82" w:rsidRDefault="00087E82" w:rsidP="00087E82">
            <w:pPr>
              <w:spacing w:before="64" w:line="266" w:lineRule="auto"/>
              <w:ind w:left="77" w:right="5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 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листа»;;</w:t>
            </w:r>
          </w:p>
        </w:tc>
        <w:tc>
          <w:tcPr>
            <w:tcW w:w="1380" w:type="dxa"/>
          </w:tcPr>
          <w:p w14:paraId="150CD815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28CA559A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42C2B8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53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1D34FB84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14A1B55F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54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  <w:p w14:paraId="1AB7BCC1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87E82" w:rsidRPr="00087E82" w14:paraId="6CFF326F" w14:textId="77777777" w:rsidTr="00BA4D64">
        <w:trPr>
          <w:trHeight w:val="3791"/>
        </w:trPr>
        <w:tc>
          <w:tcPr>
            <w:tcW w:w="396" w:type="dxa"/>
          </w:tcPr>
          <w:p w14:paraId="0CAB3D5B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5.3.</w:t>
            </w:r>
          </w:p>
        </w:tc>
        <w:tc>
          <w:tcPr>
            <w:tcW w:w="5883" w:type="dxa"/>
          </w:tcPr>
          <w:p w14:paraId="205D8861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Построение изученных геометрических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 с помощью линейки, угольника,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циркуля.</w:t>
            </w:r>
          </w:p>
        </w:tc>
        <w:tc>
          <w:tcPr>
            <w:tcW w:w="528" w:type="dxa"/>
          </w:tcPr>
          <w:p w14:paraId="3F45AD2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14:paraId="6F11A38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12BBB93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46BCD23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54DA3989" w14:textId="77777777" w:rsidR="00087E82" w:rsidRPr="00087E82" w:rsidRDefault="00087E82" w:rsidP="00087E82">
            <w:pPr>
              <w:spacing w:before="64" w:line="266" w:lineRule="auto"/>
              <w:ind w:left="77" w:right="166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Учебный диалог:;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различение;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называние;</w:t>
            </w:r>
          </w:p>
          <w:p w14:paraId="52DE32A2" w14:textId="77777777" w:rsidR="00087E82" w:rsidRPr="00087E82" w:rsidRDefault="00087E82" w:rsidP="00087E82">
            <w:pPr>
              <w:spacing w:before="2" w:line="266" w:lineRule="auto"/>
              <w:ind w:left="77" w:right="143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фигур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(прямой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угол);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(периметр;</w:t>
            </w:r>
          </w:p>
          <w:p w14:paraId="31493FFA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62282C77" w14:textId="77777777" w:rsidR="00087E82" w:rsidRPr="00087E82" w:rsidRDefault="00087E82" w:rsidP="00087E82">
            <w:pPr>
              <w:spacing w:before="20" w:line="266" w:lineRule="auto"/>
              <w:ind w:left="77" w:right="13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площадь).;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хода и 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поиска информации 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фигурах и их моделях;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 окружающем.;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 на;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классификацию;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геометрических фигур;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 одному-двум;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основаниям.;;</w:t>
            </w:r>
          </w:p>
        </w:tc>
        <w:tc>
          <w:tcPr>
            <w:tcW w:w="1236" w:type="dxa"/>
          </w:tcPr>
          <w:p w14:paraId="3A3EB87B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13382C11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6F3AFAA2" w14:textId="77777777" w:rsidTr="00BA4D64">
        <w:trPr>
          <w:trHeight w:val="2830"/>
        </w:trPr>
        <w:tc>
          <w:tcPr>
            <w:tcW w:w="396" w:type="dxa"/>
          </w:tcPr>
          <w:p w14:paraId="153EB740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5.4.</w:t>
            </w:r>
          </w:p>
        </w:tc>
        <w:tc>
          <w:tcPr>
            <w:tcW w:w="5883" w:type="dxa"/>
          </w:tcPr>
          <w:p w14:paraId="2208CD85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Пространственные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геометрические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фигуры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(тела):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шар,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куб,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цилиндр,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конус,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пирамида;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различение,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называние.</w:t>
            </w:r>
          </w:p>
        </w:tc>
        <w:tc>
          <w:tcPr>
            <w:tcW w:w="528" w:type="dxa"/>
          </w:tcPr>
          <w:p w14:paraId="46C134C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7D13228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6220FD5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864" w:type="dxa"/>
          </w:tcPr>
          <w:p w14:paraId="26A30FE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58A6C878" w14:textId="77777777" w:rsidR="00087E82" w:rsidRPr="00087E82" w:rsidRDefault="00087E82" w:rsidP="00087E82">
            <w:pPr>
              <w:spacing w:before="64" w:line="266" w:lineRule="auto"/>
              <w:ind w:left="77" w:right="135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хода и 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поиска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информации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геометрических;</w:t>
            </w:r>
          </w:p>
          <w:p w14:paraId="1165877A" w14:textId="77777777" w:rsidR="00087E82" w:rsidRPr="00087E82" w:rsidRDefault="00087E82" w:rsidP="00087E82">
            <w:pPr>
              <w:spacing w:before="3" w:line="266" w:lineRule="auto"/>
              <w:ind w:left="77" w:right="31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фигурах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их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моделяхв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окружающем.;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на;</w:t>
            </w:r>
          </w:p>
          <w:p w14:paraId="7F0B0BAA" w14:textId="77777777" w:rsidR="00087E82" w:rsidRPr="00087E82" w:rsidRDefault="00087E82" w:rsidP="00087E82">
            <w:pPr>
              <w:spacing w:before="1" w:line="266" w:lineRule="auto"/>
              <w:ind w:left="77" w:right="130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классификацию;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геометрических фигур;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 одному-двум;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основаниям.;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 на;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деятельности;;</w:t>
            </w:r>
          </w:p>
        </w:tc>
        <w:tc>
          <w:tcPr>
            <w:tcW w:w="1236" w:type="dxa"/>
          </w:tcPr>
          <w:p w14:paraId="65CB6960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47966203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</w:tbl>
    <w:p w14:paraId="44AE081F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53709AF8" w14:textId="77777777" w:rsidTr="00BA4D64">
        <w:trPr>
          <w:trHeight w:val="2638"/>
        </w:trPr>
        <w:tc>
          <w:tcPr>
            <w:tcW w:w="396" w:type="dxa"/>
          </w:tcPr>
          <w:p w14:paraId="637A5D0F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5.5.</w:t>
            </w:r>
          </w:p>
        </w:tc>
        <w:tc>
          <w:tcPr>
            <w:tcW w:w="5883" w:type="dxa"/>
          </w:tcPr>
          <w:p w14:paraId="6850F372" w14:textId="77777777" w:rsidR="00087E82" w:rsidRPr="00087E82" w:rsidRDefault="00087E82" w:rsidP="00087E82">
            <w:pPr>
              <w:spacing w:before="64" w:line="266" w:lineRule="auto"/>
              <w:ind w:left="77" w:right="79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Конструирование: разбиение фигуры на прямоугольники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(квадраты),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составление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фигур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из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прямоугольников/квадратов.</w:t>
            </w:r>
          </w:p>
        </w:tc>
        <w:tc>
          <w:tcPr>
            <w:tcW w:w="528" w:type="dxa"/>
          </w:tcPr>
          <w:p w14:paraId="049844F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14:paraId="609993F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7ECD357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21897A9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3231A517" w14:textId="77777777" w:rsidR="00087E82" w:rsidRPr="00087E82" w:rsidRDefault="00087E82" w:rsidP="00087E82">
            <w:pPr>
              <w:spacing w:before="64" w:line="266" w:lineRule="auto"/>
              <w:ind w:left="77" w:right="133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Практические работы:;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нахождение площади;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фигуры;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составленной;</w:t>
            </w:r>
          </w:p>
          <w:p w14:paraId="359724D8" w14:textId="77777777" w:rsidR="00087E82" w:rsidRPr="00087E82" w:rsidRDefault="00087E82" w:rsidP="00087E82">
            <w:pPr>
              <w:spacing w:before="3" w:line="266" w:lineRule="auto"/>
              <w:ind w:left="77" w:right="140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 прямоугольников;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(квадратов);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сравнение;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однородных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величин;</w:t>
            </w:r>
          </w:p>
          <w:p w14:paraId="026D42DF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4AB14AB" w14:textId="77777777" w:rsidR="00087E82" w:rsidRPr="00087E82" w:rsidRDefault="00087E82" w:rsidP="00087E82">
            <w:pPr>
              <w:spacing w:before="20" w:line="266" w:lineRule="auto"/>
              <w:ind w:left="77" w:right="127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 свойств;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прямоугольника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квадрата для решения;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задач.;</w:t>
            </w:r>
          </w:p>
        </w:tc>
        <w:tc>
          <w:tcPr>
            <w:tcW w:w="1236" w:type="dxa"/>
          </w:tcPr>
          <w:p w14:paraId="2244ABAF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3F7B0E99" w14:textId="77777777" w:rsidR="00087E82" w:rsidRPr="00087E82" w:rsidRDefault="00087E82" w:rsidP="00087E82">
            <w:pPr>
              <w:spacing w:before="4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листа»;;</w:t>
            </w:r>
          </w:p>
        </w:tc>
        <w:tc>
          <w:tcPr>
            <w:tcW w:w="1380" w:type="dxa"/>
          </w:tcPr>
          <w:p w14:paraId="6EEBDBFF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6963AC5C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FD846D3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55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1721DABB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08D0F5C1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56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43FA8F29" w14:textId="77777777" w:rsidTr="00BA4D64">
        <w:trPr>
          <w:trHeight w:val="5328"/>
        </w:trPr>
        <w:tc>
          <w:tcPr>
            <w:tcW w:w="396" w:type="dxa"/>
          </w:tcPr>
          <w:p w14:paraId="21F5FC3B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5.6.</w:t>
            </w:r>
          </w:p>
        </w:tc>
        <w:tc>
          <w:tcPr>
            <w:tcW w:w="5883" w:type="dxa"/>
          </w:tcPr>
          <w:p w14:paraId="74DA18A1" w14:textId="77777777" w:rsidR="00087E82" w:rsidRPr="00087E82" w:rsidRDefault="00087E82" w:rsidP="00087E82">
            <w:pPr>
              <w:spacing w:before="64" w:line="266" w:lineRule="auto"/>
              <w:ind w:left="77" w:right="47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Периметр, площадь фигуры,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составленной из двух-трёх прямоугольников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(квадратов)</w:t>
            </w:r>
          </w:p>
        </w:tc>
        <w:tc>
          <w:tcPr>
            <w:tcW w:w="528" w:type="dxa"/>
          </w:tcPr>
          <w:p w14:paraId="6DEFD75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1104" w:type="dxa"/>
          </w:tcPr>
          <w:p w14:paraId="2525126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14:paraId="1A3ECAC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75F5652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623703A7" w14:textId="77777777" w:rsidR="00087E82" w:rsidRPr="00087E82" w:rsidRDefault="00087E82" w:rsidP="00087E82">
            <w:pPr>
              <w:spacing w:before="64" w:line="266" w:lineRule="auto"/>
              <w:ind w:left="77" w:right="128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хода и результата;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поиска информации 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площади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способах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её;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нахождения.;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Формулирование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проверка истинности;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утверждений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о;</w:t>
            </w:r>
          </w:p>
          <w:p w14:paraId="73940032" w14:textId="77777777" w:rsidR="00087E82" w:rsidRPr="00087E82" w:rsidRDefault="00087E82" w:rsidP="00087E82">
            <w:pPr>
              <w:spacing w:before="5" w:line="266" w:lineRule="auto"/>
              <w:ind w:left="77" w:right="103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значениях геометрических;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величин.;</w:t>
            </w:r>
          </w:p>
          <w:p w14:paraId="0FD878E6" w14:textId="77777777" w:rsidR="00087E82" w:rsidRPr="00087E82" w:rsidRDefault="00087E82" w:rsidP="00087E82">
            <w:pPr>
              <w:spacing w:before="2" w:line="266" w:lineRule="auto"/>
              <w:ind w:left="77" w:right="12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графические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измерительные;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 при;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измерений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вычислений периметра;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многоугольника;</w:t>
            </w:r>
          </w:p>
          <w:p w14:paraId="7EA2D768" w14:textId="77777777" w:rsidR="00087E82" w:rsidRPr="00087E82" w:rsidRDefault="00087E82" w:rsidP="00087E82">
            <w:pPr>
              <w:spacing w:before="5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482EB867" w14:textId="77777777" w:rsidR="00087E82" w:rsidRPr="00087E82" w:rsidRDefault="00087E82" w:rsidP="00087E82">
            <w:pPr>
              <w:spacing w:before="20" w:line="266" w:lineRule="auto"/>
              <w:ind w:left="77" w:right="17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прямоугольника;</w:t>
            </w:r>
          </w:p>
          <w:p w14:paraId="43651891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186C41A7" w14:textId="77777777" w:rsidR="00087E82" w:rsidRPr="00087E82" w:rsidRDefault="00087E82" w:rsidP="00087E82">
            <w:pPr>
              <w:spacing w:before="20" w:line="266" w:lineRule="auto"/>
              <w:ind w:left="77" w:right="222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квадрата;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фигуры;</w:t>
            </w:r>
          </w:p>
          <w:p w14:paraId="0C1F6861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BF41A5F" w14:textId="77777777" w:rsidR="00087E82" w:rsidRPr="00087E82" w:rsidRDefault="00087E82" w:rsidP="00087E82">
            <w:pPr>
              <w:spacing w:before="19" w:line="266" w:lineRule="auto"/>
              <w:ind w:left="77" w:right="155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составленной из;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прямоугольников.;;</w:t>
            </w:r>
          </w:p>
        </w:tc>
        <w:tc>
          <w:tcPr>
            <w:tcW w:w="1236" w:type="dxa"/>
          </w:tcPr>
          <w:p w14:paraId="4EA46CC7" w14:textId="77777777" w:rsidR="00087E82" w:rsidRPr="00087E82" w:rsidRDefault="00087E82" w:rsidP="00087E82">
            <w:pPr>
              <w:spacing w:before="64" w:line="266" w:lineRule="auto"/>
              <w:ind w:left="77" w:right="14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опрос;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Контрольная;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работа;;</w:t>
            </w:r>
          </w:p>
        </w:tc>
        <w:tc>
          <w:tcPr>
            <w:tcW w:w="1380" w:type="dxa"/>
          </w:tcPr>
          <w:p w14:paraId="14EDE5F6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059BD5C7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64EABD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88E3E63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57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73FC1AC0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299B4032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58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7D9268D7" w14:textId="77777777" w:rsidTr="00BA4D64">
        <w:trPr>
          <w:trHeight w:val="333"/>
        </w:trPr>
        <w:tc>
          <w:tcPr>
            <w:tcW w:w="6279" w:type="dxa"/>
            <w:gridSpan w:val="2"/>
          </w:tcPr>
          <w:p w14:paraId="7E52FF4B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14:paraId="5118D38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</w:t>
            </w:r>
          </w:p>
        </w:tc>
        <w:tc>
          <w:tcPr>
            <w:tcW w:w="8689" w:type="dxa"/>
            <w:gridSpan w:val="6"/>
          </w:tcPr>
          <w:p w14:paraId="407903C5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770D6E64" w14:textId="77777777" w:rsidTr="00BA4D64">
        <w:trPr>
          <w:trHeight w:val="357"/>
        </w:trPr>
        <w:tc>
          <w:tcPr>
            <w:tcW w:w="15496" w:type="dxa"/>
            <w:gridSpan w:val="9"/>
          </w:tcPr>
          <w:p w14:paraId="74CCFCD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6.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Математическая</w:t>
            </w:r>
            <w:r w:rsidRPr="00087E82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информация</w:t>
            </w:r>
          </w:p>
        </w:tc>
      </w:tr>
    </w:tbl>
    <w:p w14:paraId="5950F6E0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6344BA59" w14:textId="77777777" w:rsidTr="00BA4D64">
        <w:trPr>
          <w:trHeight w:val="5712"/>
        </w:trPr>
        <w:tc>
          <w:tcPr>
            <w:tcW w:w="396" w:type="dxa"/>
          </w:tcPr>
          <w:p w14:paraId="121BD5A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6.1.</w:t>
            </w:r>
          </w:p>
        </w:tc>
        <w:tc>
          <w:tcPr>
            <w:tcW w:w="5883" w:type="dxa"/>
          </w:tcPr>
          <w:p w14:paraId="50E03F2F" w14:textId="77777777" w:rsidR="00087E82" w:rsidRPr="00087E82" w:rsidRDefault="00087E82" w:rsidP="00087E82">
            <w:pPr>
              <w:spacing w:before="64" w:line="266" w:lineRule="auto"/>
              <w:ind w:left="77" w:right="13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Работа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утверждениями: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конструирование,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проверка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истинности;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составление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 проверка логических рассуждений при решении задач. Примеры и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контрпримеры.</w:t>
            </w:r>
          </w:p>
        </w:tc>
        <w:tc>
          <w:tcPr>
            <w:tcW w:w="528" w:type="dxa"/>
          </w:tcPr>
          <w:p w14:paraId="45E4CDE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75BC235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4DA45CD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358B037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3110D821" w14:textId="77777777" w:rsidR="00087E82" w:rsidRPr="00087E82" w:rsidRDefault="00087E82" w:rsidP="00087E82">
            <w:pPr>
              <w:spacing w:before="64" w:line="266" w:lineRule="auto"/>
              <w:ind w:left="77" w:right="1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Дифференцированное;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задание:;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комментирование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терминологии.;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характеристика;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предлагаемой;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житейской ситуации.;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вопросов для поиска;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числовыххарактеристик;</w:t>
            </w:r>
          </w:p>
          <w:p w14:paraId="6E40330A" w14:textId="77777777" w:rsidR="00087E82" w:rsidRPr="00087E82" w:rsidRDefault="00087E82" w:rsidP="00087E82">
            <w:pPr>
              <w:spacing w:before="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FF30AA8" w14:textId="77777777" w:rsidR="00087E82" w:rsidRPr="00087E82" w:rsidRDefault="00087E82" w:rsidP="00087E82">
            <w:pPr>
              <w:spacing w:before="19" w:line="266" w:lineRule="auto"/>
              <w:ind w:left="77" w:right="13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отношений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зависимостей;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(последовательность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продолжительность;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событий;</w:t>
            </w:r>
          </w:p>
          <w:p w14:paraId="19ECAAF9" w14:textId="77777777" w:rsidR="00087E82" w:rsidRPr="00087E82" w:rsidRDefault="00087E82" w:rsidP="00087E82">
            <w:pPr>
              <w:spacing w:before="4" w:line="266" w:lineRule="auto"/>
              <w:ind w:left="77" w:right="192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положение в;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пространстве;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формы;</w:t>
            </w:r>
          </w:p>
          <w:p w14:paraId="2767C110" w14:textId="77777777" w:rsidR="00087E82" w:rsidRPr="00087E82" w:rsidRDefault="00087E82" w:rsidP="00087E82">
            <w:pPr>
              <w:spacing w:before="2" w:line="266" w:lineRule="auto"/>
              <w:ind w:left="77" w:right="163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размеры).;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</w:t>
            </w:r>
            <w:r w:rsidRPr="00087E82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группах:;</w:t>
            </w:r>
          </w:p>
          <w:p w14:paraId="52665BE7" w14:textId="77777777" w:rsidR="00087E82" w:rsidRPr="00087E82" w:rsidRDefault="00087E82" w:rsidP="00087E82">
            <w:pPr>
              <w:spacing w:before="2" w:line="266" w:lineRule="auto"/>
              <w:ind w:left="77" w:right="135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обсуждение ситуаций;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примеров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контрпримеров.;;</w:t>
            </w:r>
          </w:p>
        </w:tc>
        <w:tc>
          <w:tcPr>
            <w:tcW w:w="1236" w:type="dxa"/>
          </w:tcPr>
          <w:p w14:paraId="3BE085A2" w14:textId="77777777" w:rsidR="00087E82" w:rsidRPr="00087E82" w:rsidRDefault="00087E82" w:rsidP="00087E82">
            <w:pPr>
              <w:spacing w:before="64" w:line="266" w:lineRule="auto"/>
              <w:ind w:left="77" w:right="4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14:paraId="2F737417" w14:textId="77777777" w:rsidR="00087E82" w:rsidRPr="00087E82" w:rsidRDefault="00087E82" w:rsidP="00087E82">
            <w:pPr>
              <w:spacing w:before="3" w:line="266" w:lineRule="auto"/>
              <w:ind w:left="77" w:right="23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</w:tcPr>
          <w:p w14:paraId="7B3960D5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</w:tbl>
    <w:p w14:paraId="5EADC29E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2C613F26" w14:textId="77777777" w:rsidTr="00BA4D64">
        <w:trPr>
          <w:trHeight w:val="7645"/>
        </w:trPr>
        <w:tc>
          <w:tcPr>
            <w:tcW w:w="396" w:type="dxa"/>
          </w:tcPr>
          <w:p w14:paraId="4B1022E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6.2.</w:t>
            </w:r>
          </w:p>
        </w:tc>
        <w:tc>
          <w:tcPr>
            <w:tcW w:w="5883" w:type="dxa"/>
          </w:tcPr>
          <w:p w14:paraId="4516F8C4" w14:textId="77777777" w:rsidR="00087E82" w:rsidRPr="00087E82" w:rsidRDefault="00087E82" w:rsidP="00087E82">
            <w:pPr>
              <w:spacing w:before="64" w:line="266" w:lineRule="auto"/>
              <w:ind w:left="77" w:right="12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Данные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реальных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процессах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явлениях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окружающего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мира,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представленные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столбчатых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диаграммах,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схемах,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таблицах,</w:t>
            </w:r>
            <w:r w:rsidRPr="00087E82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текстах.</w:t>
            </w:r>
          </w:p>
        </w:tc>
        <w:tc>
          <w:tcPr>
            <w:tcW w:w="528" w:type="dxa"/>
          </w:tcPr>
          <w:p w14:paraId="1D5247A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789494D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771E992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6BE73F78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217ABCA2" w14:textId="77777777" w:rsidR="00087E82" w:rsidRPr="00087E82" w:rsidRDefault="00087E82" w:rsidP="00087E82">
            <w:pPr>
              <w:spacing w:before="64" w:line="266" w:lineRule="auto"/>
              <w:ind w:left="77" w:right="143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Планирование сбора;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данных о заданном;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объекте</w:t>
            </w:r>
            <w:r w:rsidRPr="00087E82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(числе;</w:t>
            </w:r>
          </w:p>
          <w:p w14:paraId="7CA344D3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1E9458C7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величине;</w:t>
            </w:r>
          </w:p>
          <w:p w14:paraId="3C1E832A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799AB6EC" w14:textId="77777777" w:rsidR="00087E82" w:rsidRPr="00087E82" w:rsidRDefault="00087E82" w:rsidP="00087E82">
            <w:pPr>
              <w:spacing w:before="20" w:line="266" w:lineRule="auto"/>
              <w:ind w:left="77" w:right="12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геометрической;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фигуре).;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Дифференцированное;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задание: оформление;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записи. Представление;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информации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предложенной или;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самостоятельно;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выбранной форме.;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Установление;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истинности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заданных;</w:t>
            </w:r>
          </w:p>
          <w:p w14:paraId="3F6885AD" w14:textId="77777777" w:rsidR="00087E82" w:rsidRPr="00087E82" w:rsidRDefault="00087E82" w:rsidP="00087E82">
            <w:pPr>
              <w:spacing w:before="8" w:line="266" w:lineRule="auto"/>
              <w:ind w:left="77" w:right="68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 самостоятельно составленных;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утверждений.;</w:t>
            </w:r>
          </w:p>
          <w:p w14:paraId="27DD2720" w14:textId="77777777" w:rsidR="00087E82" w:rsidRPr="00087E82" w:rsidRDefault="00087E82" w:rsidP="00087E82">
            <w:pPr>
              <w:spacing w:before="1" w:line="266" w:lineRule="auto"/>
              <w:ind w:left="77" w:right="133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Практические работы:;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учебные задачи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точными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приближёнными;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данными;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доступными;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электронными;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средствами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обучения;</w:t>
            </w:r>
          </w:p>
          <w:p w14:paraId="6A32B1F7" w14:textId="77777777" w:rsidR="00087E82" w:rsidRPr="00087E82" w:rsidRDefault="00087E82" w:rsidP="00087E82">
            <w:pPr>
              <w:spacing w:before="5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5E24B8A" w14:textId="77777777" w:rsidR="00087E82" w:rsidRPr="00087E82" w:rsidRDefault="00087E82" w:rsidP="00087E82">
            <w:pPr>
              <w:spacing w:before="20" w:line="266" w:lineRule="auto"/>
              <w:ind w:left="77" w:right="150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пособиями;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простейших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шкал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измерительных;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приборов.;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Учебный</w:t>
            </w:r>
            <w:r w:rsidRPr="00087E82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диалог:;</w:t>
            </w:r>
          </w:p>
          <w:p w14:paraId="4578BBCF" w14:textId="77777777" w:rsidR="00087E82" w:rsidRPr="00087E82" w:rsidRDefault="00087E82" w:rsidP="00087E82">
            <w:pPr>
              <w:spacing w:before="4" w:line="266" w:lineRule="auto"/>
              <w:ind w:left="77" w:right="132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«Применение;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алгоритмов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учебных;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практических;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ситуациях».;;</w:t>
            </w:r>
          </w:p>
        </w:tc>
        <w:tc>
          <w:tcPr>
            <w:tcW w:w="1236" w:type="dxa"/>
          </w:tcPr>
          <w:p w14:paraId="43C9C366" w14:textId="77777777" w:rsidR="00087E82" w:rsidRPr="00087E82" w:rsidRDefault="00087E82" w:rsidP="00087E82">
            <w:pPr>
              <w:spacing w:before="64" w:line="266" w:lineRule="auto"/>
              <w:ind w:left="77" w:right="1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Самооценка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м;</w:t>
            </w:r>
          </w:p>
          <w:p w14:paraId="2E59F9AC" w14:textId="77777777" w:rsidR="00087E82" w:rsidRPr="00087E82" w:rsidRDefault="00087E82" w:rsidP="00087E82">
            <w:pPr>
              <w:spacing w:before="4" w:line="266" w:lineRule="auto"/>
              <w:ind w:left="77" w:right="19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«Оценочного;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</w:tcPr>
          <w:p w14:paraId="4CCBF840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47FF9501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041477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59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3E91EF8C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7F9FB149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60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</w:tbl>
    <w:p w14:paraId="29C05193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087E82" w:rsidRPr="00087E82" w14:paraId="668A1D50" w14:textId="77777777" w:rsidTr="00BA4D64">
        <w:trPr>
          <w:trHeight w:val="3815"/>
        </w:trPr>
        <w:tc>
          <w:tcPr>
            <w:tcW w:w="396" w:type="dxa"/>
          </w:tcPr>
          <w:p w14:paraId="520633CA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6.3.</w:t>
            </w:r>
          </w:p>
        </w:tc>
        <w:tc>
          <w:tcPr>
            <w:tcW w:w="5883" w:type="dxa"/>
          </w:tcPr>
          <w:p w14:paraId="52FDBFD9" w14:textId="77777777" w:rsidR="00087E82" w:rsidRPr="00087E82" w:rsidRDefault="00087E82" w:rsidP="00087E82">
            <w:pPr>
              <w:spacing w:before="64" w:line="266" w:lineRule="auto"/>
              <w:ind w:left="77" w:right="33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Сбор математических данных о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заданном объекте (числе, величине,</w:t>
            </w:r>
            <w:r w:rsidRPr="00087E8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геометрической фигуре).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Поиск информации в справочной литературе, сети</w:t>
            </w:r>
            <w:r w:rsidRPr="00087E82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Интернет.</w:t>
            </w:r>
          </w:p>
        </w:tc>
        <w:tc>
          <w:tcPr>
            <w:tcW w:w="528" w:type="dxa"/>
          </w:tcPr>
          <w:p w14:paraId="6BB5BE2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14:paraId="364C9B3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33EC282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64" w:type="dxa"/>
          </w:tcPr>
          <w:p w14:paraId="05CC8A4E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12E27FA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Учебный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диалог:;</w:t>
            </w:r>
          </w:p>
          <w:p w14:paraId="164898D8" w14:textId="77777777" w:rsidR="00087E82" w:rsidRPr="00087E82" w:rsidRDefault="00087E82" w:rsidP="00087E82">
            <w:pPr>
              <w:spacing w:before="20" w:line="266" w:lineRule="auto"/>
              <w:ind w:left="77" w:right="132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«Применение;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алгоритмов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учебных;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практических;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ситуациях».;</w:t>
            </w:r>
          </w:p>
          <w:p w14:paraId="7A1C4226" w14:textId="77777777" w:rsidR="00087E82" w:rsidRPr="00087E82" w:rsidRDefault="00087E82" w:rsidP="00087E82">
            <w:pPr>
              <w:spacing w:before="3" w:line="266" w:lineRule="auto"/>
              <w:ind w:left="77" w:right="13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с;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информацией: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чтение;</w:t>
            </w:r>
          </w:p>
          <w:p w14:paraId="2922A80A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31954167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представление;</w:t>
            </w:r>
          </w:p>
          <w:p w14:paraId="45FAE7FB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45A260AD" w14:textId="77777777" w:rsidR="00087E82" w:rsidRPr="00087E82" w:rsidRDefault="00087E82" w:rsidP="00087E82">
            <w:pPr>
              <w:spacing w:before="20" w:line="266" w:lineRule="auto"/>
              <w:ind w:left="77" w:right="138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формулирование;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вывода относительно;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данных;</w:t>
            </w:r>
          </w:p>
          <w:p w14:paraId="0163942F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64387F8D" w14:textId="77777777" w:rsidR="00087E82" w:rsidRPr="00087E82" w:rsidRDefault="00087E82" w:rsidP="00087E82">
            <w:pPr>
              <w:spacing w:before="19" w:line="266" w:lineRule="auto"/>
              <w:ind w:left="77" w:right="19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представленных в табличной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форме (на</w:t>
            </w:r>
            <w:r w:rsidRPr="00087E82">
              <w:rPr>
                <w:rFonts w:ascii="Times New Roman" w:eastAsia="Times New Roman" w:hAnsi="Times New Roman" w:cs="Times New Roman"/>
                <w:spacing w:val="-3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диаграмме;</w:t>
            </w:r>
          </w:p>
          <w:p w14:paraId="66823211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схеме;</w:t>
            </w:r>
          </w:p>
          <w:p w14:paraId="2BC7A66B" w14:textId="77777777" w:rsidR="00087E82" w:rsidRPr="00087E82" w:rsidRDefault="00087E82" w:rsidP="00087E82">
            <w:pPr>
              <w:spacing w:before="19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25483475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другой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модели).;</w:t>
            </w:r>
          </w:p>
        </w:tc>
        <w:tc>
          <w:tcPr>
            <w:tcW w:w="1236" w:type="dxa"/>
          </w:tcPr>
          <w:p w14:paraId="5E11415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380" w:type="dxa"/>
          </w:tcPr>
          <w:p w14:paraId="5703D84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498E094B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9075DBB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A3C6D1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0F31BE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61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59F41C7D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04F5D8C8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62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19F5C6ED" w14:textId="77777777" w:rsidTr="00BA4D64">
        <w:trPr>
          <w:trHeight w:val="3214"/>
        </w:trPr>
        <w:tc>
          <w:tcPr>
            <w:tcW w:w="396" w:type="dxa"/>
          </w:tcPr>
          <w:p w14:paraId="5B9369CA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6.4.</w:t>
            </w:r>
          </w:p>
        </w:tc>
        <w:tc>
          <w:tcPr>
            <w:tcW w:w="5883" w:type="dxa"/>
          </w:tcPr>
          <w:p w14:paraId="414E618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Запись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информации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087E82">
              <w:rPr>
                <w:rFonts w:ascii="Times New Roman" w:eastAsia="Times New Roman" w:hAnsi="Times New Roman" w:cs="Times New Roman"/>
                <w:b/>
                <w:spacing w:val="2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предложенной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таблице,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087E82">
              <w:rPr>
                <w:rFonts w:ascii="Times New Roman" w:eastAsia="Times New Roman" w:hAnsi="Times New Roman" w:cs="Times New Roman"/>
                <w:b/>
                <w:spacing w:val="2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столбчатой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диаграмме.</w:t>
            </w:r>
          </w:p>
        </w:tc>
        <w:tc>
          <w:tcPr>
            <w:tcW w:w="528" w:type="dxa"/>
          </w:tcPr>
          <w:p w14:paraId="76FFFDC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14:paraId="55B8EDE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14:paraId="328A97FF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14:paraId="09F5E18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2965" w:type="dxa"/>
          </w:tcPr>
          <w:p w14:paraId="38D92A31" w14:textId="77777777" w:rsidR="00087E82" w:rsidRPr="00087E82" w:rsidRDefault="00087E82" w:rsidP="00087E82">
            <w:pPr>
              <w:spacing w:before="64" w:line="266" w:lineRule="auto"/>
              <w:ind w:left="77" w:right="149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парах/группах.;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Решение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расчётных;</w:t>
            </w:r>
          </w:p>
          <w:p w14:paraId="7E347E34" w14:textId="77777777" w:rsidR="00087E82" w:rsidRPr="00087E82" w:rsidRDefault="00087E82" w:rsidP="00087E82">
            <w:pPr>
              <w:spacing w:before="2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3EDA7A04" w14:textId="77777777" w:rsidR="00087E82" w:rsidRPr="00087E82" w:rsidRDefault="00087E82" w:rsidP="00087E82">
            <w:pPr>
              <w:spacing w:before="20" w:line="266" w:lineRule="auto"/>
              <w:ind w:left="77" w:right="127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простых;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комбинаторных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логических задач.;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Проведение;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математических;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исследований (таблица;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сложения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умножения;</w:t>
            </w:r>
          </w:p>
          <w:p w14:paraId="5E87BF4C" w14:textId="77777777" w:rsidR="00087E82" w:rsidRPr="00087E82" w:rsidRDefault="00087E82" w:rsidP="00087E82">
            <w:pPr>
              <w:spacing w:before="5" w:line="266" w:lineRule="auto"/>
              <w:ind w:left="77" w:right="243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ряды;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чисел;</w:t>
            </w:r>
          </w:p>
          <w:p w14:paraId="18C2AA44" w14:textId="77777777" w:rsidR="00087E82" w:rsidRPr="00087E82" w:rsidRDefault="00087E82" w:rsidP="00087E82">
            <w:pPr>
              <w:spacing w:before="1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7F0ABC81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закономерности).;;</w:t>
            </w:r>
          </w:p>
        </w:tc>
        <w:tc>
          <w:tcPr>
            <w:tcW w:w="1236" w:type="dxa"/>
          </w:tcPr>
          <w:p w14:paraId="59EE9DD8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</w:tcPr>
          <w:p w14:paraId="322A4069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</w:tbl>
    <w:p w14:paraId="04DD3038" w14:textId="77777777" w:rsidR="00087E82" w:rsidRPr="00087E82" w:rsidRDefault="00087E82" w:rsidP="00087E82">
      <w:pPr>
        <w:widowControl w:val="0"/>
        <w:numPr>
          <w:ilvl w:val="0"/>
          <w:numId w:val="33"/>
        </w:numPr>
        <w:autoSpaceDE w:val="0"/>
        <w:autoSpaceDN w:val="0"/>
        <w:spacing w:before="119"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087E82" w:rsidRPr="00087E8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1597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6065"/>
        <w:gridCol w:w="544"/>
        <w:gridCol w:w="1138"/>
        <w:gridCol w:w="1175"/>
        <w:gridCol w:w="890"/>
        <w:gridCol w:w="3056"/>
        <w:gridCol w:w="1274"/>
        <w:gridCol w:w="1424"/>
      </w:tblGrid>
      <w:tr w:rsidR="00087E82" w:rsidRPr="00087E82" w14:paraId="4B91590B" w14:textId="77777777" w:rsidTr="00087E82">
        <w:trPr>
          <w:trHeight w:val="4367"/>
        </w:trPr>
        <w:tc>
          <w:tcPr>
            <w:tcW w:w="408" w:type="dxa"/>
          </w:tcPr>
          <w:p w14:paraId="348F77B6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6.5.</w:t>
            </w:r>
          </w:p>
        </w:tc>
        <w:tc>
          <w:tcPr>
            <w:tcW w:w="6065" w:type="dxa"/>
          </w:tcPr>
          <w:p w14:paraId="7EF050C3" w14:textId="77777777" w:rsidR="00087E82" w:rsidRPr="00087E82" w:rsidRDefault="00087E82" w:rsidP="00087E82">
            <w:pPr>
              <w:spacing w:before="64" w:line="266" w:lineRule="auto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Доступные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электронные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средства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обучения,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пособия,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использование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под</w:t>
            </w:r>
            <w:r w:rsidRPr="00087E82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руководством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педагога</w:t>
            </w:r>
            <w:r w:rsidRPr="00087E8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самостоятельно.</w:t>
            </w:r>
          </w:p>
        </w:tc>
        <w:tc>
          <w:tcPr>
            <w:tcW w:w="544" w:type="dxa"/>
          </w:tcPr>
          <w:p w14:paraId="64574C4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38" w:type="dxa"/>
          </w:tcPr>
          <w:p w14:paraId="0415974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1175" w:type="dxa"/>
          </w:tcPr>
          <w:p w14:paraId="4B588E8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890" w:type="dxa"/>
          </w:tcPr>
          <w:p w14:paraId="1F618D51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056" w:type="dxa"/>
          </w:tcPr>
          <w:p w14:paraId="7C772AF3" w14:textId="77777777" w:rsidR="00087E82" w:rsidRPr="00087E82" w:rsidRDefault="00087E82" w:rsidP="00087E82">
            <w:pPr>
              <w:spacing w:before="64" w:line="266" w:lineRule="auto"/>
              <w:ind w:left="77" w:right="129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Дифференцированное;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задание: оформление;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математической;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записи. Представление;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информации в;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предложенной или;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самостоятельно;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выбранной форме.;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Установление;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истинности заданных;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самостоятельно;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составленных;</w:t>
            </w:r>
          </w:p>
          <w:p w14:paraId="02B793E8" w14:textId="77777777" w:rsidR="00087E82" w:rsidRPr="00087E82" w:rsidRDefault="00087E82" w:rsidP="00087E82">
            <w:pPr>
              <w:spacing w:before="8" w:line="266" w:lineRule="auto"/>
              <w:ind w:left="77" w:right="41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утверждений.Практические работы:;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учебные</w:t>
            </w:r>
            <w:r w:rsidRPr="00087E82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задачи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с;</w:t>
            </w:r>
          </w:p>
          <w:p w14:paraId="57B1E6D9" w14:textId="77777777" w:rsidR="00087E82" w:rsidRPr="00087E82" w:rsidRDefault="00087E82" w:rsidP="00087E82">
            <w:pPr>
              <w:spacing w:before="1" w:line="266" w:lineRule="auto"/>
              <w:ind w:left="77" w:right="140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точными 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приближёнными;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данными;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доступными;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электронными;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средствами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обучения;</w:t>
            </w:r>
          </w:p>
          <w:p w14:paraId="5EF1FC2F" w14:textId="77777777" w:rsidR="00087E82" w:rsidRPr="00087E82" w:rsidRDefault="00087E82" w:rsidP="00087E82">
            <w:pPr>
              <w:spacing w:before="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;</w:t>
            </w:r>
          </w:p>
          <w:p w14:paraId="04647065" w14:textId="77777777" w:rsidR="00087E82" w:rsidRPr="00087E82" w:rsidRDefault="00087E82" w:rsidP="00087E82">
            <w:pPr>
              <w:spacing w:before="20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пособиями;;</w:t>
            </w:r>
          </w:p>
        </w:tc>
        <w:tc>
          <w:tcPr>
            <w:tcW w:w="1274" w:type="dxa"/>
          </w:tcPr>
          <w:p w14:paraId="1C387396" w14:textId="77777777" w:rsidR="00087E82" w:rsidRPr="00087E82" w:rsidRDefault="00087E82" w:rsidP="00087E82">
            <w:pPr>
              <w:spacing w:before="64" w:line="266" w:lineRule="auto"/>
              <w:ind w:left="77" w:right="26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Письменный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Контрольная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422" w:type="dxa"/>
          </w:tcPr>
          <w:p w14:paraId="3CB7115E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  <w:p w14:paraId="56220EC0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9CC027" w14:textId="77777777" w:rsidR="00087E82" w:rsidRPr="00087E82" w:rsidRDefault="00087E82" w:rsidP="00087E8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84814A" w14:textId="77777777" w:rsidR="00087E82" w:rsidRPr="00087E82" w:rsidRDefault="007A2850" w:rsidP="00087E82">
            <w:pPr>
              <w:spacing w:before="61" w:line="266" w:lineRule="auto"/>
              <w:rPr>
                <w:rFonts w:ascii="Calibri" w:eastAsia="Times New Roman" w:hAnsi="Times New Roman" w:cs="Times New Roman"/>
                <w:color w:val="0000FF"/>
                <w:sz w:val="16"/>
                <w:u w:val="single" w:color="0000FF"/>
                <w:lang w:val="ru-RU"/>
              </w:rPr>
            </w:pPr>
            <w:hyperlink r:id="rId63">
              <w:r w:rsidR="00087E82" w:rsidRPr="00087E82">
                <w:rPr>
                  <w:rFonts w:ascii="Calibri" w:eastAsia="Times New Roman" w:hAnsi="Times New Roman" w:cs="Times New Roman"/>
                  <w:color w:val="0000FF"/>
                  <w:sz w:val="16"/>
                  <w:u w:val="single" w:color="0000FF"/>
                  <w:lang w:val="ru-RU"/>
                </w:rPr>
                <w:t>https://education.yandex.ru</w:t>
              </w:r>
            </w:hyperlink>
          </w:p>
          <w:p w14:paraId="7960EE16" w14:textId="77777777" w:rsidR="00087E82" w:rsidRPr="00087E82" w:rsidRDefault="00087E82" w:rsidP="00087E82">
            <w:pPr>
              <w:spacing w:before="6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Электронное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приложение</w:t>
            </w:r>
            <w:r w:rsidRPr="00087E82">
              <w:rPr>
                <w:rFonts w:ascii="Times New Roman" w:eastAsia="Times New Roman" w:hAnsi="Times New Roman" w:cs="Times New Roman"/>
                <w:spacing w:val="10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учебнику</w:t>
            </w:r>
          </w:p>
          <w:p w14:paraId="169ACC03" w14:textId="77777777" w:rsidR="00087E82" w:rsidRPr="00087E82" w:rsidRDefault="00087E82" w:rsidP="00087E8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«Математика»,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4 класс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(Диск СD),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авторы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Волкова,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С.П.Максимова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единая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коллекция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цифровых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образовательных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ресурсов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(или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3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адресу:</w:t>
            </w:r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hyperlink r:id="rId64">
              <w:r w:rsidRPr="00087E82">
                <w:rPr>
                  <w:rFonts w:ascii="Times New Roman" w:eastAsia="Times New Roman" w:hAnsi="Times New Roman" w:cs="Times New Roman"/>
                  <w:sz w:val="15"/>
                  <w:lang w:val="ru-RU"/>
                </w:rPr>
                <w:t>http://school-</w:t>
              </w:r>
            </w:hyperlink>
            <w:r w:rsidRPr="00087E82">
              <w:rPr>
                <w:rFonts w:ascii="Times New Roman" w:eastAsia="Times New Roman" w:hAnsi="Times New Roman" w:cs="Times New Roman"/>
                <w:spacing w:val="1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z w:val="15"/>
                <w:lang w:val="ru-RU"/>
              </w:rPr>
              <w:t>collection.edu.ru)</w:t>
            </w:r>
          </w:p>
        </w:tc>
      </w:tr>
      <w:tr w:rsidR="00087E82" w:rsidRPr="00087E82" w14:paraId="5AAB8927" w14:textId="77777777" w:rsidTr="00087E82">
        <w:trPr>
          <w:trHeight w:val="1101"/>
        </w:trPr>
        <w:tc>
          <w:tcPr>
            <w:tcW w:w="408" w:type="dxa"/>
          </w:tcPr>
          <w:p w14:paraId="2211DF8D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6.6.</w:t>
            </w:r>
          </w:p>
        </w:tc>
        <w:tc>
          <w:tcPr>
            <w:tcW w:w="6065" w:type="dxa"/>
          </w:tcPr>
          <w:p w14:paraId="22B9F4E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Правила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безопасной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087E82">
              <w:rPr>
                <w:rFonts w:ascii="Times New Roman" w:eastAsia="Times New Roman" w:hAnsi="Times New Roman" w:cs="Times New Roman"/>
                <w:b/>
                <w:spacing w:val="23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электронными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источниками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информации.</w:t>
            </w:r>
          </w:p>
        </w:tc>
        <w:tc>
          <w:tcPr>
            <w:tcW w:w="544" w:type="dxa"/>
          </w:tcPr>
          <w:p w14:paraId="52F5CD4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38" w:type="dxa"/>
          </w:tcPr>
          <w:p w14:paraId="3AD060C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75" w:type="dxa"/>
          </w:tcPr>
          <w:p w14:paraId="671D792C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90" w:type="dxa"/>
          </w:tcPr>
          <w:p w14:paraId="70BE86B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056" w:type="dxa"/>
          </w:tcPr>
          <w:p w14:paraId="5844073B" w14:textId="77777777" w:rsidR="00087E82" w:rsidRPr="00087E82" w:rsidRDefault="00087E82" w:rsidP="00087E82">
            <w:pPr>
              <w:spacing w:before="64" w:line="266" w:lineRule="auto"/>
              <w:ind w:left="77" w:right="143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Применение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безопасной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работы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электронными;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источниками;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информации.;</w:t>
            </w:r>
          </w:p>
        </w:tc>
        <w:tc>
          <w:tcPr>
            <w:tcW w:w="1274" w:type="dxa"/>
          </w:tcPr>
          <w:p w14:paraId="44D644F7" w14:textId="77777777" w:rsidR="00087E82" w:rsidRPr="00087E82" w:rsidRDefault="00087E82" w:rsidP="00087E82">
            <w:pPr>
              <w:spacing w:before="64" w:line="266" w:lineRule="auto"/>
              <w:ind w:left="77" w:right="20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422" w:type="dxa"/>
          </w:tcPr>
          <w:p w14:paraId="6B208C19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2FAFC583" w14:textId="77777777" w:rsidTr="00087E82">
        <w:trPr>
          <w:trHeight w:val="969"/>
        </w:trPr>
        <w:tc>
          <w:tcPr>
            <w:tcW w:w="408" w:type="dxa"/>
          </w:tcPr>
          <w:p w14:paraId="01B97091" w14:textId="77777777" w:rsidR="00087E82" w:rsidRPr="00087E82" w:rsidRDefault="00087E82" w:rsidP="00087E82">
            <w:pPr>
              <w:spacing w:before="64"/>
              <w:ind w:left="77" w:right="49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6.7.</w:t>
            </w:r>
          </w:p>
        </w:tc>
        <w:tc>
          <w:tcPr>
            <w:tcW w:w="6065" w:type="dxa"/>
          </w:tcPr>
          <w:p w14:paraId="4220248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Алгоритмы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для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решения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учебных</w:t>
            </w:r>
            <w:r w:rsidRPr="00087E82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практических</w:t>
            </w:r>
            <w:r w:rsidRPr="00087E8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задач.</w:t>
            </w:r>
          </w:p>
        </w:tc>
        <w:tc>
          <w:tcPr>
            <w:tcW w:w="544" w:type="dxa"/>
          </w:tcPr>
          <w:p w14:paraId="6625E4D9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38" w:type="dxa"/>
          </w:tcPr>
          <w:p w14:paraId="56C9443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75" w:type="dxa"/>
          </w:tcPr>
          <w:p w14:paraId="024A63E6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90" w:type="dxa"/>
          </w:tcPr>
          <w:p w14:paraId="7AE71C55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3056" w:type="dxa"/>
          </w:tcPr>
          <w:p w14:paraId="0F36E86A" w14:textId="77777777" w:rsidR="00087E82" w:rsidRPr="00087E82" w:rsidRDefault="00087E82" w:rsidP="00087E82">
            <w:pPr>
              <w:spacing w:before="64" w:line="266" w:lineRule="auto"/>
              <w:ind w:left="77" w:right="150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простейших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шкал</w:t>
            </w:r>
            <w:r w:rsidRPr="00087E82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и;</w:t>
            </w:r>
            <w:r w:rsidRPr="00087E82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измерительных;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приборов.;;</w:t>
            </w:r>
          </w:p>
        </w:tc>
        <w:tc>
          <w:tcPr>
            <w:tcW w:w="1274" w:type="dxa"/>
          </w:tcPr>
          <w:p w14:paraId="487ED48B" w14:textId="77777777" w:rsidR="00087E82" w:rsidRPr="00087E82" w:rsidRDefault="00087E82" w:rsidP="00087E82">
            <w:pPr>
              <w:spacing w:before="64" w:line="266" w:lineRule="auto"/>
              <w:ind w:left="77" w:right="16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Контрольная;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087E82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Практическая;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работа;;</w:t>
            </w:r>
          </w:p>
        </w:tc>
        <w:tc>
          <w:tcPr>
            <w:tcW w:w="1422" w:type="dxa"/>
          </w:tcPr>
          <w:p w14:paraId="44ACAE84" w14:textId="77777777" w:rsidR="00087E82" w:rsidRPr="00087E82" w:rsidRDefault="00087E82" w:rsidP="00087E82">
            <w:pPr>
              <w:spacing w:before="64" w:line="266" w:lineRule="auto"/>
              <w:ind w:left="77" w:right="10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087E82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https://uchi.ru</w:t>
            </w:r>
          </w:p>
        </w:tc>
      </w:tr>
      <w:tr w:rsidR="00087E82" w:rsidRPr="00087E82" w14:paraId="6448E264" w14:textId="77777777" w:rsidTr="00087E82">
        <w:trPr>
          <w:trHeight w:val="333"/>
        </w:trPr>
        <w:tc>
          <w:tcPr>
            <w:tcW w:w="6473" w:type="dxa"/>
            <w:gridSpan w:val="2"/>
          </w:tcPr>
          <w:p w14:paraId="0538F7F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разделу:</w:t>
            </w:r>
          </w:p>
        </w:tc>
        <w:tc>
          <w:tcPr>
            <w:tcW w:w="544" w:type="dxa"/>
          </w:tcPr>
          <w:p w14:paraId="758DECF0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15</w:t>
            </w:r>
          </w:p>
        </w:tc>
        <w:tc>
          <w:tcPr>
            <w:tcW w:w="8957" w:type="dxa"/>
            <w:gridSpan w:val="6"/>
          </w:tcPr>
          <w:p w14:paraId="60C79917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2BBCBC6C" w14:textId="77777777" w:rsidTr="00087E82">
        <w:trPr>
          <w:trHeight w:val="333"/>
        </w:trPr>
        <w:tc>
          <w:tcPr>
            <w:tcW w:w="6473" w:type="dxa"/>
            <w:gridSpan w:val="2"/>
          </w:tcPr>
          <w:p w14:paraId="5B220AC4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Резервное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время</w:t>
            </w:r>
          </w:p>
        </w:tc>
        <w:tc>
          <w:tcPr>
            <w:tcW w:w="544" w:type="dxa"/>
          </w:tcPr>
          <w:p w14:paraId="4403E562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</w:t>
            </w:r>
          </w:p>
        </w:tc>
        <w:tc>
          <w:tcPr>
            <w:tcW w:w="8957" w:type="dxa"/>
            <w:gridSpan w:val="6"/>
          </w:tcPr>
          <w:p w14:paraId="6483B4D2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087E82" w:rsidRPr="00087E82" w14:paraId="51A0AAE0" w14:textId="77777777" w:rsidTr="00087E82">
        <w:trPr>
          <w:trHeight w:val="333"/>
        </w:trPr>
        <w:tc>
          <w:tcPr>
            <w:tcW w:w="6473" w:type="dxa"/>
            <w:gridSpan w:val="2"/>
          </w:tcPr>
          <w:p w14:paraId="029556CD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ОБЩЕЕ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КОЛИЧЕСТВО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ЧАСОВ</w:t>
            </w:r>
            <w:r w:rsidRPr="00087E82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087E82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44" w:type="dxa"/>
          </w:tcPr>
          <w:p w14:paraId="362FA89A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136</w:t>
            </w:r>
          </w:p>
        </w:tc>
        <w:tc>
          <w:tcPr>
            <w:tcW w:w="1138" w:type="dxa"/>
          </w:tcPr>
          <w:p w14:paraId="5D63E347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12</w:t>
            </w:r>
          </w:p>
        </w:tc>
        <w:tc>
          <w:tcPr>
            <w:tcW w:w="1175" w:type="dxa"/>
          </w:tcPr>
          <w:p w14:paraId="5C1308A3" w14:textId="77777777" w:rsidR="00087E82" w:rsidRPr="00087E82" w:rsidRDefault="00087E82" w:rsidP="00087E82">
            <w:pPr>
              <w:spacing w:before="64"/>
              <w:ind w:lef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087E82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9</w:t>
            </w:r>
          </w:p>
        </w:tc>
        <w:tc>
          <w:tcPr>
            <w:tcW w:w="6644" w:type="dxa"/>
            <w:gridSpan w:val="4"/>
          </w:tcPr>
          <w:p w14:paraId="613F39FE" w14:textId="77777777" w:rsidR="00087E82" w:rsidRPr="00087E82" w:rsidRDefault="00087E82" w:rsidP="00087E82">
            <w:pPr>
              <w:ind w:left="7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</w:tbl>
    <w:p w14:paraId="21CF62FF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14:paraId="3F627C17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14:paraId="3E9D353A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14:paraId="4A4414FC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14:paraId="71329870" w14:textId="77777777" w:rsidR="00FB1B88" w:rsidRPr="00FB1B88" w:rsidRDefault="00FB1B88" w:rsidP="00FB1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14:paraId="5CEAD923" w14:textId="37054CE3" w:rsidR="00FB1B88" w:rsidRPr="00FB1B88" w:rsidRDefault="00FB1B88" w:rsidP="00FB1B88">
      <w:pPr>
        <w:tabs>
          <w:tab w:val="left" w:pos="2904"/>
        </w:tabs>
        <w:sectPr w:rsidR="00FB1B88" w:rsidRPr="00FB1B88" w:rsidSect="00FB1B88">
          <w:pgSz w:w="16840" w:h="11900" w:orient="landscape"/>
          <w:pgMar w:top="650" w:right="1440" w:bottom="666" w:left="284" w:header="720" w:footer="720" w:gutter="0"/>
          <w:cols w:space="720" w:equalWidth="0">
            <w:col w:w="10584" w:space="0"/>
          </w:cols>
          <w:docGrid w:linePitch="360"/>
        </w:sectPr>
      </w:pPr>
      <w:r>
        <w:tab/>
      </w:r>
    </w:p>
    <w:p w14:paraId="5E682C0C" w14:textId="31BC1D0C" w:rsidR="00593AB9" w:rsidRPr="008D51A4" w:rsidRDefault="008D51A4" w:rsidP="008D51A4">
      <w:pPr>
        <w:pStyle w:val="ae"/>
        <w:autoSpaceDE w:val="0"/>
        <w:autoSpaceDN w:val="0"/>
        <w:spacing w:after="0" w:line="230" w:lineRule="auto"/>
        <w:ind w:left="-28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V</w:t>
      </w: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УЧЕБНО-МЕТОДИЧЕСКОЕ ОБЕСПЕЧЕНИЕ ОБРАЗОВАТЕЛЬНОГО ПРОЦЕССА </w:t>
      </w:r>
    </w:p>
    <w:p w14:paraId="5D6EC21E" w14:textId="77777777" w:rsidR="00593AB9" w:rsidRPr="008D51A4" w:rsidRDefault="007A2850" w:rsidP="008D51A4">
      <w:pPr>
        <w:autoSpaceDE w:val="0"/>
        <w:autoSpaceDN w:val="0"/>
        <w:spacing w:before="346" w:after="0" w:line="230" w:lineRule="auto"/>
        <w:ind w:left="-284"/>
        <w:rPr>
          <w:lang w:val="ru-RU"/>
        </w:rPr>
      </w:pPr>
      <w:r w:rsidRPr="008D51A4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D19D91A" w14:textId="5622F72D" w:rsidR="00593AB9" w:rsidRDefault="007A2850" w:rsidP="008D51A4">
      <w:pPr>
        <w:autoSpaceDE w:val="0"/>
        <w:autoSpaceDN w:val="0"/>
        <w:spacing w:before="166" w:after="0" w:line="271" w:lineRule="auto"/>
        <w:ind w:left="-284" w:right="432"/>
        <w:rPr>
          <w:rFonts w:ascii="Times New Roman" w:eastAsia="Times New Roman" w:hAnsi="Times New Roman"/>
          <w:color w:val="000000"/>
          <w:sz w:val="24"/>
          <w:lang w:val="ru-RU"/>
        </w:rPr>
      </w:pPr>
      <w:bookmarkStart w:id="4" w:name="_Hlk127730613"/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</w:t>
      </w:r>
      <w:r w:rsidR="00087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1 класс /Дорофеев Г.В., Миракова Т.Н., Бука Т.Б., Акционерное общество«Издательство «Просвещение»; </w:t>
      </w:r>
      <w:bookmarkEnd w:id="4"/>
      <w:r w:rsidRPr="00062007">
        <w:rPr>
          <w:lang w:val="ru-RU"/>
        </w:rPr>
        <w:br/>
      </w:r>
      <w:r w:rsidR="00087E82"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</w:t>
      </w:r>
      <w:r w:rsidR="00087E82">
        <w:rPr>
          <w:rFonts w:ascii="Times New Roman" w:eastAsia="Times New Roman" w:hAnsi="Times New Roman"/>
          <w:color w:val="000000"/>
          <w:sz w:val="24"/>
          <w:lang w:val="ru-RU"/>
        </w:rPr>
        <w:t xml:space="preserve"> 2</w:t>
      </w:r>
      <w:r w:rsidR="00087E82"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/Дорофеев Г.В., Миракова Т.Н., Бука Т.Б., Акционерное общество«Издательство «Просвещение»;</w:t>
      </w:r>
    </w:p>
    <w:p w14:paraId="6C8E52C2" w14:textId="1AB0A83B" w:rsidR="00087E82" w:rsidRDefault="00087E82" w:rsidP="008D51A4">
      <w:pPr>
        <w:autoSpaceDE w:val="0"/>
        <w:autoSpaceDN w:val="0"/>
        <w:spacing w:before="166" w:after="0" w:line="271" w:lineRule="auto"/>
        <w:ind w:left="-284"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3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/Дорофеев Г.В., Миракова Т.Н., Бука Т.Б., Акционерное общество«Издательство «Просвещение»;</w:t>
      </w:r>
    </w:p>
    <w:p w14:paraId="2E01C0B9" w14:textId="0632AD5D" w:rsidR="00087E82" w:rsidRPr="00062007" w:rsidRDefault="00087E82" w:rsidP="008D51A4">
      <w:pPr>
        <w:autoSpaceDE w:val="0"/>
        <w:autoSpaceDN w:val="0"/>
        <w:spacing w:before="166" w:after="0" w:line="271" w:lineRule="auto"/>
        <w:ind w:left="-284" w:right="432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4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/Дорофеев Г.В., Миракова Т.Н., Бука Т.Б., Акционерное общество«Издательство «Просвещение»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63AAC356" w14:textId="77777777" w:rsidR="00593AB9" w:rsidRPr="00062007" w:rsidRDefault="007A2850" w:rsidP="008D51A4">
      <w:pPr>
        <w:autoSpaceDE w:val="0"/>
        <w:autoSpaceDN w:val="0"/>
        <w:spacing w:before="262"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914B50D" w14:textId="61E79F97" w:rsidR="00593AB9" w:rsidRPr="00062007" w:rsidRDefault="007A2850" w:rsidP="008D51A4">
      <w:pPr>
        <w:autoSpaceDE w:val="0"/>
        <w:autoSpaceDN w:val="0"/>
        <w:spacing w:before="166" w:after="0" w:line="278" w:lineRule="auto"/>
        <w:ind w:left="-284" w:right="432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Медникова Л. А. Математика. Методическое пособие с поурочными разработками. 1 класс Глаголева Ю.И., Волковская И.И., Буденная И.О. Математика. Олимпиадные задания. 1-2 классы Бука Т. Б. Математика. Проверочные работы. 1</w:t>
      </w:r>
      <w:r w:rsidR="00087E82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Бука Т. Б. Математика. Тес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ты. 1</w:t>
      </w:r>
      <w:r w:rsidR="00087E82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</w:p>
    <w:p w14:paraId="1A728266" w14:textId="77777777" w:rsidR="00593AB9" w:rsidRPr="00062007" w:rsidRDefault="007A2850" w:rsidP="008D51A4">
      <w:pPr>
        <w:autoSpaceDE w:val="0"/>
        <w:autoSpaceDN w:val="0"/>
        <w:spacing w:before="262"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36015241" w14:textId="77777777" w:rsidR="00593AB9" w:rsidRPr="00062007" w:rsidRDefault="007A2850" w:rsidP="008D51A4">
      <w:pPr>
        <w:autoSpaceDE w:val="0"/>
        <w:autoSpaceDN w:val="0"/>
        <w:spacing w:before="166" w:after="0" w:line="271" w:lineRule="auto"/>
        <w:ind w:left="-284" w:right="77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6200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6200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14:paraId="5B47D133" w14:textId="77777777" w:rsidR="00593AB9" w:rsidRPr="00062007" w:rsidRDefault="00593AB9" w:rsidP="008D51A4">
      <w:pPr>
        <w:autoSpaceDE w:val="0"/>
        <w:autoSpaceDN w:val="0"/>
        <w:spacing w:after="78" w:line="220" w:lineRule="exact"/>
        <w:ind w:left="-284"/>
        <w:rPr>
          <w:lang w:val="ru-RU"/>
        </w:rPr>
      </w:pPr>
    </w:p>
    <w:p w14:paraId="6D31775A" w14:textId="77777777" w:rsidR="00593AB9" w:rsidRPr="00062007" w:rsidRDefault="007A2850" w:rsidP="008D51A4">
      <w:pPr>
        <w:autoSpaceDE w:val="0"/>
        <w:autoSpaceDN w:val="0"/>
        <w:spacing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1DBCB221" w14:textId="77777777" w:rsidR="00593AB9" w:rsidRPr="00062007" w:rsidRDefault="007A2850" w:rsidP="008D51A4">
      <w:pPr>
        <w:autoSpaceDE w:val="0"/>
        <w:autoSpaceDN w:val="0"/>
        <w:spacing w:before="346"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6B0A6E55" w14:textId="77777777" w:rsidR="00593AB9" w:rsidRPr="00062007" w:rsidRDefault="007A2850" w:rsidP="008D51A4">
      <w:pPr>
        <w:autoSpaceDE w:val="0"/>
        <w:autoSpaceDN w:val="0"/>
        <w:spacing w:before="166"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к основным разделам материала, содержащегося в программе </w:t>
      </w:r>
    </w:p>
    <w:p w14:paraId="0A37A4A0" w14:textId="77777777" w:rsidR="00593AB9" w:rsidRPr="00062007" w:rsidRDefault="007A2850" w:rsidP="008D51A4">
      <w:pPr>
        <w:autoSpaceDE w:val="0"/>
        <w:autoSpaceDN w:val="0"/>
        <w:spacing w:before="262" w:after="0" w:line="230" w:lineRule="auto"/>
        <w:ind w:left="-284"/>
        <w:rPr>
          <w:lang w:val="ru-RU"/>
        </w:rPr>
      </w:pPr>
      <w:r w:rsidRPr="0006200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14:paraId="13B3376A" w14:textId="77777777" w:rsidR="00593AB9" w:rsidRDefault="007A2850" w:rsidP="008D51A4">
      <w:pPr>
        <w:autoSpaceDE w:val="0"/>
        <w:autoSpaceDN w:val="0"/>
        <w:spacing w:before="166" w:after="0" w:line="281" w:lineRule="auto"/>
        <w:ind w:left="-284" w:right="7488"/>
      </w:pP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1. Классная магнитная доска.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2. Проектор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3. Колонки </w:t>
      </w:r>
      <w:r w:rsidRPr="00062007">
        <w:rPr>
          <w:lang w:val="ru-RU"/>
        </w:rPr>
        <w:br/>
      </w:r>
      <w:r w:rsidRPr="00062007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 xml:space="preserve">Компьютер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5. Экран</w:t>
      </w:r>
    </w:p>
    <w:sectPr w:rsidR="00593AB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267D5" w14:textId="77777777" w:rsidR="007A2850" w:rsidRDefault="007A2850" w:rsidP="00062007">
      <w:pPr>
        <w:spacing w:after="0" w:line="240" w:lineRule="auto"/>
      </w:pPr>
      <w:r>
        <w:separator/>
      </w:r>
    </w:p>
  </w:endnote>
  <w:endnote w:type="continuationSeparator" w:id="0">
    <w:p w14:paraId="19276AEF" w14:textId="77777777" w:rsidR="007A2850" w:rsidRDefault="007A2850" w:rsidP="0006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683A9" w14:textId="77777777" w:rsidR="007A2850" w:rsidRDefault="007A2850" w:rsidP="00062007">
      <w:pPr>
        <w:spacing w:after="0" w:line="240" w:lineRule="auto"/>
      </w:pPr>
      <w:r>
        <w:separator/>
      </w:r>
    </w:p>
  </w:footnote>
  <w:footnote w:type="continuationSeparator" w:id="0">
    <w:p w14:paraId="0E947361" w14:textId="77777777" w:rsidR="007A2850" w:rsidRDefault="007A2850" w:rsidP="0006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023967"/>
      <w:docPartObj>
        <w:docPartGallery w:val="Page Numbers (Top of Page)"/>
        <w:docPartUnique/>
      </w:docPartObj>
    </w:sdtPr>
    <w:sdtEndPr/>
    <w:sdtContent>
      <w:p w14:paraId="21D71CCE" w14:textId="0561E0AA" w:rsidR="00062007" w:rsidRDefault="000620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8A8" w:rsidRPr="00B078A8">
          <w:rPr>
            <w:noProof/>
            <w:lang w:val="ru-RU"/>
          </w:rPr>
          <w:t>2</w:t>
        </w:r>
        <w:r>
          <w:fldChar w:fldCharType="end"/>
        </w:r>
      </w:p>
    </w:sdtContent>
  </w:sdt>
  <w:p w14:paraId="0C5CD693" w14:textId="77777777" w:rsidR="00062007" w:rsidRDefault="0006200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23F5C"/>
    <w:multiLevelType w:val="hybridMultilevel"/>
    <w:tmpl w:val="95AEA668"/>
    <w:lvl w:ilvl="0" w:tplc="764A7B46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67C2A"/>
    <w:multiLevelType w:val="hybridMultilevel"/>
    <w:tmpl w:val="110EA104"/>
    <w:lvl w:ilvl="0" w:tplc="2D6259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F4150"/>
    <w:multiLevelType w:val="hybridMultilevel"/>
    <w:tmpl w:val="C7E8C268"/>
    <w:lvl w:ilvl="0" w:tplc="BB542E22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96E743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824484">
      <w:numFmt w:val="bullet"/>
      <w:lvlText w:val="•"/>
      <w:lvlJc w:val="left"/>
      <w:pPr>
        <w:ind w:left="1748" w:hanging="360"/>
      </w:pPr>
      <w:rPr>
        <w:lang w:val="ru-RU" w:eastAsia="en-US" w:bidi="ar-SA"/>
      </w:rPr>
    </w:lvl>
    <w:lvl w:ilvl="3" w:tplc="C726771E">
      <w:numFmt w:val="bullet"/>
      <w:lvlText w:val="•"/>
      <w:lvlJc w:val="left"/>
      <w:pPr>
        <w:ind w:left="2877" w:hanging="360"/>
      </w:pPr>
      <w:rPr>
        <w:lang w:val="ru-RU" w:eastAsia="en-US" w:bidi="ar-SA"/>
      </w:rPr>
    </w:lvl>
    <w:lvl w:ilvl="4" w:tplc="345AE632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5" w:tplc="CFB28A0E">
      <w:numFmt w:val="bullet"/>
      <w:lvlText w:val="•"/>
      <w:lvlJc w:val="left"/>
      <w:pPr>
        <w:ind w:left="5135" w:hanging="360"/>
      </w:pPr>
      <w:rPr>
        <w:lang w:val="ru-RU" w:eastAsia="en-US" w:bidi="ar-SA"/>
      </w:rPr>
    </w:lvl>
    <w:lvl w:ilvl="6" w:tplc="AEDCA042">
      <w:numFmt w:val="bullet"/>
      <w:lvlText w:val="•"/>
      <w:lvlJc w:val="left"/>
      <w:pPr>
        <w:ind w:left="6264" w:hanging="360"/>
      </w:pPr>
      <w:rPr>
        <w:lang w:val="ru-RU" w:eastAsia="en-US" w:bidi="ar-SA"/>
      </w:rPr>
    </w:lvl>
    <w:lvl w:ilvl="7" w:tplc="7D42F098">
      <w:numFmt w:val="bullet"/>
      <w:lvlText w:val="•"/>
      <w:lvlJc w:val="left"/>
      <w:pPr>
        <w:ind w:left="7392" w:hanging="360"/>
      </w:pPr>
      <w:rPr>
        <w:lang w:val="ru-RU" w:eastAsia="en-US" w:bidi="ar-SA"/>
      </w:rPr>
    </w:lvl>
    <w:lvl w:ilvl="8" w:tplc="AF0024A4">
      <w:numFmt w:val="bullet"/>
      <w:lvlText w:val="•"/>
      <w:lvlJc w:val="left"/>
      <w:pPr>
        <w:ind w:left="8521" w:hanging="360"/>
      </w:pPr>
      <w:rPr>
        <w:lang w:val="ru-RU" w:eastAsia="en-US" w:bidi="ar-SA"/>
      </w:rPr>
    </w:lvl>
  </w:abstractNum>
  <w:abstractNum w:abstractNumId="12" w15:restartNumberingAfterBreak="0">
    <w:nsid w:val="0A120129"/>
    <w:multiLevelType w:val="multilevel"/>
    <w:tmpl w:val="57ACB77E"/>
    <w:lvl w:ilvl="0">
      <w:start w:val="1"/>
      <w:numFmt w:val="bullet"/>
      <w:lvlText w:val=""/>
      <w:lvlJc w:val="left"/>
      <w:pPr>
        <w:tabs>
          <w:tab w:val="num" w:pos="-852"/>
        </w:tabs>
        <w:ind w:left="-8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32"/>
        </w:tabs>
        <w:ind w:left="-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1A7EE3"/>
    <w:multiLevelType w:val="multilevel"/>
    <w:tmpl w:val="485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10B521E5"/>
    <w:multiLevelType w:val="hybridMultilevel"/>
    <w:tmpl w:val="115C59CA"/>
    <w:lvl w:ilvl="0" w:tplc="296A32F6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A16CE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3320A7E4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7A18650A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C244605A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E7C04E96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3ADA26D4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0442C706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A470F8FC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16" w15:restartNumberingAfterBreak="0">
    <w:nsid w:val="14791529"/>
    <w:multiLevelType w:val="multilevel"/>
    <w:tmpl w:val="F52E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417223"/>
    <w:multiLevelType w:val="multilevel"/>
    <w:tmpl w:val="D0D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E01D2B"/>
    <w:multiLevelType w:val="multilevel"/>
    <w:tmpl w:val="70DA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3A679A"/>
    <w:multiLevelType w:val="hybridMultilevel"/>
    <w:tmpl w:val="A1B06C92"/>
    <w:lvl w:ilvl="0" w:tplc="995256EC">
      <w:start w:val="1"/>
      <w:numFmt w:val="decimal"/>
      <w:lvlText w:val="%1."/>
      <w:lvlJc w:val="left"/>
      <w:pPr>
        <w:ind w:left="4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2D9BC">
      <w:numFmt w:val="bullet"/>
      <w:lvlText w:val="•"/>
      <w:lvlJc w:val="left"/>
      <w:pPr>
        <w:ind w:left="1815" w:hanging="240"/>
      </w:pPr>
      <w:rPr>
        <w:rFonts w:hint="default"/>
        <w:lang w:val="ru-RU" w:eastAsia="en-US" w:bidi="ar-SA"/>
      </w:rPr>
    </w:lvl>
    <w:lvl w:ilvl="2" w:tplc="C2002D7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3" w:tplc="FD8A3FA4">
      <w:numFmt w:val="bullet"/>
      <w:lvlText w:val="•"/>
      <w:lvlJc w:val="left"/>
      <w:pPr>
        <w:ind w:left="4527" w:hanging="240"/>
      </w:pPr>
      <w:rPr>
        <w:rFonts w:hint="default"/>
        <w:lang w:val="ru-RU" w:eastAsia="en-US" w:bidi="ar-SA"/>
      </w:rPr>
    </w:lvl>
    <w:lvl w:ilvl="4" w:tplc="E230EF8A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5" w:tplc="410AA8FC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6" w:tplc="688EAA26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7" w:tplc="037AD0CE">
      <w:numFmt w:val="bullet"/>
      <w:lvlText w:val="•"/>
      <w:lvlJc w:val="left"/>
      <w:pPr>
        <w:ind w:left="9950" w:hanging="240"/>
      </w:pPr>
      <w:rPr>
        <w:rFonts w:hint="default"/>
        <w:lang w:val="ru-RU" w:eastAsia="en-US" w:bidi="ar-SA"/>
      </w:rPr>
    </w:lvl>
    <w:lvl w:ilvl="8" w:tplc="FA84619A">
      <w:numFmt w:val="bullet"/>
      <w:lvlText w:val="•"/>
      <w:lvlJc w:val="left"/>
      <w:pPr>
        <w:ind w:left="1130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2E3562C6"/>
    <w:multiLevelType w:val="multilevel"/>
    <w:tmpl w:val="1DAE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60D97"/>
    <w:multiLevelType w:val="multilevel"/>
    <w:tmpl w:val="00C2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7F610B"/>
    <w:multiLevelType w:val="multilevel"/>
    <w:tmpl w:val="6AFC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C0637"/>
    <w:multiLevelType w:val="hybridMultilevel"/>
    <w:tmpl w:val="48B82EC6"/>
    <w:lvl w:ilvl="0" w:tplc="A74EE724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52ED6D6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6A14E4">
      <w:numFmt w:val="bullet"/>
      <w:lvlText w:val="•"/>
      <w:lvlJc w:val="left"/>
      <w:pPr>
        <w:ind w:left="1748" w:hanging="365"/>
      </w:pPr>
      <w:rPr>
        <w:lang w:val="ru-RU" w:eastAsia="en-US" w:bidi="ar-SA"/>
      </w:rPr>
    </w:lvl>
    <w:lvl w:ilvl="3" w:tplc="E1480648">
      <w:numFmt w:val="bullet"/>
      <w:lvlText w:val="•"/>
      <w:lvlJc w:val="left"/>
      <w:pPr>
        <w:ind w:left="2877" w:hanging="365"/>
      </w:pPr>
      <w:rPr>
        <w:lang w:val="ru-RU" w:eastAsia="en-US" w:bidi="ar-SA"/>
      </w:rPr>
    </w:lvl>
    <w:lvl w:ilvl="4" w:tplc="6A32671A">
      <w:numFmt w:val="bullet"/>
      <w:lvlText w:val="•"/>
      <w:lvlJc w:val="left"/>
      <w:pPr>
        <w:ind w:left="4006" w:hanging="365"/>
      </w:pPr>
      <w:rPr>
        <w:lang w:val="ru-RU" w:eastAsia="en-US" w:bidi="ar-SA"/>
      </w:rPr>
    </w:lvl>
    <w:lvl w:ilvl="5" w:tplc="A764350C">
      <w:numFmt w:val="bullet"/>
      <w:lvlText w:val="•"/>
      <w:lvlJc w:val="left"/>
      <w:pPr>
        <w:ind w:left="5135" w:hanging="365"/>
      </w:pPr>
      <w:rPr>
        <w:lang w:val="ru-RU" w:eastAsia="en-US" w:bidi="ar-SA"/>
      </w:rPr>
    </w:lvl>
    <w:lvl w:ilvl="6" w:tplc="77D21B10">
      <w:numFmt w:val="bullet"/>
      <w:lvlText w:val="•"/>
      <w:lvlJc w:val="left"/>
      <w:pPr>
        <w:ind w:left="6264" w:hanging="365"/>
      </w:pPr>
      <w:rPr>
        <w:lang w:val="ru-RU" w:eastAsia="en-US" w:bidi="ar-SA"/>
      </w:rPr>
    </w:lvl>
    <w:lvl w:ilvl="7" w:tplc="A46EB496">
      <w:numFmt w:val="bullet"/>
      <w:lvlText w:val="•"/>
      <w:lvlJc w:val="left"/>
      <w:pPr>
        <w:ind w:left="7392" w:hanging="365"/>
      </w:pPr>
      <w:rPr>
        <w:lang w:val="ru-RU" w:eastAsia="en-US" w:bidi="ar-SA"/>
      </w:rPr>
    </w:lvl>
    <w:lvl w:ilvl="8" w:tplc="5F5004E4">
      <w:numFmt w:val="bullet"/>
      <w:lvlText w:val="•"/>
      <w:lvlJc w:val="left"/>
      <w:pPr>
        <w:ind w:left="8521" w:hanging="365"/>
      </w:pPr>
      <w:rPr>
        <w:lang w:val="ru-RU" w:eastAsia="en-US" w:bidi="ar-SA"/>
      </w:rPr>
    </w:lvl>
  </w:abstractNum>
  <w:abstractNum w:abstractNumId="25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26" w15:restartNumberingAfterBreak="0">
    <w:nsid w:val="36F34D02"/>
    <w:multiLevelType w:val="multilevel"/>
    <w:tmpl w:val="F91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4327EC"/>
    <w:multiLevelType w:val="hybridMultilevel"/>
    <w:tmpl w:val="9440EA6E"/>
    <w:lvl w:ilvl="0" w:tplc="41361B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AB31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410E5C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D7A18D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87CACEC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9BA1FB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4B233D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50CB1E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36AD58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3D1518B1"/>
    <w:multiLevelType w:val="hybridMultilevel"/>
    <w:tmpl w:val="CD188E0C"/>
    <w:lvl w:ilvl="0" w:tplc="0B389E00">
      <w:start w:val="1"/>
      <w:numFmt w:val="decimal"/>
      <w:lvlText w:val="%1)"/>
      <w:lvlJc w:val="left"/>
      <w:pPr>
        <w:ind w:left="610" w:hanging="32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E80E02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A0D05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69F8D39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2A6E3F7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565A56C0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45AA3E8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A7C6DDC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C8E5C7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40122D5A"/>
    <w:multiLevelType w:val="multilevel"/>
    <w:tmpl w:val="1126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FD4CD3"/>
    <w:multiLevelType w:val="multilevel"/>
    <w:tmpl w:val="00DA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D63AE5"/>
    <w:multiLevelType w:val="multilevel"/>
    <w:tmpl w:val="6A34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646A55"/>
    <w:multiLevelType w:val="multilevel"/>
    <w:tmpl w:val="00D2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341C79"/>
    <w:multiLevelType w:val="multilevel"/>
    <w:tmpl w:val="108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157B65"/>
    <w:multiLevelType w:val="hybridMultilevel"/>
    <w:tmpl w:val="4BFC6AC4"/>
    <w:lvl w:ilvl="0" w:tplc="548CFFC4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9AA80D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B28E0E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242AD7EA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7C40E62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328222A2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E2940942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A7A8661A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5A7244E6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37" w15:restartNumberingAfterBreak="0">
    <w:nsid w:val="53C610B5"/>
    <w:multiLevelType w:val="hybridMultilevel"/>
    <w:tmpl w:val="597C3BF6"/>
    <w:lvl w:ilvl="0" w:tplc="D23CE9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A315E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4FDE492E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CAF6D90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C72C920A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3356F8C6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7C205268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EF8A46C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9BB63A5A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38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F34720"/>
    <w:multiLevelType w:val="hybridMultilevel"/>
    <w:tmpl w:val="D690EC5E"/>
    <w:lvl w:ilvl="0" w:tplc="70B07F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6CF7A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23F6DDBA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BD969E9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F58CAC0E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142E7AEA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D3225772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2EB8C82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0826DFC4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40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353DF5"/>
    <w:multiLevelType w:val="hybridMultilevel"/>
    <w:tmpl w:val="60E212CE"/>
    <w:lvl w:ilvl="0" w:tplc="A8402FD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822B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38EA3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BA2A6D1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9E60F3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B1A074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A4A6F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7FAC69E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7BD6289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60DD3C25"/>
    <w:multiLevelType w:val="hybridMultilevel"/>
    <w:tmpl w:val="09FE900E"/>
    <w:lvl w:ilvl="0" w:tplc="FC9A23E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8421D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323518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59DA9432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8F2326E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F3582928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34E6C2DC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0A6630FC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A50089C4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43" w15:restartNumberingAfterBreak="0">
    <w:nsid w:val="78D9007A"/>
    <w:multiLevelType w:val="hybridMultilevel"/>
    <w:tmpl w:val="E3D0208A"/>
    <w:lvl w:ilvl="0" w:tplc="AFC2339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EBFBA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CE7AB4B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06D0C6C8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7FD6ACF8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534E6C1A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B4443F2A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A816C2DC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15EA0964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44" w15:restartNumberingAfterBreak="0">
    <w:nsid w:val="797D0D2B"/>
    <w:multiLevelType w:val="multilevel"/>
    <w:tmpl w:val="C006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40"/>
  </w:num>
  <w:num w:numId="12">
    <w:abstractNumId w:val="14"/>
  </w:num>
  <w:num w:numId="13">
    <w:abstractNumId w:val="29"/>
  </w:num>
  <w:num w:numId="14">
    <w:abstractNumId w:val="25"/>
  </w:num>
  <w:num w:numId="15">
    <w:abstractNumId w:val="38"/>
  </w:num>
  <w:num w:numId="16">
    <w:abstractNumId w:val="9"/>
  </w:num>
  <w:num w:numId="17">
    <w:abstractNumId w:val="10"/>
  </w:num>
  <w:num w:numId="18">
    <w:abstractNumId w:val="12"/>
  </w:num>
  <w:num w:numId="19">
    <w:abstractNumId w:val="18"/>
  </w:num>
  <w:num w:numId="20">
    <w:abstractNumId w:val="35"/>
  </w:num>
  <w:num w:numId="21">
    <w:abstractNumId w:val="34"/>
  </w:num>
  <w:num w:numId="22">
    <w:abstractNumId w:val="33"/>
  </w:num>
  <w:num w:numId="23">
    <w:abstractNumId w:val="17"/>
  </w:num>
  <w:num w:numId="24">
    <w:abstractNumId w:val="22"/>
  </w:num>
  <w:num w:numId="25">
    <w:abstractNumId w:val="21"/>
  </w:num>
  <w:num w:numId="26">
    <w:abstractNumId w:val="32"/>
  </w:num>
  <w:num w:numId="27">
    <w:abstractNumId w:val="13"/>
  </w:num>
  <w:num w:numId="28">
    <w:abstractNumId w:val="26"/>
  </w:num>
  <w:num w:numId="29">
    <w:abstractNumId w:val="16"/>
  </w:num>
  <w:num w:numId="30">
    <w:abstractNumId w:val="44"/>
  </w:num>
  <w:num w:numId="31">
    <w:abstractNumId w:val="23"/>
  </w:num>
  <w:num w:numId="32">
    <w:abstractNumId w:val="31"/>
  </w:num>
  <w:num w:numId="33">
    <w:abstractNumId w:val="41"/>
  </w:num>
  <w:num w:numId="34">
    <w:abstractNumId w:val="30"/>
  </w:num>
  <w:num w:numId="35">
    <w:abstractNumId w:val="27"/>
  </w:num>
  <w:num w:numId="36">
    <w:abstractNumId w:val="43"/>
  </w:num>
  <w:num w:numId="37">
    <w:abstractNumId w:val="39"/>
  </w:num>
  <w:num w:numId="38">
    <w:abstractNumId w:val="15"/>
  </w:num>
  <w:num w:numId="3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7"/>
  </w:num>
  <w:num w:numId="42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2007"/>
    <w:rsid w:val="0008158E"/>
    <w:rsid w:val="00087E82"/>
    <w:rsid w:val="000F02F1"/>
    <w:rsid w:val="0015074B"/>
    <w:rsid w:val="0018284F"/>
    <w:rsid w:val="001D7767"/>
    <w:rsid w:val="001F58D2"/>
    <w:rsid w:val="0029639D"/>
    <w:rsid w:val="00326F90"/>
    <w:rsid w:val="00495378"/>
    <w:rsid w:val="00593AB9"/>
    <w:rsid w:val="005A425E"/>
    <w:rsid w:val="00601EC5"/>
    <w:rsid w:val="00615C32"/>
    <w:rsid w:val="00635433"/>
    <w:rsid w:val="006805E6"/>
    <w:rsid w:val="00704115"/>
    <w:rsid w:val="00757A0B"/>
    <w:rsid w:val="007A2850"/>
    <w:rsid w:val="00843017"/>
    <w:rsid w:val="008B64CC"/>
    <w:rsid w:val="008C73A4"/>
    <w:rsid w:val="008D51A4"/>
    <w:rsid w:val="009349B7"/>
    <w:rsid w:val="00940BCC"/>
    <w:rsid w:val="00A20EE6"/>
    <w:rsid w:val="00AA1D8D"/>
    <w:rsid w:val="00B078A8"/>
    <w:rsid w:val="00B47730"/>
    <w:rsid w:val="00BD22D0"/>
    <w:rsid w:val="00C0300C"/>
    <w:rsid w:val="00CB0664"/>
    <w:rsid w:val="00E433C2"/>
    <w:rsid w:val="00E4414F"/>
    <w:rsid w:val="00E45E01"/>
    <w:rsid w:val="00E53F2B"/>
    <w:rsid w:val="00EF08F7"/>
    <w:rsid w:val="00F42CAE"/>
    <w:rsid w:val="00F51EBF"/>
    <w:rsid w:val="00FB1B88"/>
    <w:rsid w:val="00FC693F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F693E"/>
  <w14:defaultImageDpi w14:val="300"/>
  <w15:docId w15:val="{64AD2B3E-7657-4917-9E62-A5C9BFA7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756">
    <w:name w:val="c756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8">
    <w:name w:val="c108"/>
    <w:basedOn w:val="a2"/>
    <w:rsid w:val="00EF08F7"/>
  </w:style>
  <w:style w:type="paragraph" w:customStyle="1" w:styleId="c789">
    <w:name w:val="c78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0">
    <w:name w:val="c50"/>
    <w:basedOn w:val="a2"/>
    <w:rsid w:val="00EF08F7"/>
  </w:style>
  <w:style w:type="paragraph" w:customStyle="1" w:styleId="c329">
    <w:name w:val="c32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2"/>
    <w:rsid w:val="00EF08F7"/>
  </w:style>
  <w:style w:type="paragraph" w:customStyle="1" w:styleId="c176">
    <w:name w:val="c176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61">
    <w:name w:val="c116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36">
    <w:name w:val="c736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43">
    <w:name w:val="c343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29">
    <w:name w:val="c82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91">
    <w:name w:val="c69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2">
    <w:name w:val="c222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46">
    <w:name w:val="c646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91">
    <w:name w:val="c79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8">
    <w:name w:val="c84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94">
    <w:name w:val="c994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3">
    <w:name w:val="c313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75">
    <w:name w:val="c375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1">
    <w:name w:val="c24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38">
    <w:name w:val="c53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35">
    <w:name w:val="c935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7">
    <w:name w:val="c847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5">
    <w:name w:val="c175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8">
    <w:name w:val="c31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09">
    <w:name w:val="c110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92">
    <w:name w:val="c592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">
    <w:name w:val="c7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3">
    <w:name w:val="c33"/>
    <w:basedOn w:val="a2"/>
    <w:rsid w:val="00EF08F7"/>
  </w:style>
  <w:style w:type="paragraph" w:customStyle="1" w:styleId="c457">
    <w:name w:val="c457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81">
    <w:name w:val="c48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83">
    <w:name w:val="c583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73">
    <w:name w:val="c673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58">
    <w:name w:val="c85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3">
    <w:name w:val="c93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10">
    <w:name w:val="c510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24">
    <w:name w:val="c724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85">
    <w:name w:val="c285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99">
    <w:name w:val="c99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78">
    <w:name w:val="c77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49">
    <w:name w:val="c44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71">
    <w:name w:val="c97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2">
    <w:name w:val="c82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35">
    <w:name w:val="c335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1">
    <w:name w:val="c291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59">
    <w:name w:val="c259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28">
    <w:name w:val="c428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27">
    <w:name w:val="c727"/>
    <w:basedOn w:val="a1"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0">
    <w:name w:val="c840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42">
    <w:name w:val="c104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6">
    <w:name w:val="c316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13">
    <w:name w:val="c513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63">
    <w:name w:val="c763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94">
    <w:name w:val="c1094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00">
    <w:name w:val="c1100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79">
    <w:name w:val="c979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3">
    <w:name w:val="c323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8">
    <w:name w:val="c158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72">
    <w:name w:val="c107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8">
    <w:name w:val="c178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39">
    <w:name w:val="c1139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69">
    <w:name w:val="c169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52">
    <w:name w:val="c55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22">
    <w:name w:val="c42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05">
    <w:name w:val="c805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66">
    <w:name w:val="c766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77">
    <w:name w:val="c577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60">
    <w:name w:val="c660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22">
    <w:name w:val="c82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1">
    <w:name w:val="c171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72">
    <w:name w:val="c77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99">
    <w:name w:val="c899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62">
    <w:name w:val="c862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61">
    <w:name w:val="c861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75">
    <w:name w:val="c775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86">
    <w:name w:val="c786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3">
    <w:name w:val="c353"/>
    <w:basedOn w:val="a1"/>
    <w:rsid w:val="0093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4">
    <w:name w:val="Нет списка1"/>
    <w:next w:val="a4"/>
    <w:uiPriority w:val="99"/>
    <w:semiHidden/>
    <w:unhideWhenUsed/>
    <w:rsid w:val="00FB1B88"/>
  </w:style>
  <w:style w:type="paragraph" w:customStyle="1" w:styleId="msonormal0">
    <w:name w:val="msonormal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7">
    <w:name w:val="c9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7">
    <w:name w:val="c20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96">
    <w:name w:val="c59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53">
    <w:name w:val="c25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27">
    <w:name w:val="c42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3">
    <w:name w:val="c13"/>
    <w:basedOn w:val="a2"/>
    <w:rsid w:val="00FB1B88"/>
  </w:style>
  <w:style w:type="character" w:customStyle="1" w:styleId="c32">
    <w:name w:val="c32"/>
    <w:basedOn w:val="a2"/>
    <w:rsid w:val="00FB1B88"/>
  </w:style>
  <w:style w:type="paragraph" w:customStyle="1" w:styleId="c257">
    <w:name w:val="c25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89">
    <w:name w:val="c589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60">
    <w:name w:val="c26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98">
    <w:name w:val="c49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">
    <w:name w:val="c8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6">
    <w:name w:val="c36"/>
    <w:basedOn w:val="a2"/>
    <w:rsid w:val="00FB1B88"/>
  </w:style>
  <w:style w:type="character" w:styleId="aff8">
    <w:name w:val="Hyperlink"/>
    <w:basedOn w:val="a2"/>
    <w:uiPriority w:val="99"/>
    <w:unhideWhenUsed/>
    <w:rsid w:val="00FB1B88"/>
    <w:rPr>
      <w:color w:val="0000FF"/>
      <w:u w:val="single"/>
    </w:rPr>
  </w:style>
  <w:style w:type="character" w:styleId="aff9">
    <w:name w:val="FollowedHyperlink"/>
    <w:basedOn w:val="a2"/>
    <w:uiPriority w:val="99"/>
    <w:semiHidden/>
    <w:unhideWhenUsed/>
    <w:rsid w:val="00FB1B88"/>
    <w:rPr>
      <w:color w:val="800080"/>
      <w:u w:val="single"/>
    </w:rPr>
  </w:style>
  <w:style w:type="paragraph" w:customStyle="1" w:styleId="c130">
    <w:name w:val="c13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8">
    <w:name w:val="c1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">
    <w:name w:val="c3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64">
    <w:name w:val="c16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8">
    <w:name w:val="c24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0">
    <w:name w:val="c20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70">
    <w:name w:val="c57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3">
    <w:name w:val="c21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8">
    <w:name w:val="c28"/>
    <w:basedOn w:val="a2"/>
    <w:rsid w:val="00FB1B88"/>
  </w:style>
  <w:style w:type="paragraph" w:customStyle="1" w:styleId="c714">
    <w:name w:val="c71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34">
    <w:name w:val="c43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0">
    <w:name w:val="c15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53">
    <w:name w:val="c65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8">
    <w:name w:val="c41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78">
    <w:name w:val="c37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44">
    <w:name w:val="c44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0">
    <w:name w:val="c29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06">
    <w:name w:val="c60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0">
    <w:name w:val="c41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8">
    <w:name w:val="c27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02">
    <w:name w:val="c40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8">
    <w:name w:val="c4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5">
    <w:name w:val="c27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01">
    <w:name w:val="c501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55">
    <w:name w:val="c45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4">
    <w:name w:val="c23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27">
    <w:name w:val="c102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0">
    <w:name w:val="c10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60">
    <w:name w:val="c36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80">
    <w:name w:val="c28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2">
    <w:name w:val="c15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">
    <w:name w:val="c1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3">
    <w:name w:val="c24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16">
    <w:name w:val="c91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2c">
    <w:name w:val="Нет списка2"/>
    <w:next w:val="a4"/>
    <w:uiPriority w:val="99"/>
    <w:semiHidden/>
    <w:unhideWhenUsed/>
    <w:rsid w:val="00FB1B88"/>
  </w:style>
  <w:style w:type="paragraph" w:customStyle="1" w:styleId="c1144">
    <w:name w:val="c114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5">
    <w:name w:val="c35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76">
    <w:name w:val="c47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5">
    <w:name w:val="c24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76">
    <w:name w:val="c77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1">
    <w:name w:val="c141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1">
    <w:name w:val="c311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0">
    <w:name w:val="c20"/>
    <w:basedOn w:val="a2"/>
    <w:rsid w:val="00FB1B88"/>
  </w:style>
  <w:style w:type="paragraph" w:customStyle="1" w:styleId="c545">
    <w:name w:val="c54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2">
    <w:name w:val="c24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85">
    <w:name w:val="c48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4">
    <w:name w:val="c19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6">
    <w:name w:val="c21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02">
    <w:name w:val="c50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0">
    <w:name w:val="c6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87">
    <w:name w:val="c18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2">
    <w:name w:val="c27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54">
    <w:name w:val="c254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3">
    <w:name w:val="c12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56">
    <w:name w:val="c55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97">
    <w:name w:val="c39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7">
    <w:name w:val="c57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2">
    <w:name w:val="c322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0">
    <w:name w:val="c310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6">
    <w:name w:val="c29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29">
    <w:name w:val="c529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53">
    <w:name w:val="c85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8">
    <w:name w:val="c98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35">
    <w:name w:val="c63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1">
    <w:name w:val="c841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9">
    <w:name w:val="c219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3">
    <w:name w:val="c20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3">
    <w:name w:val="c143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46">
    <w:name w:val="c846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">
    <w:name w:val="c15"/>
    <w:basedOn w:val="a1"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87E82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">
    <w:name w:val="Нет списка3"/>
    <w:next w:val="a4"/>
    <w:uiPriority w:val="99"/>
    <w:semiHidden/>
    <w:unhideWhenUsed/>
    <w:rsid w:val="00087E82"/>
  </w:style>
  <w:style w:type="table" w:customStyle="1" w:styleId="TableNormal1">
    <w:name w:val="Table Normal1"/>
    <w:uiPriority w:val="2"/>
    <w:semiHidden/>
    <w:unhideWhenUsed/>
    <w:qFormat/>
    <w:rsid w:val="00087E82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87E82"/>
    <w:pPr>
      <w:widowControl w:val="0"/>
      <w:autoSpaceDE w:val="0"/>
      <w:autoSpaceDN w:val="0"/>
      <w:spacing w:before="86" w:after="0" w:line="240" w:lineRule="auto"/>
      <w:ind w:left="77"/>
    </w:pPr>
    <w:rPr>
      <w:rFonts w:ascii="Times New Roman" w:eastAsia="Times New Roman" w:hAnsi="Times New Roman" w:cs="Times New Roman"/>
      <w:lang w:val="ru-RU"/>
    </w:rPr>
  </w:style>
  <w:style w:type="numbering" w:customStyle="1" w:styleId="110">
    <w:name w:val="Нет списка11"/>
    <w:next w:val="a4"/>
    <w:uiPriority w:val="99"/>
    <w:semiHidden/>
    <w:unhideWhenUsed/>
    <w:rsid w:val="00087E82"/>
  </w:style>
  <w:style w:type="paragraph" w:styleId="affa">
    <w:name w:val="Normal (Web)"/>
    <w:basedOn w:val="a1"/>
    <w:uiPriority w:val="99"/>
    <w:unhideWhenUsed/>
    <w:rsid w:val="0008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education.yandex.ru/&amp;sa=D&amp;source=editors&amp;ust=1662449726912075&amp;usg=AOvVaw1g37POeanUdhDqAFWrls39" TargetMode="External"/><Relationship Id="rId21" Type="http://schemas.openxmlformats.org/officeDocument/2006/relationships/hyperlink" Target="https://www.google.com/url?q=https://education.yandex.ru/&amp;sa=D&amp;source=editors&amp;ust=1662449726810981&amp;usg=AOvVaw27fW-0ZqKIPYseC7YxcWRM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s://education.yandex.ru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s://education.yandex.ru/" TargetMode="External"/><Relationship Id="rId63" Type="http://schemas.openxmlformats.org/officeDocument/2006/relationships/hyperlink" Target="https://education.yandex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education.yandex.ru/&amp;sa=D&amp;source=editors&amp;ust=1662449726747368&amp;usg=AOvVaw3QQ6GpBrzVGY411J3Df45f" TargetMode="External"/><Relationship Id="rId29" Type="http://schemas.openxmlformats.org/officeDocument/2006/relationships/hyperlink" Target="https://education.yandex.ru/" TargetMode="External"/><Relationship Id="rId11" Type="http://schemas.openxmlformats.org/officeDocument/2006/relationships/hyperlink" Target="https://www.google.com/url?q=https://education.yandex.ru/&amp;sa=D&amp;source=editors&amp;ust=1662449726680969&amp;usg=AOvVaw0nxmzSrvZBhb62_F_NcSE1" TargetMode="External"/><Relationship Id="rId24" Type="http://schemas.openxmlformats.org/officeDocument/2006/relationships/hyperlink" Target="https://www.google.com/url?q=https://education.yandex.ru/&amp;sa=D&amp;source=editors&amp;ust=1662449726834613&amp;usg=AOvVaw2W_f0OvjCGdt5xmk1bJZj7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s://education.yandex.ru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s://education.yandex.ru/" TargetMode="External"/><Relationship Id="rId53" Type="http://schemas.openxmlformats.org/officeDocument/2006/relationships/hyperlink" Target="https://education.yandex.ru/" TargetMode="External"/><Relationship Id="rId58" Type="http://schemas.openxmlformats.org/officeDocument/2006/relationships/hyperlink" Target="http://school-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education.yandex.ru/" TargetMode="External"/><Relationship Id="rId19" Type="http://schemas.openxmlformats.org/officeDocument/2006/relationships/hyperlink" Target="https://www.google.com/url?q=https://education.yandex.ru/&amp;sa=D&amp;source=editors&amp;ust=1662449726784355&amp;usg=AOvVaw0aGL-NWyL9kYZsXhqgaVcb" TargetMode="External"/><Relationship Id="rId14" Type="http://schemas.openxmlformats.org/officeDocument/2006/relationships/hyperlink" Target="https://www.google.com/url?q=https://education.yandex.ru/&amp;sa=D&amp;source=editors&amp;ust=1662449726716814&amp;usg=AOvVaw1eh7XUU0bop_h9m3umU26I" TargetMode="External"/><Relationship Id="rId22" Type="http://schemas.openxmlformats.org/officeDocument/2006/relationships/hyperlink" Target="https://www.google.com/url?q=https://education.yandex.ru/&amp;sa=D&amp;source=editors&amp;ust=1662449726818965&amp;usg=AOvVaw1Ngl_PsRFVp7mMLVlI2Fon" TargetMode="External"/><Relationship Id="rId27" Type="http://schemas.openxmlformats.org/officeDocument/2006/relationships/hyperlink" Target="https://www.google.com/url?q=https://education.yandex.ru/&amp;sa=D&amp;source=editors&amp;ust=1662449726935604&amp;usg=AOvVaw2B7D16v7jw-gm-jT6usehy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s://education.yandex.ru/" TargetMode="External"/><Relationship Id="rId43" Type="http://schemas.openxmlformats.org/officeDocument/2006/relationships/hyperlink" Target="https://education.yandex.ru/" TargetMode="External"/><Relationship Id="rId48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education.yandex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url?q=https://education.yandex.ru/&amp;sa=D&amp;source=editors&amp;ust=1662449726699221&amp;usg=AOvVaw1-ATZreWP1grT4czzZ0cDC" TargetMode="External"/><Relationship Id="rId17" Type="http://schemas.openxmlformats.org/officeDocument/2006/relationships/hyperlink" Target="https://www.google.com/url?q=https://education.yandex.ru/&amp;sa=D&amp;source=editors&amp;ust=1662449726761462&amp;usg=AOvVaw0Sfipibb28dCAAa8bbClH7" TargetMode="External"/><Relationship Id="rId25" Type="http://schemas.openxmlformats.org/officeDocument/2006/relationships/hyperlink" Target="https://www.google.com/url?q=https://education.yandex.ru/&amp;sa=D&amp;source=editors&amp;ust=1662449726862985&amp;usg=AOvVaw3BeDtfRfBlXk8sBdUpwKKi" TargetMode="External"/><Relationship Id="rId33" Type="http://schemas.openxmlformats.org/officeDocument/2006/relationships/hyperlink" Target="https://education.yandex.ru/" TargetMode="External"/><Relationship Id="rId38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59" Type="http://schemas.openxmlformats.org/officeDocument/2006/relationships/hyperlink" Target="https://education.yandex.ru/" TargetMode="External"/><Relationship Id="rId20" Type="http://schemas.openxmlformats.org/officeDocument/2006/relationships/hyperlink" Target="https://www.google.com/url?q=https://education.yandex.ru/&amp;sa=D&amp;source=editors&amp;ust=1662449726794152&amp;usg=AOvVaw1voK7zXYmP1aU5lfhk597o" TargetMode="External"/><Relationship Id="rId41" Type="http://schemas.openxmlformats.org/officeDocument/2006/relationships/hyperlink" Target="https://education.yandex.ru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ogle.com/url?q=https://education.yandex.ru/&amp;sa=D&amp;source=editors&amp;ust=1662449726731061&amp;usg=AOvVaw3lsr_SFSOQCAirLz8DHO2P" TargetMode="External"/><Relationship Id="rId23" Type="http://schemas.openxmlformats.org/officeDocument/2006/relationships/hyperlink" Target="https://www.google.com/url?q=https://education.yandex.ru/&amp;sa=D&amp;source=editors&amp;ust=1662449726827776&amp;usg=AOvVaw1nL98r6qA5PVldbPc7sL9T" TargetMode="External"/><Relationship Id="rId28" Type="http://schemas.openxmlformats.org/officeDocument/2006/relationships/hyperlink" Target="https://www.google.com/url?q=https://education.yandex.ru/&amp;sa=D&amp;source=editors&amp;ust=1662449726956232&amp;usg=AOvVaw18VotYwpm7tPezKbKQHF1k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s://education.yandex.ru/" TargetMode="External"/><Relationship Id="rId57" Type="http://schemas.openxmlformats.org/officeDocument/2006/relationships/hyperlink" Target="https://education.yandex.ru/" TargetMode="External"/><Relationship Id="rId10" Type="http://schemas.openxmlformats.org/officeDocument/2006/relationships/hyperlink" Target="https://www.google.com/url?q=https://education.yandex.ru/&amp;sa=D&amp;source=editors&amp;ust=1662449726663149&amp;usg=AOvVaw3dDMAIkqLgfO_SLWB5jBEF" TargetMode="External"/><Relationship Id="rId31" Type="http://schemas.openxmlformats.org/officeDocument/2006/relationships/hyperlink" Target="https://education.yandex.ru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education.yandex.ru/&amp;sa=D&amp;source=editors&amp;ust=1662449726657187&amp;usg=AOvVaw1tgez0xxTg1slQ2YPSrzkq" TargetMode="External"/><Relationship Id="rId13" Type="http://schemas.openxmlformats.org/officeDocument/2006/relationships/hyperlink" Target="https://www.google.com/url?q=https://education.yandex.ru/&amp;sa=D&amp;source=editors&amp;ust=1662449726710504&amp;usg=AOvVaw24SwdAuPvXusoJYwoLFlUj" TargetMode="External"/><Relationship Id="rId18" Type="http://schemas.openxmlformats.org/officeDocument/2006/relationships/hyperlink" Target="https://www.google.com/url?q=https://education.yandex.ru/&amp;sa=D&amp;source=editors&amp;ust=1662449726775237&amp;usg=AOvVaw0N-80QIYLtgT16COk2eCOJ" TargetMode="External"/><Relationship Id="rId39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4051E0-C86B-402C-A808-B7FAB242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27958</Words>
  <Characters>159361</Characters>
  <Application>Microsoft Office Word</Application>
  <DocSecurity>0</DocSecurity>
  <Lines>1328</Lines>
  <Paragraphs>373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Егорова</cp:lastModifiedBy>
  <cp:revision>21</cp:revision>
  <dcterms:created xsi:type="dcterms:W3CDTF">2013-12-23T23:15:00Z</dcterms:created>
  <dcterms:modified xsi:type="dcterms:W3CDTF">2023-02-22T06:17:00Z</dcterms:modified>
  <cp:category/>
</cp:coreProperties>
</file>